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86A8BF" w14:textId="1DB0061F" w:rsidR="00B975B1" w:rsidRDefault="00F01100">
      <w:pPr>
        <w:jc w:val="center"/>
      </w:pPr>
      <w:r>
        <w:rPr>
          <w:b/>
          <w:noProof/>
        </w:rPr>
        <w:drawing>
          <wp:inline distT="0" distB="0" distL="0" distR="0" wp14:anchorId="39DACDA2" wp14:editId="07645179">
            <wp:extent cx="6492240" cy="4328160"/>
            <wp:effectExtent l="0" t="0" r="0" b="2540"/>
            <wp:docPr id="1891875785" name="Picture 1" descr="A poster of wa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75785" name="Picture 1" descr="A poster of water with text and images&#10;&#10;AI-generated content may be incorrect."/>
                    <pic:cNvPicPr/>
                  </pic:nvPicPr>
                  <pic:blipFill>
                    <a:blip r:embed="rId8"/>
                    <a:stretch>
                      <a:fillRect/>
                    </a:stretch>
                  </pic:blipFill>
                  <pic:spPr>
                    <a:xfrm>
                      <a:off x="0" y="0"/>
                      <a:ext cx="6492240" cy="4328160"/>
                    </a:xfrm>
                    <a:prstGeom prst="rect">
                      <a:avLst/>
                    </a:prstGeom>
                  </pic:spPr>
                </pic:pic>
              </a:graphicData>
            </a:graphic>
          </wp:inline>
        </w:drawing>
      </w:r>
    </w:p>
    <w:p w14:paraId="09048760" w14:textId="77777777" w:rsidR="00B975B1" w:rsidRDefault="00000000">
      <w:pPr>
        <w:pStyle w:val="Heading1"/>
      </w:pPr>
      <w:r>
        <w:t>THE PUROXI WATER SERIES</w:t>
      </w:r>
    </w:p>
    <w:p w14:paraId="0DCA1524" w14:textId="11B198DC" w:rsidR="00B975B1" w:rsidRDefault="00000000">
      <w:pPr>
        <w:jc w:val="center"/>
      </w:pPr>
      <w:r>
        <w:rPr>
          <w:b/>
        </w:rPr>
        <w:t>PWS-00</w:t>
      </w:r>
      <w:r w:rsidR="0052373E">
        <w:rPr>
          <w:b/>
        </w:rPr>
        <w:t>3</w:t>
      </w:r>
      <w:r>
        <w:rPr>
          <w:b/>
        </w:rPr>
        <w:br/>
      </w:r>
      <w:r w:rsidR="0052373E">
        <w:rPr>
          <w:b/>
        </w:rPr>
        <w:t>Why pH Matters</w:t>
      </w:r>
      <w:r>
        <w:rPr>
          <w:b/>
        </w:rPr>
        <w:br/>
      </w:r>
      <w:r>
        <w:t>Category: Water Science</w:t>
      </w:r>
      <w:r>
        <w:br/>
        <w:t>First Edition | July 2026</w:t>
      </w:r>
      <w:r>
        <w:br/>
        <w:t>Published by Puroxi Pure Water Global Inc.</w:t>
      </w:r>
      <w:r>
        <w:br/>
      </w:r>
      <w:r>
        <w:br/>
      </w:r>
      <w:r>
        <w:rPr>
          <w:b/>
        </w:rPr>
        <w:t>Water Is Life</w:t>
      </w:r>
      <w:r>
        <w:rPr>
          <w:b/>
        </w:rPr>
        <w:br/>
        <w:t>Knowledge Creates Value</w:t>
      </w:r>
    </w:p>
    <w:p w14:paraId="1C99C073" w14:textId="77777777" w:rsidR="00B975B1" w:rsidRDefault="00000000">
      <w:r>
        <w:br w:type="page"/>
      </w:r>
    </w:p>
    <w:p w14:paraId="5178C25C" w14:textId="77777777" w:rsidR="00B975B1" w:rsidRDefault="00000000">
      <w:pPr>
        <w:pStyle w:val="Heading2"/>
      </w:pPr>
      <w:r>
        <w:lastRenderedPageBreak/>
        <w:t>About the Puroxi Water Series</w:t>
      </w:r>
    </w:p>
    <w:p w14:paraId="20C5214F" w14:textId="77777777" w:rsidR="00B975B1" w:rsidRDefault="00000000">
      <w:r>
        <w:t>The Puroxi Water Series (PWS) is an educational publication designed to improve understanding of water through science, practical experience and thoughtful discussion.</w:t>
      </w:r>
    </w:p>
    <w:p w14:paraId="459B9E07" w14:textId="77777777" w:rsidR="00B975B1" w:rsidRDefault="00000000">
      <w:pPr>
        <w:pStyle w:val="Heading2"/>
      </w:pPr>
      <w:r>
        <w:t>AT A GLANCE</w:t>
      </w:r>
    </w:p>
    <w:p w14:paraId="7E0A5392" w14:textId="5FC05765" w:rsidR="00B975B1" w:rsidRDefault="00000000">
      <w:pPr>
        <w:pStyle w:val="ListBullet"/>
      </w:pPr>
      <w:r>
        <w:t xml:space="preserve">Estimated Reading Time: </w:t>
      </w:r>
      <w:r w:rsidR="008E3FAA">
        <w:t>25-30</w:t>
      </w:r>
      <w:r>
        <w:t xml:space="preserve"> minutes</w:t>
      </w:r>
    </w:p>
    <w:p w14:paraId="6D3510DB" w14:textId="77777777" w:rsidR="00B975B1" w:rsidRDefault="00000000">
      <w:pPr>
        <w:pStyle w:val="ListBullet"/>
      </w:pPr>
      <w:r>
        <w:t>Audience: Agriculture • Aquaculture • Municipalities • Industry • Consultants • Students</w:t>
      </w:r>
    </w:p>
    <w:p w14:paraId="2042C390" w14:textId="18E40C28" w:rsidR="008E3FAA" w:rsidRPr="008E3FAA" w:rsidRDefault="008E3FAA" w:rsidP="008E3FAA">
      <w:pPr>
        <w:pStyle w:val="ListBullet"/>
        <w:rPr>
          <w:lang w:val="en-CA"/>
        </w:rPr>
      </w:pPr>
      <w:r w:rsidRPr="008E3FAA">
        <w:rPr>
          <w:lang w:val="en-CA"/>
        </w:rPr>
        <w:t xml:space="preserve">Understand what pH really means. </w:t>
      </w:r>
    </w:p>
    <w:p w14:paraId="3C551D4A" w14:textId="1ACDF17B" w:rsidR="008E3FAA" w:rsidRPr="008E3FAA" w:rsidRDefault="008E3FAA" w:rsidP="008E3FAA">
      <w:pPr>
        <w:pStyle w:val="ListBullet"/>
        <w:rPr>
          <w:lang w:val="en-CA"/>
        </w:rPr>
      </w:pPr>
      <w:r w:rsidRPr="008E3FAA">
        <w:rPr>
          <w:lang w:val="en-CA"/>
        </w:rPr>
        <w:t xml:space="preserve">Learn why pH influences the entire water system. </w:t>
      </w:r>
    </w:p>
    <w:p w14:paraId="28517FA5" w14:textId="4C86D32F" w:rsidR="008E3FAA" w:rsidRPr="008E3FAA" w:rsidRDefault="008E3FAA" w:rsidP="008E3FAA">
      <w:pPr>
        <w:pStyle w:val="ListBullet"/>
        <w:rPr>
          <w:lang w:val="en-CA"/>
        </w:rPr>
      </w:pPr>
      <w:r w:rsidRPr="008E3FAA">
        <w:rPr>
          <w:lang w:val="en-CA"/>
        </w:rPr>
        <w:t xml:space="preserve">Discover why temperature, dissolved oxygen, and pH must be considered together. </w:t>
      </w:r>
    </w:p>
    <w:p w14:paraId="599A95A9" w14:textId="3BEBDF1B" w:rsidR="008E3FAA" w:rsidRPr="008E3FAA" w:rsidRDefault="008E3FAA" w:rsidP="008E3FAA">
      <w:pPr>
        <w:pStyle w:val="ListBullet"/>
        <w:rPr>
          <w:lang w:val="en-CA"/>
        </w:rPr>
      </w:pPr>
      <w:r w:rsidRPr="008E3FAA">
        <w:rPr>
          <w:lang w:val="en-CA"/>
        </w:rPr>
        <w:t xml:space="preserve">Separate common myths from water science. </w:t>
      </w:r>
    </w:p>
    <w:p w14:paraId="1A6C617E" w14:textId="4428D58C" w:rsidR="008E3FAA" w:rsidRPr="008E3FAA" w:rsidRDefault="008E3FAA" w:rsidP="008E3FAA">
      <w:pPr>
        <w:pStyle w:val="ListBullet"/>
        <w:rPr>
          <w:lang w:val="en-CA"/>
        </w:rPr>
      </w:pPr>
      <w:r w:rsidRPr="008E3FAA">
        <w:rPr>
          <w:lang w:val="en-CA"/>
        </w:rPr>
        <w:t xml:space="preserve">Learn practical strategies for managing pH. </w:t>
      </w:r>
    </w:p>
    <w:p w14:paraId="6DDC5F6E" w14:textId="0351E690" w:rsidR="00B975B1" w:rsidRDefault="008E3FAA" w:rsidP="006B417A">
      <w:pPr>
        <w:pStyle w:val="ListBullet"/>
      </w:pPr>
      <w:r w:rsidRPr="008E3FAA">
        <w:rPr>
          <w:lang w:val="en-CA"/>
        </w:rPr>
        <w:t>Understand the Puroxi philosophy: Understanding Always Comes Before Recommendation.</w:t>
      </w:r>
    </w:p>
    <w:p w14:paraId="3BDEB28C" w14:textId="77777777" w:rsidR="00B975B1" w:rsidRDefault="00000000">
      <w:pPr>
        <w:pStyle w:val="Heading1"/>
      </w:pPr>
      <w:r>
        <w:t>Why This Publication Matters</w:t>
      </w:r>
    </w:p>
    <w:p w14:paraId="070DDB81" w14:textId="77777777" w:rsidR="00F115BF" w:rsidRDefault="00000000">
      <w:pPr>
        <w:rPr>
          <w:noProof/>
        </w:rPr>
      </w:pPr>
      <w:r>
        <w:t>Without water, there would be no life. Every person, every animal, every crop, every fish, every forest and every ecosystem depends upon it. Water is the foundation upon which life itself depends. Around the world, investment in water treatment and reuse reflects its growing importance. Yet one question remains: Do we truly understand the water we depend upon every day?</w:t>
      </w:r>
      <w:r w:rsidR="00F115BF" w:rsidRPr="00F115BF">
        <w:rPr>
          <w:noProof/>
        </w:rPr>
        <w:t xml:space="preserve"> </w:t>
      </w:r>
    </w:p>
    <w:p w14:paraId="31BDD246" w14:textId="5A082F5D" w:rsidR="00B975B1" w:rsidRDefault="00F115BF" w:rsidP="00F115BF">
      <w:pPr>
        <w:jc w:val="center"/>
      </w:pPr>
      <w:r>
        <w:rPr>
          <w:noProof/>
        </w:rPr>
        <w:drawing>
          <wp:inline distT="0" distB="0" distL="0" distR="0" wp14:anchorId="4B65B826" wp14:editId="18726233">
            <wp:extent cx="5155658" cy="3437106"/>
            <wp:effectExtent l="0" t="0" r="635" b="5080"/>
            <wp:docPr id="1549084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84587" name="Picture 1549084587"/>
                    <pic:cNvPicPr/>
                  </pic:nvPicPr>
                  <pic:blipFill>
                    <a:blip r:embed="rId9"/>
                    <a:stretch>
                      <a:fillRect/>
                    </a:stretch>
                  </pic:blipFill>
                  <pic:spPr>
                    <a:xfrm>
                      <a:off x="0" y="0"/>
                      <a:ext cx="5266761" cy="3511174"/>
                    </a:xfrm>
                    <a:prstGeom prst="rect">
                      <a:avLst/>
                    </a:prstGeom>
                  </pic:spPr>
                </pic:pic>
              </a:graphicData>
            </a:graphic>
          </wp:inline>
        </w:drawing>
      </w:r>
      <w:r w:rsidR="00000000">
        <w:br w:type="page"/>
      </w:r>
    </w:p>
    <w:p w14:paraId="29F8C9AA" w14:textId="5C9DD16F" w:rsidR="00DC194A" w:rsidRDefault="00DC194A" w:rsidP="00DC194A">
      <w:pPr>
        <w:pStyle w:val="Heading1"/>
      </w:pPr>
      <w:r>
        <w:lastRenderedPageBreak/>
        <w:t>CHAPTER 1</w:t>
      </w:r>
    </w:p>
    <w:p w14:paraId="485D4DF5" w14:textId="77777777" w:rsidR="00DC194A" w:rsidRDefault="00DC194A" w:rsidP="00DC194A">
      <w:pPr>
        <w:pStyle w:val="Heading1"/>
      </w:pPr>
      <w:r>
        <w:t>What Is pH?</w:t>
      </w:r>
    </w:p>
    <w:p w14:paraId="3E84899E" w14:textId="77777777" w:rsidR="00DC194A" w:rsidRDefault="00DC194A" w:rsidP="00DC194A">
      <w:pPr>
        <w:pStyle w:val="NormalWeb"/>
      </w:pPr>
      <w:r>
        <w:t>Most people have heard of pH, yet few truly understand what it represents or why it is so important.</w:t>
      </w:r>
    </w:p>
    <w:p w14:paraId="7DA05586" w14:textId="77777777" w:rsidR="00DC194A" w:rsidRDefault="00DC194A" w:rsidP="00DC194A">
      <w:pPr>
        <w:pStyle w:val="NormalWeb"/>
      </w:pPr>
      <w:r>
        <w:t>Ask someone what pH means and they will often reply, "It tells you whether water is acidic or alkaline." While that answer is technically correct, it is only a small part of the story.</w:t>
      </w:r>
    </w:p>
    <w:p w14:paraId="0AFE01CD" w14:textId="77777777" w:rsidR="00DC194A" w:rsidRDefault="00DC194A" w:rsidP="00DC194A">
      <w:pPr>
        <w:pStyle w:val="NormalWeb"/>
      </w:pPr>
      <w:r>
        <w:t>In reality, pH is one of the most important measurements in water science because it influences almost every chemical and biological process that occurs in water. It affects corrosion, scale formation, nutrient availability, disinfection, biological activity, and the performance of countless water treatment processes.</w:t>
      </w:r>
    </w:p>
    <w:p w14:paraId="4D97BC36" w14:textId="77777777" w:rsidR="00DC194A" w:rsidRDefault="00DC194A" w:rsidP="00DC194A">
      <w:pPr>
        <w:pStyle w:val="NormalWeb"/>
      </w:pPr>
      <w:r>
        <w:t>Understanding pH is not about memorizing a number. It is about understanding how water behaves.</w:t>
      </w:r>
    </w:p>
    <w:p w14:paraId="511C39EF" w14:textId="77777777" w:rsidR="00DC194A" w:rsidRDefault="00DC194A" w:rsidP="00DC194A">
      <w:pPr>
        <w:pStyle w:val="Heading2"/>
      </w:pPr>
      <w:r>
        <w:t>What Does pH Mean?</w:t>
      </w:r>
    </w:p>
    <w:p w14:paraId="42E76941" w14:textId="77777777" w:rsidR="00DC194A" w:rsidRDefault="00DC194A" w:rsidP="00DC194A">
      <w:pPr>
        <w:pStyle w:val="NormalWeb"/>
      </w:pPr>
      <w:r>
        <w:t xml:space="preserve">The term </w:t>
      </w:r>
      <w:r>
        <w:rPr>
          <w:rStyle w:val="Strong"/>
        </w:rPr>
        <w:t>pH</w:t>
      </w:r>
      <w:r>
        <w:t xml:space="preserve"> stands for </w:t>
      </w:r>
      <w:r>
        <w:rPr>
          <w:rStyle w:val="Strong"/>
        </w:rPr>
        <w:t>"potential of hydrogen"</w:t>
      </w:r>
      <w:r>
        <w:t xml:space="preserve"> and is a measure of the concentration of hydrogen ions (H⁺) present in water.</w:t>
      </w:r>
    </w:p>
    <w:p w14:paraId="42BDBDE0" w14:textId="77777777" w:rsidR="00DC194A" w:rsidRDefault="00DC194A" w:rsidP="00DC194A">
      <w:pPr>
        <w:pStyle w:val="NormalWeb"/>
      </w:pPr>
      <w:r>
        <w:t>Hydrogen ions naturally exist in all water. The concentration of these ions determines whether water is acidic, neutral, or alkaline.</w:t>
      </w:r>
    </w:p>
    <w:p w14:paraId="042A1D5C" w14:textId="77777777" w:rsidR="00DC194A" w:rsidRDefault="00DC194A" w:rsidP="00DC194A">
      <w:pPr>
        <w:numPr>
          <w:ilvl w:val="0"/>
          <w:numId w:val="10"/>
        </w:numPr>
        <w:spacing w:before="100" w:beforeAutospacing="1" w:after="100" w:afterAutospacing="1" w:line="240" w:lineRule="auto"/>
      </w:pPr>
      <w:r>
        <w:t xml:space="preserve">A </w:t>
      </w:r>
      <w:r>
        <w:rPr>
          <w:rStyle w:val="Strong"/>
        </w:rPr>
        <w:t>low pH</w:t>
      </w:r>
      <w:r>
        <w:t xml:space="preserve"> indicates a higher concentration of hydrogen ions and more acidic water. </w:t>
      </w:r>
    </w:p>
    <w:p w14:paraId="5EB503DF" w14:textId="77777777" w:rsidR="00DC194A" w:rsidRDefault="00DC194A" w:rsidP="00DC194A">
      <w:pPr>
        <w:numPr>
          <w:ilvl w:val="0"/>
          <w:numId w:val="10"/>
        </w:numPr>
        <w:spacing w:before="100" w:beforeAutospacing="1" w:after="100" w:afterAutospacing="1" w:line="240" w:lineRule="auto"/>
      </w:pPr>
      <w:r>
        <w:t xml:space="preserve">A </w:t>
      </w:r>
      <w:r>
        <w:rPr>
          <w:rStyle w:val="Strong"/>
        </w:rPr>
        <w:t>high pH</w:t>
      </w:r>
      <w:r>
        <w:t xml:space="preserve"> indicates a lower concentration of hydrogen ions and more alkaline water. </w:t>
      </w:r>
    </w:p>
    <w:p w14:paraId="61627DB7" w14:textId="77777777" w:rsidR="00DC194A" w:rsidRDefault="00DC194A" w:rsidP="00DC194A">
      <w:pPr>
        <w:numPr>
          <w:ilvl w:val="0"/>
          <w:numId w:val="10"/>
        </w:numPr>
        <w:spacing w:before="100" w:beforeAutospacing="1" w:after="100" w:afterAutospacing="1" w:line="240" w:lineRule="auto"/>
      </w:pPr>
      <w:r>
        <w:t xml:space="preserve">A </w:t>
      </w:r>
      <w:r>
        <w:rPr>
          <w:rStyle w:val="Strong"/>
        </w:rPr>
        <w:t>neutral pH</w:t>
      </w:r>
      <w:r>
        <w:t xml:space="preserve"> represents a balance between hydrogen ions and hydroxide ions under standard conditions. </w:t>
      </w:r>
    </w:p>
    <w:p w14:paraId="1A7DD16A" w14:textId="77777777" w:rsidR="00DC194A" w:rsidRDefault="00DC194A" w:rsidP="00DC194A">
      <w:pPr>
        <w:pStyle w:val="NormalWeb"/>
      </w:pPr>
      <w:r>
        <w:t>Although this definition is scientifically accurate, what matters most in practical water management is understanding how changes in pH influence the behaviour of the water.</w:t>
      </w:r>
    </w:p>
    <w:p w14:paraId="67D7939E" w14:textId="77777777" w:rsidR="00DC194A" w:rsidRDefault="00DC194A" w:rsidP="00DC194A">
      <w:pPr>
        <w:pStyle w:val="Heading2"/>
      </w:pPr>
      <w:r>
        <w:t>The pH Scale</w:t>
      </w:r>
    </w:p>
    <w:p w14:paraId="5446F282" w14:textId="77777777" w:rsidR="00DC194A" w:rsidRDefault="00DC194A" w:rsidP="00DC194A">
      <w:pPr>
        <w:pStyle w:val="NormalWeb"/>
      </w:pPr>
      <w:r>
        <w:t xml:space="preserve">The pH scale ranges from </w:t>
      </w:r>
      <w:r>
        <w:rPr>
          <w:rStyle w:val="Strong"/>
        </w:rPr>
        <w:t>0 to 14</w:t>
      </w:r>
      <w:r>
        <w:t>.</w:t>
      </w:r>
    </w:p>
    <w:p w14:paraId="40D24476" w14:textId="77777777" w:rsidR="00DC194A" w:rsidRDefault="00DC194A" w:rsidP="00DC194A">
      <w:pPr>
        <w:numPr>
          <w:ilvl w:val="0"/>
          <w:numId w:val="11"/>
        </w:numPr>
        <w:spacing w:before="100" w:beforeAutospacing="1" w:after="100" w:afterAutospacing="1" w:line="240" w:lineRule="auto"/>
      </w:pPr>
      <w:r>
        <w:rPr>
          <w:rStyle w:val="Strong"/>
        </w:rPr>
        <w:t>Below 7</w:t>
      </w:r>
      <w:r>
        <w:t xml:space="preserve"> — Acidic </w:t>
      </w:r>
    </w:p>
    <w:p w14:paraId="5D993789" w14:textId="77777777" w:rsidR="00DC194A" w:rsidRDefault="00DC194A" w:rsidP="00DC194A">
      <w:pPr>
        <w:numPr>
          <w:ilvl w:val="0"/>
          <w:numId w:val="11"/>
        </w:numPr>
        <w:spacing w:before="100" w:beforeAutospacing="1" w:after="100" w:afterAutospacing="1" w:line="240" w:lineRule="auto"/>
      </w:pPr>
      <w:r>
        <w:rPr>
          <w:rStyle w:val="Strong"/>
        </w:rPr>
        <w:t>Approximately 7</w:t>
      </w:r>
      <w:r>
        <w:t xml:space="preserve"> — Neutral </w:t>
      </w:r>
    </w:p>
    <w:p w14:paraId="59F46659" w14:textId="77777777" w:rsidR="00DC194A" w:rsidRDefault="00DC194A" w:rsidP="00DC194A">
      <w:pPr>
        <w:numPr>
          <w:ilvl w:val="0"/>
          <w:numId w:val="11"/>
        </w:numPr>
        <w:spacing w:before="100" w:beforeAutospacing="1" w:after="100" w:afterAutospacing="1" w:line="240" w:lineRule="auto"/>
      </w:pPr>
      <w:r>
        <w:rPr>
          <w:rStyle w:val="Strong"/>
        </w:rPr>
        <w:t>Above 7</w:t>
      </w:r>
      <w:r>
        <w:t xml:space="preserve"> — Alkaline (Basic) </w:t>
      </w:r>
    </w:p>
    <w:p w14:paraId="10074D89" w14:textId="77777777" w:rsidR="00DC194A" w:rsidRDefault="00DC194A" w:rsidP="00DC194A">
      <w:pPr>
        <w:pStyle w:val="NormalWeb"/>
      </w:pPr>
      <w:r>
        <w:t xml:space="preserve">One of the most misunderstood aspects of pH is that it is </w:t>
      </w:r>
      <w:r>
        <w:rPr>
          <w:rStyle w:val="Strong"/>
        </w:rPr>
        <w:t>not a linear scale</w:t>
      </w:r>
      <w:r>
        <w:t>.</w:t>
      </w:r>
    </w:p>
    <w:p w14:paraId="03363526" w14:textId="77777777" w:rsidR="00DC194A" w:rsidRDefault="00DC194A" w:rsidP="00DC194A">
      <w:pPr>
        <w:pStyle w:val="NormalWeb"/>
      </w:pPr>
      <w:r>
        <w:t xml:space="preserve">It is a </w:t>
      </w:r>
      <w:r>
        <w:rPr>
          <w:rStyle w:val="Strong"/>
        </w:rPr>
        <w:t>logarithmic scale</w:t>
      </w:r>
      <w:r>
        <w:t>.</w:t>
      </w:r>
    </w:p>
    <w:p w14:paraId="51A1A502" w14:textId="77777777" w:rsidR="00DC194A" w:rsidRDefault="00DC194A" w:rsidP="00DC194A">
      <w:pPr>
        <w:pStyle w:val="NormalWeb"/>
      </w:pPr>
      <w:r>
        <w:t xml:space="preserve">This means that each whole number represents a </w:t>
      </w:r>
      <w:r>
        <w:rPr>
          <w:rStyle w:val="Strong"/>
        </w:rPr>
        <w:t>tenfold change</w:t>
      </w:r>
      <w:r>
        <w:t xml:space="preserve"> in hydrogen ion concentration.</w:t>
      </w:r>
    </w:p>
    <w:p w14:paraId="41440C07" w14:textId="77777777" w:rsidR="00DC194A" w:rsidRDefault="00DC194A" w:rsidP="00DC194A">
      <w:pPr>
        <w:pStyle w:val="NormalWeb"/>
      </w:pPr>
      <w:r>
        <w:lastRenderedPageBreak/>
        <w:t>For example:</w:t>
      </w:r>
    </w:p>
    <w:p w14:paraId="6A8E5244" w14:textId="77777777" w:rsidR="00DC194A" w:rsidRDefault="00DC194A" w:rsidP="00DC194A">
      <w:pPr>
        <w:numPr>
          <w:ilvl w:val="0"/>
          <w:numId w:val="12"/>
        </w:numPr>
        <w:spacing w:before="100" w:beforeAutospacing="1" w:after="100" w:afterAutospacing="1" w:line="240" w:lineRule="auto"/>
      </w:pPr>
      <w:r>
        <w:t xml:space="preserve">Water at pH 6 is </w:t>
      </w:r>
      <w:r>
        <w:rPr>
          <w:rStyle w:val="Strong"/>
        </w:rPr>
        <w:t>ten times</w:t>
      </w:r>
      <w:r>
        <w:t xml:space="preserve"> more acidic than water at pH 7. </w:t>
      </w:r>
    </w:p>
    <w:p w14:paraId="70F6DFDB" w14:textId="77777777" w:rsidR="00DC194A" w:rsidRDefault="00DC194A" w:rsidP="00DC194A">
      <w:pPr>
        <w:numPr>
          <w:ilvl w:val="0"/>
          <w:numId w:val="12"/>
        </w:numPr>
        <w:spacing w:before="100" w:beforeAutospacing="1" w:after="100" w:afterAutospacing="1" w:line="240" w:lineRule="auto"/>
      </w:pPr>
      <w:r>
        <w:t xml:space="preserve">Water at pH 5 is </w:t>
      </w:r>
      <w:r>
        <w:rPr>
          <w:rStyle w:val="Strong"/>
        </w:rPr>
        <w:t>one hundred times</w:t>
      </w:r>
      <w:r>
        <w:t xml:space="preserve"> more acidic than water at pH 7. </w:t>
      </w:r>
    </w:p>
    <w:p w14:paraId="49F6B6A4" w14:textId="77777777" w:rsidR="00DC194A" w:rsidRDefault="00DC194A" w:rsidP="00DC194A">
      <w:pPr>
        <w:numPr>
          <w:ilvl w:val="0"/>
          <w:numId w:val="12"/>
        </w:numPr>
        <w:spacing w:before="100" w:beforeAutospacing="1" w:after="100" w:afterAutospacing="1" w:line="240" w:lineRule="auto"/>
      </w:pPr>
      <w:r>
        <w:t xml:space="preserve">Water at pH 4 is </w:t>
      </w:r>
      <w:r>
        <w:rPr>
          <w:rStyle w:val="Strong"/>
        </w:rPr>
        <w:t>one thousand times</w:t>
      </w:r>
      <w:r>
        <w:t xml:space="preserve"> more acidic than water at pH 7. </w:t>
      </w:r>
    </w:p>
    <w:p w14:paraId="18C98294" w14:textId="77777777" w:rsidR="00DC194A" w:rsidRDefault="00DC194A" w:rsidP="00DC194A">
      <w:pPr>
        <w:pStyle w:val="NormalWeb"/>
      </w:pPr>
      <w:r>
        <w:t>Likewise, water at pH 8 is ten times more alkaline than water at pH 7.</w:t>
      </w:r>
    </w:p>
    <w:p w14:paraId="05A328CF" w14:textId="77777777" w:rsidR="00DC194A" w:rsidRDefault="00DC194A" w:rsidP="00DC194A">
      <w:pPr>
        <w:pStyle w:val="NormalWeb"/>
      </w:pPr>
      <w:r>
        <w:t>This is why what appears to be a small change in pH can produce significant changes in water chemistry.</w:t>
      </w:r>
    </w:p>
    <w:p w14:paraId="5F6133C9" w14:textId="77777777" w:rsidR="00DC194A" w:rsidRDefault="00DC194A" w:rsidP="00DC194A">
      <w:pPr>
        <w:pStyle w:val="Heading2"/>
      </w:pPr>
      <w:r>
        <w:t>Why Does Water Have Different pH Values?</w:t>
      </w:r>
    </w:p>
    <w:p w14:paraId="2F0C94C4" w14:textId="77777777" w:rsidR="00DC194A" w:rsidRDefault="00DC194A" w:rsidP="00DC194A">
      <w:pPr>
        <w:pStyle w:val="NormalWeb"/>
      </w:pPr>
      <w:r>
        <w:t>No two water sources are identical.</w:t>
      </w:r>
    </w:p>
    <w:p w14:paraId="10B3E884" w14:textId="77777777" w:rsidR="00DC194A" w:rsidRDefault="00DC194A" w:rsidP="00DC194A">
      <w:pPr>
        <w:pStyle w:val="NormalWeb"/>
      </w:pPr>
      <w:r>
        <w:t>The pH of water is influenced by many natural and human-made factors, including:</w:t>
      </w:r>
    </w:p>
    <w:p w14:paraId="60EBC41A" w14:textId="77777777" w:rsidR="00DC194A" w:rsidRDefault="00DC194A" w:rsidP="00DC194A">
      <w:pPr>
        <w:numPr>
          <w:ilvl w:val="0"/>
          <w:numId w:val="13"/>
        </w:numPr>
        <w:spacing w:before="100" w:beforeAutospacing="1" w:after="100" w:afterAutospacing="1" w:line="240" w:lineRule="auto"/>
      </w:pPr>
      <w:r>
        <w:t xml:space="preserve">Geology </w:t>
      </w:r>
    </w:p>
    <w:p w14:paraId="4FCF0378" w14:textId="77777777" w:rsidR="00DC194A" w:rsidRDefault="00DC194A" w:rsidP="00DC194A">
      <w:pPr>
        <w:numPr>
          <w:ilvl w:val="0"/>
          <w:numId w:val="13"/>
        </w:numPr>
        <w:spacing w:before="100" w:beforeAutospacing="1" w:after="100" w:afterAutospacing="1" w:line="240" w:lineRule="auto"/>
      </w:pPr>
      <w:r>
        <w:t xml:space="preserve">Dissolved minerals </w:t>
      </w:r>
    </w:p>
    <w:p w14:paraId="53C4ED42" w14:textId="77777777" w:rsidR="00DC194A" w:rsidRDefault="00DC194A" w:rsidP="00DC194A">
      <w:pPr>
        <w:numPr>
          <w:ilvl w:val="0"/>
          <w:numId w:val="13"/>
        </w:numPr>
        <w:spacing w:before="100" w:beforeAutospacing="1" w:after="100" w:afterAutospacing="1" w:line="240" w:lineRule="auto"/>
      </w:pPr>
      <w:r>
        <w:t xml:space="preserve">Carbon dioxide </w:t>
      </w:r>
    </w:p>
    <w:p w14:paraId="44CECE93" w14:textId="77777777" w:rsidR="00DC194A" w:rsidRDefault="00DC194A" w:rsidP="00DC194A">
      <w:pPr>
        <w:numPr>
          <w:ilvl w:val="0"/>
          <w:numId w:val="13"/>
        </w:numPr>
        <w:spacing w:before="100" w:beforeAutospacing="1" w:after="100" w:afterAutospacing="1" w:line="240" w:lineRule="auto"/>
      </w:pPr>
      <w:r>
        <w:t xml:space="preserve">Rainfall </w:t>
      </w:r>
    </w:p>
    <w:p w14:paraId="4CD7AFD3" w14:textId="77777777" w:rsidR="00DC194A" w:rsidRDefault="00DC194A" w:rsidP="00DC194A">
      <w:pPr>
        <w:numPr>
          <w:ilvl w:val="0"/>
          <w:numId w:val="13"/>
        </w:numPr>
        <w:spacing w:before="100" w:beforeAutospacing="1" w:after="100" w:afterAutospacing="1" w:line="240" w:lineRule="auto"/>
      </w:pPr>
      <w:r>
        <w:t xml:space="preserve">Groundwater recharge </w:t>
      </w:r>
    </w:p>
    <w:p w14:paraId="09810401" w14:textId="77777777" w:rsidR="00DC194A" w:rsidRDefault="00DC194A" w:rsidP="00DC194A">
      <w:pPr>
        <w:numPr>
          <w:ilvl w:val="0"/>
          <w:numId w:val="13"/>
        </w:numPr>
        <w:spacing w:before="100" w:beforeAutospacing="1" w:after="100" w:afterAutospacing="1" w:line="240" w:lineRule="auto"/>
      </w:pPr>
      <w:r>
        <w:t xml:space="preserve">Biological activity </w:t>
      </w:r>
    </w:p>
    <w:p w14:paraId="35833F61" w14:textId="77777777" w:rsidR="00DC194A" w:rsidRDefault="00DC194A" w:rsidP="00DC194A">
      <w:pPr>
        <w:numPr>
          <w:ilvl w:val="0"/>
          <w:numId w:val="13"/>
        </w:numPr>
        <w:spacing w:before="100" w:beforeAutospacing="1" w:after="100" w:afterAutospacing="1" w:line="240" w:lineRule="auto"/>
      </w:pPr>
      <w:r>
        <w:t xml:space="preserve">Temperature </w:t>
      </w:r>
    </w:p>
    <w:p w14:paraId="07233BBE" w14:textId="77777777" w:rsidR="00DC194A" w:rsidRDefault="00DC194A" w:rsidP="00DC194A">
      <w:pPr>
        <w:numPr>
          <w:ilvl w:val="0"/>
          <w:numId w:val="13"/>
        </w:numPr>
        <w:spacing w:before="100" w:beforeAutospacing="1" w:after="100" w:afterAutospacing="1" w:line="240" w:lineRule="auto"/>
      </w:pPr>
      <w:r>
        <w:t xml:space="preserve">Agricultural practices </w:t>
      </w:r>
    </w:p>
    <w:p w14:paraId="6DB790C8" w14:textId="77777777" w:rsidR="00DC194A" w:rsidRDefault="00DC194A" w:rsidP="00DC194A">
      <w:pPr>
        <w:numPr>
          <w:ilvl w:val="0"/>
          <w:numId w:val="13"/>
        </w:numPr>
        <w:spacing w:before="100" w:beforeAutospacing="1" w:after="100" w:afterAutospacing="1" w:line="240" w:lineRule="auto"/>
      </w:pPr>
      <w:r>
        <w:t xml:space="preserve">Industrial activity </w:t>
      </w:r>
    </w:p>
    <w:p w14:paraId="363A41AB" w14:textId="77777777" w:rsidR="00DC194A" w:rsidRDefault="00DC194A" w:rsidP="00DC194A">
      <w:pPr>
        <w:numPr>
          <w:ilvl w:val="0"/>
          <w:numId w:val="13"/>
        </w:numPr>
        <w:spacing w:before="100" w:beforeAutospacing="1" w:after="100" w:afterAutospacing="1" w:line="240" w:lineRule="auto"/>
      </w:pPr>
      <w:r>
        <w:t xml:space="preserve">Wastewater discharges </w:t>
      </w:r>
    </w:p>
    <w:p w14:paraId="73F5FE15" w14:textId="77777777" w:rsidR="00DC194A" w:rsidRDefault="00DC194A" w:rsidP="00DC194A">
      <w:pPr>
        <w:pStyle w:val="NormalWeb"/>
      </w:pPr>
      <w:r>
        <w:t>Every one of these influences contributes to the unique fingerprint of the water.</w:t>
      </w:r>
    </w:p>
    <w:p w14:paraId="3F2157FA" w14:textId="77777777" w:rsidR="00DC194A" w:rsidRDefault="00DC194A" w:rsidP="00DC194A">
      <w:pPr>
        <w:pStyle w:val="NormalWeb"/>
      </w:pPr>
      <w:r>
        <w:t>This is one of the reasons we say:</w:t>
      </w:r>
    </w:p>
    <w:p w14:paraId="7D38DE52" w14:textId="77777777" w:rsidR="00DC194A" w:rsidRDefault="00DC194A" w:rsidP="00DC194A">
      <w:pPr>
        <w:pStyle w:val="NormalWeb"/>
      </w:pPr>
      <w:r>
        <w:rPr>
          <w:rStyle w:val="Strong"/>
        </w:rPr>
        <w:t>Every water source has its own fingerprint and DNA.</w:t>
      </w:r>
    </w:p>
    <w:p w14:paraId="09B5DB17" w14:textId="77777777" w:rsidR="00DC194A" w:rsidRDefault="00DC194A" w:rsidP="00DC194A">
      <w:pPr>
        <w:pStyle w:val="Heading2"/>
      </w:pPr>
      <w:r>
        <w:t>pH Is Not Good or Bad</w:t>
      </w:r>
    </w:p>
    <w:p w14:paraId="20A2B908" w14:textId="77777777" w:rsidR="00DC194A" w:rsidRDefault="00DC194A" w:rsidP="00DC194A">
      <w:pPr>
        <w:pStyle w:val="NormalWeb"/>
      </w:pPr>
      <w:r>
        <w:t>One of the biggest misconceptions about pH is that there is one "perfect" number.</w:t>
      </w:r>
    </w:p>
    <w:p w14:paraId="1DA119D0" w14:textId="77777777" w:rsidR="00DC194A" w:rsidRDefault="00DC194A" w:rsidP="00DC194A">
      <w:pPr>
        <w:pStyle w:val="NormalWeb"/>
      </w:pPr>
      <w:r>
        <w:t>There isn't.</w:t>
      </w:r>
    </w:p>
    <w:p w14:paraId="4867F2FD" w14:textId="77777777" w:rsidR="00DC194A" w:rsidRDefault="00DC194A" w:rsidP="00DC194A">
      <w:pPr>
        <w:pStyle w:val="NormalWeb"/>
      </w:pPr>
      <w:r>
        <w:t>The ideal pH depends entirely on the intended use of the water.</w:t>
      </w:r>
    </w:p>
    <w:p w14:paraId="56E1B71D" w14:textId="77777777" w:rsidR="00DC194A" w:rsidRDefault="00DC194A" w:rsidP="00DC194A">
      <w:pPr>
        <w:pStyle w:val="NormalWeb"/>
      </w:pPr>
      <w:r>
        <w:t>Water used for drinking, irrigation, livestock, aquaculture, industrial cooling, wastewater treatment, and environmental restoration may all have different optimum operating ranges.</w:t>
      </w:r>
    </w:p>
    <w:p w14:paraId="2C3AC042" w14:textId="77777777" w:rsidR="00DC194A" w:rsidRDefault="00DC194A" w:rsidP="00DC194A">
      <w:pPr>
        <w:pStyle w:val="NormalWeb"/>
      </w:pPr>
      <w:r>
        <w:t>The goal is not to force every water source to the same pH.</w:t>
      </w:r>
    </w:p>
    <w:p w14:paraId="64EE6CF4" w14:textId="77777777" w:rsidR="00DC194A" w:rsidRDefault="00DC194A" w:rsidP="00DC194A">
      <w:pPr>
        <w:pStyle w:val="NormalWeb"/>
      </w:pPr>
      <w:r>
        <w:lastRenderedPageBreak/>
        <w:t>The goal is to understand what conditions best support the desired outcome.</w:t>
      </w:r>
    </w:p>
    <w:p w14:paraId="29D6C9B3" w14:textId="77777777" w:rsidR="00DC194A" w:rsidRDefault="00104836" w:rsidP="00DC194A">
      <w:r>
        <w:rPr>
          <w:noProof/>
        </w:rPr>
      </w:r>
      <w:r>
        <w:pict w14:anchorId="062F2161">
          <v:rect id="Rectangle 58" o:spid="_x0000_s1028"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" filled="f">
            <o:lock v:ext="edit" aspectratio="t"/>
            <w10:anchorlock/>
          </v:rect>
        </w:pict>
      </w:r>
    </w:p>
    <w:p w14:paraId="30049193" w14:textId="77777777" w:rsidR="00DC194A" w:rsidRDefault="00DC194A" w:rsidP="00DC194A">
      <w:pPr>
        <w:pStyle w:val="Heading2"/>
      </w:pPr>
      <w:r>
        <w:t>DID YOU KNOW?</w:t>
      </w:r>
    </w:p>
    <w:p w14:paraId="3A517B0F" w14:textId="77777777" w:rsidR="00DC194A" w:rsidRDefault="00DC194A" w:rsidP="00DC194A">
      <w:pPr>
        <w:pStyle w:val="NormalWeb"/>
      </w:pPr>
      <w:r>
        <w:t>A change of only one pH unit represents a tenfold change in hydrogen ion concentration. Small changes in pH can therefore produce large changes in water chemistry and treatment performance.</w:t>
      </w:r>
    </w:p>
    <w:p w14:paraId="62EAD34D" w14:textId="77777777" w:rsidR="00DC194A" w:rsidRDefault="00104836" w:rsidP="00DC194A">
      <w:r>
        <w:rPr>
          <w:noProof/>
        </w:rPr>
      </w:r>
      <w:r>
        <w:pict w14:anchorId="479EBF32">
          <v:rect id="Rectangle 56" o:spid="_x0000_s1027"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" filled="f">
            <o:lock v:ext="edit" aspectratio="t"/>
            <w10:anchorlock/>
          </v:rect>
        </w:pict>
      </w:r>
    </w:p>
    <w:p w14:paraId="65B91D8B" w14:textId="77777777" w:rsidR="00DC194A" w:rsidRDefault="00DC194A" w:rsidP="00DC194A">
      <w:pPr>
        <w:pStyle w:val="Heading2"/>
      </w:pPr>
      <w:r>
        <w:t>PRACTICAL TIP</w:t>
      </w:r>
    </w:p>
    <w:p w14:paraId="09AF3EE8" w14:textId="77777777" w:rsidR="00DC194A" w:rsidRDefault="00DC194A" w:rsidP="00DC194A">
      <w:pPr>
        <w:pStyle w:val="NormalWeb"/>
      </w:pPr>
      <w:r>
        <w:t>Never interpret a pH result by itself.</w:t>
      </w:r>
    </w:p>
    <w:p w14:paraId="230D02DB" w14:textId="77777777" w:rsidR="00DC194A" w:rsidRDefault="00DC194A" w:rsidP="00DC194A">
      <w:pPr>
        <w:pStyle w:val="NormalWeb"/>
      </w:pPr>
      <w:r>
        <w:t>Always consider the source of the water, seasonal conditions, temperature, dissolved oxygen, alkalinity, hardness, and the purpose for which the water will be used.</w:t>
      </w:r>
    </w:p>
    <w:p w14:paraId="4533445B" w14:textId="77777777" w:rsidR="00DC194A" w:rsidRDefault="00104836" w:rsidP="00DC194A">
      <w:r>
        <w:rPr>
          <w:noProof/>
        </w:rPr>
      </w:r>
      <w:r>
        <w:pict w14:anchorId="62128F6C">
          <v:rect id="Rectangle 54"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" filled="f">
            <o:lock v:ext="edit" aspectratio="t"/>
            <w10:anchorlock/>
          </v:rect>
        </w:pict>
      </w:r>
    </w:p>
    <w:p w14:paraId="5AD224C2" w14:textId="03771F5A" w:rsidR="00DC194A" w:rsidRDefault="00F115BF" w:rsidP="00DC194A">
      <w:pPr>
        <w:pStyle w:val="Heading2"/>
      </w:pPr>
      <w:r>
        <w:t>QUOTE</w:t>
      </w:r>
    </w:p>
    <w:p w14:paraId="4AD90E2D" w14:textId="77777777" w:rsidR="00DC194A" w:rsidRDefault="00DC194A" w:rsidP="00DC194A">
      <w:pPr>
        <w:pStyle w:val="NormalWeb"/>
      </w:pPr>
      <w:r>
        <w:rPr>
          <w:rStyle w:val="Strong"/>
        </w:rPr>
        <w:t>pH is not simply a number—it is one of the most important conversations your water is having with you.</w:t>
      </w:r>
    </w:p>
    <w:p w14:paraId="147A77E6" w14:textId="4A6DC068" w:rsidR="007E749C" w:rsidRDefault="007E749C" w:rsidP="00F01100">
      <w:pPr>
        <w:jc w:val="center"/>
      </w:pPr>
    </w:p>
    <w:p w14:paraId="5A389BDF" w14:textId="39A515A4" w:rsidR="00B975B1" w:rsidRDefault="00DC194A" w:rsidP="00F01100">
      <w:pPr>
        <w:jc w:val="center"/>
      </w:pPr>
      <w:r>
        <w:rPr>
          <w:noProof/>
        </w:rPr>
        <w:drawing>
          <wp:inline distT="0" distB="0" distL="0" distR="0" wp14:anchorId="0D3C0D39" wp14:editId="666A0318">
            <wp:extent cx="4399962" cy="2933308"/>
            <wp:effectExtent l="0" t="0" r="0" b="635"/>
            <wp:docPr id="451071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71380" name="Picture 451071380"/>
                    <pic:cNvPicPr/>
                  </pic:nvPicPr>
                  <pic:blipFill>
                    <a:blip r:embed="rId10"/>
                    <a:stretch>
                      <a:fillRect/>
                    </a:stretch>
                  </pic:blipFill>
                  <pic:spPr>
                    <a:xfrm>
                      <a:off x="0" y="0"/>
                      <a:ext cx="4465570" cy="2977047"/>
                    </a:xfrm>
                    <a:prstGeom prst="rect">
                      <a:avLst/>
                    </a:prstGeom>
                  </pic:spPr>
                </pic:pic>
              </a:graphicData>
            </a:graphic>
          </wp:inline>
        </w:drawing>
      </w:r>
    </w:p>
    <w:p w14:paraId="16CEE506" w14:textId="77777777" w:rsidR="00F115BF" w:rsidRDefault="00F115BF"/>
    <w:p w14:paraId="32983139" w14:textId="77777777" w:rsidR="00F115BF" w:rsidRDefault="00F115BF" w:rsidP="00F115BF">
      <w:pPr>
        <w:pStyle w:val="Heading1"/>
      </w:pPr>
      <w:r>
        <w:lastRenderedPageBreak/>
        <w:t>CHAPTER 2</w:t>
      </w:r>
    </w:p>
    <w:p w14:paraId="13A53573" w14:textId="77777777" w:rsidR="00F115BF" w:rsidRDefault="00F115BF" w:rsidP="00F115BF">
      <w:pPr>
        <w:pStyle w:val="Heading1"/>
      </w:pPr>
      <w:r>
        <w:t>Why pH Is More Than Just a Number</w:t>
      </w:r>
    </w:p>
    <w:p w14:paraId="440029CF" w14:textId="77777777" w:rsidR="00F115BF" w:rsidRDefault="00F115BF" w:rsidP="00F115BF">
      <w:pPr>
        <w:pStyle w:val="NormalWeb"/>
      </w:pPr>
      <w:r>
        <w:t>If pH simply told us whether water was acidic or alkaline, it would still be an important measurement.</w:t>
      </w:r>
    </w:p>
    <w:p w14:paraId="5550CA68" w14:textId="77777777" w:rsidR="00F115BF" w:rsidRDefault="00F115BF" w:rsidP="00F115BF">
      <w:pPr>
        <w:pStyle w:val="NormalWeb"/>
      </w:pPr>
      <w:r>
        <w:t>But pH influences far more than that.</w:t>
      </w:r>
    </w:p>
    <w:p w14:paraId="1771DA51" w14:textId="77777777" w:rsidR="00F115BF" w:rsidRDefault="00F115BF" w:rsidP="00F115BF">
      <w:pPr>
        <w:pStyle w:val="NormalWeb"/>
      </w:pPr>
      <w:r>
        <w:t>It affects virtually every chemical, biological, and physical process that takes place in water.</w:t>
      </w:r>
    </w:p>
    <w:p w14:paraId="05D10370" w14:textId="77777777" w:rsidR="00F115BF" w:rsidRDefault="00F115BF" w:rsidP="00F115BF">
      <w:pPr>
        <w:pStyle w:val="NormalWeb"/>
      </w:pPr>
      <w:r>
        <w:t>From the moment water enters a well, lake, river, reservoir, municipal treatment plant, irrigation system, livestock operation, aquaculture facility, or industrial process, pH begins influencing how that water behaves.</w:t>
      </w:r>
    </w:p>
    <w:p w14:paraId="3E7D8108" w14:textId="77777777" w:rsidR="00F115BF" w:rsidRDefault="00F115BF" w:rsidP="00F115BF">
      <w:pPr>
        <w:pStyle w:val="NormalWeb"/>
      </w:pPr>
      <w:r>
        <w:t>Understanding pH is therefore not about achieving a specific number.</w:t>
      </w:r>
    </w:p>
    <w:p w14:paraId="6FCBE339" w14:textId="77777777" w:rsidR="00F115BF" w:rsidRDefault="00F115BF" w:rsidP="00F115BF">
      <w:pPr>
        <w:pStyle w:val="NormalWeb"/>
      </w:pPr>
      <w:r>
        <w:t>It is about understanding the role that number plays within the entire water system.</w:t>
      </w:r>
    </w:p>
    <w:p w14:paraId="7BD9014E" w14:textId="77777777" w:rsidR="00F115BF" w:rsidRDefault="00F115BF" w:rsidP="00F115BF">
      <w:pPr>
        <w:pStyle w:val="Heading2"/>
      </w:pPr>
      <w:r>
        <w:t>Corrosion</w:t>
      </w:r>
    </w:p>
    <w:p w14:paraId="4F141A6D" w14:textId="77777777" w:rsidR="00F115BF" w:rsidRDefault="00F115BF" w:rsidP="00F115BF">
      <w:pPr>
        <w:pStyle w:val="NormalWeb"/>
      </w:pPr>
      <w:r>
        <w:t>Water chemistry plays a major role in corrosion.</w:t>
      </w:r>
    </w:p>
    <w:p w14:paraId="5146A2A3" w14:textId="77777777" w:rsidR="00F115BF" w:rsidRDefault="00F115BF" w:rsidP="00F115BF">
      <w:pPr>
        <w:pStyle w:val="NormalWeb"/>
      </w:pPr>
      <w:r>
        <w:t>When water becomes aggressive, it may accelerate the deterioration of pipes, pumps, valves, fittings, storage tanks, and other infrastructure.</w:t>
      </w:r>
    </w:p>
    <w:p w14:paraId="1DDA154B" w14:textId="77777777" w:rsidR="00F115BF" w:rsidRDefault="00F115BF" w:rsidP="00F115BF">
      <w:pPr>
        <w:pStyle w:val="NormalWeb"/>
      </w:pPr>
      <w:r>
        <w:t>Corrosion can shorten equipment life, increase maintenance costs, and in some cases contribute to metals entering the water supply.</w:t>
      </w:r>
    </w:p>
    <w:p w14:paraId="526F9C10" w14:textId="77777777" w:rsidR="00F115BF" w:rsidRDefault="00F115BF" w:rsidP="00F115BF">
      <w:pPr>
        <w:pStyle w:val="NormalWeb"/>
      </w:pPr>
      <w:r>
        <w:t>Although corrosion depends on many factors, pH is one of the key parameters influencing its development.</w:t>
      </w:r>
    </w:p>
    <w:p w14:paraId="1EC2E609" w14:textId="77777777" w:rsidR="00F115BF" w:rsidRDefault="00F115BF" w:rsidP="00F115BF">
      <w:pPr>
        <w:pStyle w:val="Heading2"/>
      </w:pPr>
      <w:r>
        <w:t>Scale Formation</w:t>
      </w:r>
    </w:p>
    <w:p w14:paraId="35FFA10A" w14:textId="77777777" w:rsidR="00F115BF" w:rsidRDefault="00F115BF" w:rsidP="00F115BF">
      <w:pPr>
        <w:pStyle w:val="NormalWeb"/>
      </w:pPr>
      <w:r>
        <w:t>At the opposite end of the spectrum, water chemistry may encourage the formation of mineral scale.</w:t>
      </w:r>
    </w:p>
    <w:p w14:paraId="2AD1D832" w14:textId="77777777" w:rsidR="00F115BF" w:rsidRDefault="00F115BF" w:rsidP="00F115BF">
      <w:pPr>
        <w:pStyle w:val="NormalWeb"/>
      </w:pPr>
      <w:r>
        <w:t>Scale deposits gradually reduce pipe diameter, restrict water flow, decrease heat transfer efficiency, increase energy consumption, and shorten equipment life.</w:t>
      </w:r>
    </w:p>
    <w:p w14:paraId="4F5FCEA7" w14:textId="77777777" w:rsidR="00F115BF" w:rsidRDefault="00F115BF" w:rsidP="00F115BF">
      <w:pPr>
        <w:pStyle w:val="NormalWeb"/>
      </w:pPr>
      <w:r>
        <w:t>Managing scale requires understanding the relationship between pH, hardness, alkalinity, temperature, and mineral saturation.</w:t>
      </w:r>
    </w:p>
    <w:p w14:paraId="2987CA5D" w14:textId="77777777" w:rsidR="00F115BF" w:rsidRDefault="00F115BF" w:rsidP="00F115BF">
      <w:pPr>
        <w:pStyle w:val="Heading2"/>
      </w:pPr>
      <w:r>
        <w:t>Biological Activity</w:t>
      </w:r>
    </w:p>
    <w:p w14:paraId="596B28A0" w14:textId="77777777" w:rsidR="00F115BF" w:rsidRDefault="00F115BF" w:rsidP="00F115BF">
      <w:pPr>
        <w:pStyle w:val="NormalWeb"/>
      </w:pPr>
      <w:r>
        <w:t>Every microorganism has preferred environmental conditions.</w:t>
      </w:r>
    </w:p>
    <w:p w14:paraId="7F026FF7" w14:textId="77777777" w:rsidR="00F115BF" w:rsidRDefault="00F115BF" w:rsidP="00F115BF">
      <w:pPr>
        <w:pStyle w:val="NormalWeb"/>
      </w:pPr>
      <w:r>
        <w:lastRenderedPageBreak/>
        <w:t>As pH changes, biological communities often change as well.</w:t>
      </w:r>
    </w:p>
    <w:p w14:paraId="1B8E61E0" w14:textId="77777777" w:rsidR="00F115BF" w:rsidRDefault="00F115BF" w:rsidP="00F115BF">
      <w:pPr>
        <w:pStyle w:val="NormalWeb"/>
      </w:pPr>
      <w:r>
        <w:t>Some organisms become more active.</w:t>
      </w:r>
    </w:p>
    <w:p w14:paraId="404D8DB1" w14:textId="77777777" w:rsidR="00F115BF" w:rsidRDefault="00F115BF" w:rsidP="00F115BF">
      <w:pPr>
        <w:pStyle w:val="NormalWeb"/>
      </w:pPr>
      <w:r>
        <w:t>Others decline.</w:t>
      </w:r>
    </w:p>
    <w:p w14:paraId="7A41856E" w14:textId="77777777" w:rsidR="00F115BF" w:rsidRDefault="00F115BF" w:rsidP="00F115BF">
      <w:pPr>
        <w:pStyle w:val="NormalWeb"/>
      </w:pPr>
      <w:r>
        <w:t>These shifts influence water clarity, nutrient cycling, odours, and overall biological balance.</w:t>
      </w:r>
    </w:p>
    <w:p w14:paraId="3EA8CDC3" w14:textId="77777777" w:rsidR="00F115BF" w:rsidRDefault="00F115BF" w:rsidP="00F115BF">
      <w:pPr>
        <w:pStyle w:val="NormalWeb"/>
      </w:pPr>
      <w:r>
        <w:t>Rather than viewing pH as an isolated measurement, it should be considered one of the environmental factors that helps shape the entire ecosystem.</w:t>
      </w:r>
    </w:p>
    <w:p w14:paraId="6CEA94F8" w14:textId="77777777" w:rsidR="00F115BF" w:rsidRDefault="00F115BF" w:rsidP="00F115BF">
      <w:pPr>
        <w:pStyle w:val="Heading2"/>
      </w:pPr>
      <w:r>
        <w:t>Nutrient Availability</w:t>
      </w:r>
    </w:p>
    <w:p w14:paraId="7E61D3D8" w14:textId="77777777" w:rsidR="00F115BF" w:rsidRDefault="00F115BF" w:rsidP="00F115BF">
      <w:pPr>
        <w:pStyle w:val="NormalWeb"/>
      </w:pPr>
      <w:r>
        <w:t>One of the most valuable lessons we learned through years of practical field experience is that water chemistry directly influences how efficiently nutrients are utilized.</w:t>
      </w:r>
    </w:p>
    <w:p w14:paraId="0A08F8F0" w14:textId="77777777" w:rsidR="00F115BF" w:rsidRDefault="00F115BF" w:rsidP="00F115BF">
      <w:pPr>
        <w:pStyle w:val="NormalWeb"/>
      </w:pPr>
      <w:r>
        <w:t>Whether working with livestock, crops, fruit, vegetables, greenhouse operations, or aquaculture, properly adjusting water chemistry for the application often produced measurable improvements in performance.</w:t>
      </w:r>
    </w:p>
    <w:p w14:paraId="1542BF38" w14:textId="77777777" w:rsidR="00F115BF" w:rsidRDefault="00F115BF" w:rsidP="00F115BF">
      <w:pPr>
        <w:pStyle w:val="NormalWeb"/>
      </w:pPr>
      <w:r>
        <w:t>Water is not simply a carrier of nutrients.</w:t>
      </w:r>
    </w:p>
    <w:p w14:paraId="3CAE8B61" w14:textId="77777777" w:rsidR="00F115BF" w:rsidRDefault="00F115BF" w:rsidP="00F115BF">
      <w:pPr>
        <w:pStyle w:val="NormalWeb"/>
      </w:pPr>
      <w:r>
        <w:t>It participates in every biological process taking place within the plant or animal.</w:t>
      </w:r>
    </w:p>
    <w:p w14:paraId="0F25DF62" w14:textId="77777777" w:rsidR="00F115BF" w:rsidRDefault="00F115BF" w:rsidP="00F115BF">
      <w:pPr>
        <w:pStyle w:val="Heading2"/>
      </w:pPr>
      <w:r>
        <w:t>Water Treatment</w:t>
      </w:r>
    </w:p>
    <w:p w14:paraId="3AF76F98" w14:textId="77777777" w:rsidR="00F115BF" w:rsidRDefault="00F115BF" w:rsidP="00F115BF">
      <w:pPr>
        <w:pStyle w:val="NormalWeb"/>
      </w:pPr>
      <w:r>
        <w:t>Many treatment technologies perform differently depending on the pH of the water.</w:t>
      </w:r>
    </w:p>
    <w:p w14:paraId="4180EE83" w14:textId="77777777" w:rsidR="00F115BF" w:rsidRDefault="00F115BF" w:rsidP="00F115BF">
      <w:pPr>
        <w:pStyle w:val="NormalWeb"/>
      </w:pPr>
      <w:r>
        <w:t>Oxidation.</w:t>
      </w:r>
    </w:p>
    <w:p w14:paraId="0A4AFEB2" w14:textId="77777777" w:rsidR="00F115BF" w:rsidRDefault="00F115BF" w:rsidP="00F115BF">
      <w:pPr>
        <w:pStyle w:val="NormalWeb"/>
      </w:pPr>
      <w:r>
        <w:t>Disinfection.</w:t>
      </w:r>
    </w:p>
    <w:p w14:paraId="7A19A3BD" w14:textId="77777777" w:rsidR="00F115BF" w:rsidRDefault="00F115BF" w:rsidP="00F115BF">
      <w:pPr>
        <w:pStyle w:val="NormalWeb"/>
      </w:pPr>
      <w:r>
        <w:t>Coagulation.</w:t>
      </w:r>
    </w:p>
    <w:p w14:paraId="44AB88E3" w14:textId="77777777" w:rsidR="00F115BF" w:rsidRDefault="00F115BF" w:rsidP="00F115BF">
      <w:pPr>
        <w:pStyle w:val="NormalWeb"/>
      </w:pPr>
      <w:r>
        <w:t>Metal removal.</w:t>
      </w:r>
    </w:p>
    <w:p w14:paraId="03AF56A4" w14:textId="77777777" w:rsidR="00F115BF" w:rsidRDefault="00F115BF" w:rsidP="00F115BF">
      <w:pPr>
        <w:pStyle w:val="NormalWeb"/>
      </w:pPr>
      <w:r>
        <w:t>Chemical reactions.</w:t>
      </w:r>
    </w:p>
    <w:p w14:paraId="789B93D0" w14:textId="77777777" w:rsidR="00F115BF" w:rsidRDefault="00F115BF" w:rsidP="00F115BF">
      <w:pPr>
        <w:pStyle w:val="NormalWeb"/>
      </w:pPr>
      <w:r>
        <w:t>Biological treatment.</w:t>
      </w:r>
    </w:p>
    <w:p w14:paraId="03828249" w14:textId="77777777" w:rsidR="00F115BF" w:rsidRDefault="00F115BF" w:rsidP="00F115BF">
      <w:pPr>
        <w:pStyle w:val="NormalWeb"/>
      </w:pPr>
      <w:r>
        <w:t>All are influenced by water chemistry.</w:t>
      </w:r>
    </w:p>
    <w:p w14:paraId="40CCD767" w14:textId="77777777" w:rsidR="00F115BF" w:rsidRDefault="00F115BF" w:rsidP="00F115BF">
      <w:pPr>
        <w:pStyle w:val="NormalWeb"/>
      </w:pPr>
      <w:r>
        <w:t>Attempting to solve a water quality problem without first understanding pH often results in inconsistent or disappointing outcomes.</w:t>
      </w:r>
    </w:p>
    <w:p w14:paraId="0D705CB1" w14:textId="77777777" w:rsidR="00F115BF" w:rsidRDefault="00F115BF" w:rsidP="00F115BF">
      <w:pPr>
        <w:pStyle w:val="Heading2"/>
      </w:pPr>
      <w:r>
        <w:lastRenderedPageBreak/>
        <w:t>Equipment Performance</w:t>
      </w:r>
    </w:p>
    <w:p w14:paraId="2AA0B6B6" w14:textId="77777777" w:rsidR="00F115BF" w:rsidRDefault="00F115BF" w:rsidP="00F115BF">
      <w:pPr>
        <w:pStyle w:val="NormalWeb"/>
      </w:pPr>
      <w:r>
        <w:t>Water affects more than the water itself.</w:t>
      </w:r>
    </w:p>
    <w:p w14:paraId="728E37BC" w14:textId="77777777" w:rsidR="00F115BF" w:rsidRDefault="00F115BF" w:rsidP="00F115BF">
      <w:pPr>
        <w:pStyle w:val="NormalWeb"/>
      </w:pPr>
      <w:r>
        <w:t>It affects every piece of equipment that comes into contact with it.</w:t>
      </w:r>
    </w:p>
    <w:p w14:paraId="54FD1C69" w14:textId="77777777" w:rsidR="00F115BF" w:rsidRDefault="00F115BF" w:rsidP="00F115BF">
      <w:pPr>
        <w:pStyle w:val="NormalWeb"/>
      </w:pPr>
      <w:r>
        <w:t>Pumps.</w:t>
      </w:r>
    </w:p>
    <w:p w14:paraId="0D37BE64" w14:textId="77777777" w:rsidR="00F115BF" w:rsidRDefault="00F115BF" w:rsidP="00F115BF">
      <w:pPr>
        <w:pStyle w:val="NormalWeb"/>
      </w:pPr>
      <w:r>
        <w:t>Boilers.</w:t>
      </w:r>
    </w:p>
    <w:p w14:paraId="2E8FB86E" w14:textId="77777777" w:rsidR="00F115BF" w:rsidRDefault="00F115BF" w:rsidP="00F115BF">
      <w:pPr>
        <w:pStyle w:val="NormalWeb"/>
      </w:pPr>
      <w:r>
        <w:t>Cooling towers.</w:t>
      </w:r>
    </w:p>
    <w:p w14:paraId="5AA30CFB" w14:textId="77777777" w:rsidR="00F115BF" w:rsidRDefault="00F115BF" w:rsidP="00F115BF">
      <w:pPr>
        <w:pStyle w:val="NormalWeb"/>
      </w:pPr>
      <w:r>
        <w:t>Heat exchangers.</w:t>
      </w:r>
    </w:p>
    <w:p w14:paraId="3C35DBCA" w14:textId="77777777" w:rsidR="00F115BF" w:rsidRDefault="00F115BF" w:rsidP="00F115BF">
      <w:pPr>
        <w:pStyle w:val="NormalWeb"/>
      </w:pPr>
      <w:r>
        <w:t>Filters.</w:t>
      </w:r>
    </w:p>
    <w:p w14:paraId="793DAFB8" w14:textId="77777777" w:rsidR="00F115BF" w:rsidRDefault="00F115BF" w:rsidP="00F115BF">
      <w:pPr>
        <w:pStyle w:val="NormalWeb"/>
      </w:pPr>
      <w:r>
        <w:t>Irrigation systems.</w:t>
      </w:r>
    </w:p>
    <w:p w14:paraId="4E8B0FCB" w14:textId="77777777" w:rsidR="00F115BF" w:rsidRDefault="00F115BF" w:rsidP="00F115BF">
      <w:pPr>
        <w:pStyle w:val="NormalWeb"/>
      </w:pPr>
      <w:r>
        <w:t>Piping.</w:t>
      </w:r>
    </w:p>
    <w:p w14:paraId="47E9B271" w14:textId="77777777" w:rsidR="00F115BF" w:rsidRDefault="00F115BF" w:rsidP="00F115BF">
      <w:pPr>
        <w:pStyle w:val="NormalWeb"/>
      </w:pPr>
      <w:r>
        <w:t>Valves.</w:t>
      </w:r>
    </w:p>
    <w:p w14:paraId="6B6F6EC4" w14:textId="77777777" w:rsidR="00F115BF" w:rsidRDefault="00F115BF" w:rsidP="00F115BF">
      <w:pPr>
        <w:pStyle w:val="NormalWeb"/>
      </w:pPr>
      <w:r>
        <w:t>Good water chemistry protects not only the water but also the equipment and infrastructure that depend upon it.</w:t>
      </w:r>
    </w:p>
    <w:p w14:paraId="2CF94D9D" w14:textId="77777777" w:rsidR="00F115BF" w:rsidRDefault="00F115BF" w:rsidP="00F115BF">
      <w:pPr>
        <w:pStyle w:val="Heading2"/>
      </w:pPr>
      <w:r>
        <w:t>The Bigger Picture</w:t>
      </w:r>
    </w:p>
    <w:p w14:paraId="732355FA" w14:textId="77777777" w:rsidR="00F115BF" w:rsidRDefault="00F115BF" w:rsidP="00F115BF">
      <w:pPr>
        <w:pStyle w:val="NormalWeb"/>
      </w:pPr>
      <w:r>
        <w:t xml:space="preserve">One of the most important lessons we have learned is that </w:t>
      </w:r>
      <w:r>
        <w:rPr>
          <w:rStyle w:val="Strong"/>
        </w:rPr>
        <w:t>pH should never be viewed in isolation.</w:t>
      </w:r>
    </w:p>
    <w:p w14:paraId="2DA63EC6" w14:textId="77777777" w:rsidR="00F115BF" w:rsidRDefault="00F115BF" w:rsidP="00F115BF">
      <w:pPr>
        <w:pStyle w:val="NormalWeb"/>
      </w:pPr>
      <w:r>
        <w:t>Temperature.</w:t>
      </w:r>
    </w:p>
    <w:p w14:paraId="5DC2FB6F" w14:textId="77777777" w:rsidR="00F115BF" w:rsidRDefault="00F115BF" w:rsidP="00F115BF">
      <w:pPr>
        <w:pStyle w:val="NormalWeb"/>
      </w:pPr>
      <w:r>
        <w:t>Dissolved oxygen.</w:t>
      </w:r>
    </w:p>
    <w:p w14:paraId="1C34B26F" w14:textId="77777777" w:rsidR="00F115BF" w:rsidRDefault="00F115BF" w:rsidP="00F115BF">
      <w:pPr>
        <w:pStyle w:val="NormalWeb"/>
      </w:pPr>
      <w:r>
        <w:t>Alkalinity.</w:t>
      </w:r>
    </w:p>
    <w:p w14:paraId="2CAE0F63" w14:textId="77777777" w:rsidR="00F115BF" w:rsidRDefault="00F115BF" w:rsidP="00F115BF">
      <w:pPr>
        <w:pStyle w:val="NormalWeb"/>
      </w:pPr>
      <w:r>
        <w:t>Hardness.</w:t>
      </w:r>
    </w:p>
    <w:p w14:paraId="2C91123F" w14:textId="77777777" w:rsidR="00F115BF" w:rsidRDefault="00F115BF" w:rsidP="00F115BF">
      <w:pPr>
        <w:pStyle w:val="NormalWeb"/>
      </w:pPr>
      <w:r>
        <w:t>Carbon dioxide.</w:t>
      </w:r>
    </w:p>
    <w:p w14:paraId="5475C716" w14:textId="77777777" w:rsidR="00F115BF" w:rsidRDefault="00F115BF" w:rsidP="00F115BF">
      <w:pPr>
        <w:pStyle w:val="NormalWeb"/>
      </w:pPr>
      <w:r>
        <w:t>Biological activity.</w:t>
      </w:r>
    </w:p>
    <w:p w14:paraId="45638CC8" w14:textId="77777777" w:rsidR="00F115BF" w:rsidRDefault="00F115BF" w:rsidP="00F115BF">
      <w:pPr>
        <w:pStyle w:val="NormalWeb"/>
      </w:pPr>
      <w:r>
        <w:t>Nutrients.</w:t>
      </w:r>
    </w:p>
    <w:p w14:paraId="171C9CD1" w14:textId="77777777" w:rsidR="00F115BF" w:rsidRDefault="00F115BF" w:rsidP="00F115BF">
      <w:pPr>
        <w:pStyle w:val="NormalWeb"/>
      </w:pPr>
      <w:r>
        <w:t>Seasonal change.</w:t>
      </w:r>
    </w:p>
    <w:p w14:paraId="3FB8AE54" w14:textId="77777777" w:rsidR="00F115BF" w:rsidRDefault="00F115BF" w:rsidP="00F115BF">
      <w:pPr>
        <w:pStyle w:val="NormalWeb"/>
      </w:pPr>
      <w:r>
        <w:t>All interact continuously.</w:t>
      </w:r>
    </w:p>
    <w:p w14:paraId="2B04B365" w14:textId="77777777" w:rsidR="00F115BF" w:rsidRDefault="00F115BF" w:rsidP="00F115BF">
      <w:pPr>
        <w:pStyle w:val="NormalWeb"/>
      </w:pPr>
      <w:r>
        <w:lastRenderedPageBreak/>
        <w:t>Changing one parameter often influences several others.</w:t>
      </w:r>
    </w:p>
    <w:p w14:paraId="6E62EC3A" w14:textId="77777777" w:rsidR="00F115BF" w:rsidRDefault="00F115BF" w:rsidP="00F115BF">
      <w:pPr>
        <w:pStyle w:val="NormalWeb"/>
      </w:pPr>
      <w:r>
        <w:t>Successful water management begins by understanding the complete system rather than focusing on a single measurement.</w:t>
      </w:r>
    </w:p>
    <w:p w14:paraId="76524092" w14:textId="04FE506C" w:rsidR="00F115BF" w:rsidRDefault="00F115BF" w:rsidP="00F115BF">
      <w:pPr>
        <w:jc w:val="center"/>
      </w:pPr>
      <w:r>
        <w:rPr>
          <w:noProof/>
        </w:rPr>
        <w:drawing>
          <wp:inline distT="0" distB="0" distL="0" distR="0" wp14:anchorId="2B5FF9FB" wp14:editId="247D0CD9">
            <wp:extent cx="3486589" cy="2324390"/>
            <wp:effectExtent l="0" t="0" r="6350" b="0"/>
            <wp:docPr id="2015930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30195" name="Picture 2015930195"/>
                    <pic:cNvPicPr/>
                  </pic:nvPicPr>
                  <pic:blipFill>
                    <a:blip r:embed="rId11"/>
                    <a:stretch>
                      <a:fillRect/>
                    </a:stretch>
                  </pic:blipFill>
                  <pic:spPr>
                    <a:xfrm>
                      <a:off x="0" y="0"/>
                      <a:ext cx="3646666" cy="2431108"/>
                    </a:xfrm>
                    <a:prstGeom prst="rect">
                      <a:avLst/>
                    </a:prstGeom>
                  </pic:spPr>
                </pic:pic>
              </a:graphicData>
            </a:graphic>
          </wp:inline>
        </w:drawing>
      </w:r>
    </w:p>
    <w:p w14:paraId="2F5F88E7" w14:textId="77777777" w:rsidR="00F115BF" w:rsidRDefault="00F115BF" w:rsidP="00F115BF">
      <w:pPr>
        <w:pStyle w:val="Heading2"/>
      </w:pPr>
      <w:r>
        <w:t>THE PUROXI PRINCIPLE</w:t>
      </w:r>
    </w:p>
    <w:p w14:paraId="7F13C813" w14:textId="77777777" w:rsidR="00F115BF" w:rsidRDefault="00F115BF" w:rsidP="00F115BF">
      <w:pPr>
        <w:pStyle w:val="NormalWeb"/>
      </w:pPr>
      <w:r>
        <w:rPr>
          <w:rStyle w:val="Strong"/>
        </w:rPr>
        <w:t>Never manage one water parameter in isolation. Manage the water as a complete system.</w:t>
      </w:r>
    </w:p>
    <w:p w14:paraId="34EF9004" w14:textId="77777777" w:rsidR="00F115BF" w:rsidRDefault="00F115BF" w:rsidP="00F115BF">
      <w:r>
        <w:rPr>
          <w:noProof/>
        </w:rPr>
        <mc:AlternateContent>
          <mc:Choice Requires="wps">
            <w:drawing>
              <wp:inline distT="0" distB="0" distL="0" distR="0" wp14:anchorId="7EFD5976" wp14:editId="585E1022">
                <wp:extent cx="6492240" cy="635"/>
                <wp:effectExtent l="0" t="0" r="10160" b="24765"/>
                <wp:docPr id="1316459817"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1920CD0" id="Rectangle 20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574C0BE" w14:textId="2046E5FF" w:rsidR="00F115BF" w:rsidRDefault="00F115BF" w:rsidP="00F115BF">
      <w:pPr>
        <w:pStyle w:val="Heading2"/>
      </w:pPr>
      <w:r>
        <w:t>QUOTE</w:t>
      </w:r>
    </w:p>
    <w:p w14:paraId="4B132A51" w14:textId="77777777" w:rsidR="00F115BF" w:rsidRDefault="00F115BF" w:rsidP="00F115BF">
      <w:pPr>
        <w:pStyle w:val="NormalWeb"/>
      </w:pPr>
      <w:r>
        <w:rPr>
          <w:rStyle w:val="Strong"/>
        </w:rPr>
        <w:t>Understanding pH is not about chasing a number. It is about understanding how that number influences the entire water system.</w:t>
      </w:r>
    </w:p>
    <w:p w14:paraId="394B317B" w14:textId="77777777" w:rsidR="00F115BF" w:rsidRDefault="00F115BF" w:rsidP="00F115BF">
      <w:r>
        <w:rPr>
          <w:noProof/>
        </w:rPr>
        <mc:AlternateContent>
          <mc:Choice Requires="wps">
            <w:drawing>
              <wp:inline distT="0" distB="0" distL="0" distR="0" wp14:anchorId="2B9DC364" wp14:editId="5E5DA167">
                <wp:extent cx="6492240" cy="635"/>
                <wp:effectExtent l="0" t="0" r="10160" b="24765"/>
                <wp:docPr id="821191896"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CC0B484" id="Rectangle 20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4B5FD2D" w14:textId="77777777" w:rsidR="00F115BF" w:rsidRDefault="00F115BF" w:rsidP="00F115BF">
      <w:pPr>
        <w:pStyle w:val="Heading2"/>
      </w:pPr>
      <w:r>
        <w:t>DID YOU KNOW?</w:t>
      </w:r>
    </w:p>
    <w:p w14:paraId="24BE5162" w14:textId="77777777" w:rsidR="00F115BF" w:rsidRDefault="00F115BF" w:rsidP="00F115BF">
      <w:pPr>
        <w:pStyle w:val="NormalWeb"/>
      </w:pPr>
      <w:r>
        <w:t>In many natural water bodies, increasing water temperature combined with rising pH can coincide with increased biological activity, odours, water discolouration, and declining overall water quality. These changes often occur together rather than independently.</w:t>
      </w:r>
    </w:p>
    <w:p w14:paraId="3444F29F" w14:textId="77777777" w:rsidR="00F115BF" w:rsidRDefault="00F115BF" w:rsidP="00F115BF">
      <w:r>
        <w:rPr>
          <w:noProof/>
        </w:rPr>
        <mc:AlternateContent>
          <mc:Choice Requires="wps">
            <w:drawing>
              <wp:inline distT="0" distB="0" distL="0" distR="0" wp14:anchorId="4905D099" wp14:editId="7F2051CC">
                <wp:extent cx="6492240" cy="635"/>
                <wp:effectExtent l="0" t="0" r="10160" b="24765"/>
                <wp:docPr id="2142132471"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963686C" id="Rectangle 20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41C8551" w14:textId="77777777" w:rsidR="00F115BF" w:rsidRDefault="00F115BF" w:rsidP="00F115BF">
      <w:pPr>
        <w:pStyle w:val="Heading2"/>
      </w:pPr>
      <w:r>
        <w:t>PRACTICAL TIP</w:t>
      </w:r>
    </w:p>
    <w:p w14:paraId="6533602C" w14:textId="77777777" w:rsidR="00F115BF" w:rsidRDefault="00F115BF" w:rsidP="00F115BF">
      <w:pPr>
        <w:pStyle w:val="NormalWeb"/>
      </w:pPr>
      <w:r>
        <w:t>When reviewing a laboratory report, never look at pH by itself. Always evaluate it alongside temperature, dissolved oxygen, alkalinity, hardness, conductivity, and the intended use of the water. Understanding the relationships between these parameters leads to better decisions than evaluating any single measurement alone.</w:t>
      </w:r>
    </w:p>
    <w:p w14:paraId="5CB157FB" w14:textId="77777777" w:rsidR="00F115BF" w:rsidRDefault="00F115BF" w:rsidP="00F115BF">
      <w:pPr>
        <w:pStyle w:val="Heading1"/>
      </w:pPr>
      <w:r>
        <w:lastRenderedPageBreak/>
        <w:t>CHAPTER 3</w:t>
      </w:r>
    </w:p>
    <w:p w14:paraId="1A89232F" w14:textId="77777777" w:rsidR="00F115BF" w:rsidRDefault="00F115BF" w:rsidP="00F115BF">
      <w:pPr>
        <w:pStyle w:val="Heading1"/>
      </w:pPr>
      <w:r>
        <w:t>Why pH 7 Isn't Always Perfect</w:t>
      </w:r>
    </w:p>
    <w:p w14:paraId="1A17843D" w14:textId="77777777" w:rsidR="00F115BF" w:rsidRDefault="00F115BF" w:rsidP="00F115BF">
      <w:pPr>
        <w:pStyle w:val="NormalWeb"/>
      </w:pPr>
      <w:r>
        <w:t xml:space="preserve">One of the biggest misconceptions in water treatment is the belief that </w:t>
      </w:r>
      <w:r>
        <w:rPr>
          <w:rStyle w:val="Strong"/>
        </w:rPr>
        <w:t>pH 7 is always the ideal target.</w:t>
      </w:r>
    </w:p>
    <w:p w14:paraId="1338DA8D" w14:textId="77777777" w:rsidR="00F115BF" w:rsidRDefault="00F115BF" w:rsidP="00F115BF">
      <w:pPr>
        <w:pStyle w:val="NormalWeb"/>
      </w:pPr>
      <w:r>
        <w:t>It isn't.</w:t>
      </w:r>
    </w:p>
    <w:p w14:paraId="07250428" w14:textId="77777777" w:rsidR="00F115BF" w:rsidRDefault="00F115BF" w:rsidP="00F115BF">
      <w:pPr>
        <w:pStyle w:val="NormalWeb"/>
      </w:pPr>
      <w:r>
        <w:t>While a pH of approximately 7 is considered neutral under standard laboratory conditions, neutrality should never be confused with optimal performance.</w:t>
      </w:r>
    </w:p>
    <w:p w14:paraId="321D1719" w14:textId="77777777" w:rsidR="00F115BF" w:rsidRDefault="00F115BF" w:rsidP="00F115BF">
      <w:pPr>
        <w:pStyle w:val="NormalWeb"/>
      </w:pPr>
      <w:r>
        <w:t xml:space="preserve">The best pH depends entirely on </w:t>
      </w:r>
      <w:r>
        <w:rPr>
          <w:rStyle w:val="Strong"/>
        </w:rPr>
        <w:t>what you are trying to accomplish</w:t>
      </w:r>
      <w:r>
        <w:t>.</w:t>
      </w:r>
    </w:p>
    <w:p w14:paraId="210BE623" w14:textId="77777777" w:rsidR="00F115BF" w:rsidRDefault="00F115BF" w:rsidP="00F115BF">
      <w:pPr>
        <w:pStyle w:val="NormalWeb"/>
      </w:pPr>
      <w:r>
        <w:t>Water is used in many different ways.</w:t>
      </w:r>
    </w:p>
    <w:p w14:paraId="60888E33" w14:textId="77777777" w:rsidR="00F115BF" w:rsidRDefault="00F115BF" w:rsidP="00F115BF">
      <w:pPr>
        <w:pStyle w:val="NormalWeb"/>
      </w:pPr>
      <w:r>
        <w:t>It supports people.</w:t>
      </w:r>
    </w:p>
    <w:p w14:paraId="71C43149" w14:textId="77777777" w:rsidR="00F115BF" w:rsidRDefault="00F115BF" w:rsidP="00F115BF">
      <w:pPr>
        <w:pStyle w:val="NormalWeb"/>
      </w:pPr>
      <w:r>
        <w:t>It supports livestock.</w:t>
      </w:r>
    </w:p>
    <w:p w14:paraId="0EA3B9E7" w14:textId="77777777" w:rsidR="00F115BF" w:rsidRDefault="00F115BF" w:rsidP="00F115BF">
      <w:pPr>
        <w:pStyle w:val="NormalWeb"/>
      </w:pPr>
      <w:r>
        <w:t>It grows crops.</w:t>
      </w:r>
    </w:p>
    <w:p w14:paraId="3A1F9A7A" w14:textId="77777777" w:rsidR="00F115BF" w:rsidRDefault="00F115BF" w:rsidP="00F115BF">
      <w:pPr>
        <w:pStyle w:val="NormalWeb"/>
      </w:pPr>
      <w:r>
        <w:t>It raises fish.</w:t>
      </w:r>
    </w:p>
    <w:p w14:paraId="6975FFB4" w14:textId="77777777" w:rsidR="00F115BF" w:rsidRDefault="00F115BF" w:rsidP="00F115BF">
      <w:pPr>
        <w:pStyle w:val="NormalWeb"/>
      </w:pPr>
      <w:r>
        <w:t>It cools industrial equipment.</w:t>
      </w:r>
    </w:p>
    <w:p w14:paraId="6EDF7DDF" w14:textId="77777777" w:rsidR="00F115BF" w:rsidRDefault="00F115BF" w:rsidP="00F115BF">
      <w:pPr>
        <w:pStyle w:val="NormalWeb"/>
      </w:pPr>
      <w:r>
        <w:t>It carries out chemical reactions.</w:t>
      </w:r>
    </w:p>
    <w:p w14:paraId="0EECB9EB" w14:textId="77777777" w:rsidR="00F115BF" w:rsidRDefault="00F115BF" w:rsidP="00F115BF">
      <w:pPr>
        <w:pStyle w:val="NormalWeb"/>
      </w:pPr>
      <w:r>
        <w:t>It disinfects drinking water.</w:t>
      </w:r>
    </w:p>
    <w:p w14:paraId="2AA5210C" w14:textId="77777777" w:rsidR="00F115BF" w:rsidRDefault="00F115BF" w:rsidP="00F115BF">
      <w:pPr>
        <w:pStyle w:val="NormalWeb"/>
      </w:pPr>
      <w:r>
        <w:t>Because each application is different, the ideal water chemistry may also be different.</w:t>
      </w:r>
    </w:p>
    <w:p w14:paraId="1BF19770" w14:textId="77777777" w:rsidR="00F115BF" w:rsidRDefault="00F115BF" w:rsidP="00F115BF">
      <w:pPr>
        <w:pStyle w:val="NormalWeb"/>
      </w:pPr>
      <w:r>
        <w:t>This is one of the most important lessons we have learned through years of practical field experience.</w:t>
      </w:r>
    </w:p>
    <w:p w14:paraId="1E4B6181" w14:textId="77777777" w:rsidR="00F115BF" w:rsidRDefault="00F115BF" w:rsidP="00F115BF">
      <w:pPr>
        <w:pStyle w:val="NormalWeb"/>
      </w:pPr>
      <w:r>
        <w:t>Rather than asking,</w:t>
      </w:r>
    </w:p>
    <w:p w14:paraId="4CE86615" w14:textId="77777777" w:rsidR="00F115BF" w:rsidRDefault="00F115BF" w:rsidP="00F115BF">
      <w:pPr>
        <w:pStyle w:val="NormalWeb"/>
      </w:pPr>
      <w:r>
        <w:rPr>
          <w:rStyle w:val="Strong"/>
        </w:rPr>
        <w:t>"What is the perfect pH?"</w:t>
      </w:r>
    </w:p>
    <w:p w14:paraId="0AA113C4" w14:textId="77777777" w:rsidR="00F115BF" w:rsidRDefault="00F115BF" w:rsidP="00F115BF">
      <w:pPr>
        <w:pStyle w:val="NormalWeb"/>
      </w:pPr>
      <w:r>
        <w:t>we learned to ask,</w:t>
      </w:r>
    </w:p>
    <w:p w14:paraId="607FFB67" w14:textId="77777777" w:rsidR="00F115BF" w:rsidRDefault="00F115BF" w:rsidP="00F115BF">
      <w:pPr>
        <w:pStyle w:val="NormalWeb"/>
      </w:pPr>
      <w:r>
        <w:rPr>
          <w:rStyle w:val="Strong"/>
        </w:rPr>
        <w:t>"What pH best supports the outcome we are trying to achieve?"</w:t>
      </w:r>
    </w:p>
    <w:p w14:paraId="28DC76E9" w14:textId="77777777" w:rsidR="00F115BF" w:rsidRDefault="00F115BF" w:rsidP="00F115BF">
      <w:pPr>
        <w:pStyle w:val="NormalWeb"/>
      </w:pPr>
      <w:r>
        <w:t>That single question changed the way we approached water treatment.</w:t>
      </w:r>
    </w:p>
    <w:p w14:paraId="2CCA8FFA" w14:textId="77777777" w:rsidR="00F115BF" w:rsidRDefault="00F115BF" w:rsidP="00F115BF">
      <w:r>
        <w:rPr>
          <w:noProof/>
        </w:rPr>
        <mc:AlternateContent>
          <mc:Choice Requires="wps">
            <w:drawing>
              <wp:inline distT="0" distB="0" distL="0" distR="0" wp14:anchorId="4EBA8BF2" wp14:editId="6597ABE3">
                <wp:extent cx="6492240" cy="635"/>
                <wp:effectExtent l="0" t="0" r="10160" b="24765"/>
                <wp:docPr id="191145570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E7A2A06" id="Rectangle 20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20240A9" w14:textId="77777777" w:rsidR="00F115BF" w:rsidRDefault="00F115BF" w:rsidP="00F115BF">
      <w:pPr>
        <w:pStyle w:val="Heading1"/>
      </w:pPr>
      <w:r>
        <w:lastRenderedPageBreak/>
        <w:t>Drinking Water</w:t>
      </w:r>
    </w:p>
    <w:p w14:paraId="5B77813D" w14:textId="77777777" w:rsidR="00F115BF" w:rsidRDefault="00F115BF" w:rsidP="00F115BF">
      <w:pPr>
        <w:pStyle w:val="NormalWeb"/>
      </w:pPr>
      <w:r>
        <w:t>For drinking water, maintaining stable water chemistry is often more important than trying to achieve one exact pH value.</w:t>
      </w:r>
    </w:p>
    <w:p w14:paraId="12A5E5F1" w14:textId="77777777" w:rsidR="00F115BF" w:rsidRDefault="00F115BF" w:rsidP="00F115BF">
      <w:pPr>
        <w:pStyle w:val="NormalWeb"/>
      </w:pPr>
      <w:r>
        <w:t>A properly balanced water supply helps protect plumbing systems, minimizes corrosion, improves taste, and supports effective treatment processes.</w:t>
      </w:r>
    </w:p>
    <w:p w14:paraId="01730DCB" w14:textId="77777777" w:rsidR="00F115BF" w:rsidRDefault="00F115BF" w:rsidP="00F115BF">
      <w:pPr>
        <w:pStyle w:val="NormalWeb"/>
      </w:pPr>
      <w:r>
        <w:t>The objective is not to chase a number.</w:t>
      </w:r>
    </w:p>
    <w:p w14:paraId="35E4E3E9" w14:textId="77777777" w:rsidR="00F115BF" w:rsidRDefault="00F115BF" w:rsidP="00F115BF">
      <w:pPr>
        <w:pStyle w:val="NormalWeb"/>
      </w:pPr>
      <w:r>
        <w:t>The objective is to provide safe, stable, and reliable water.</w:t>
      </w:r>
    </w:p>
    <w:p w14:paraId="29084035" w14:textId="77777777" w:rsidR="00F115BF" w:rsidRDefault="00F115BF" w:rsidP="00F115BF">
      <w:r>
        <w:rPr>
          <w:noProof/>
        </w:rPr>
        <mc:AlternateContent>
          <mc:Choice Requires="wps">
            <w:drawing>
              <wp:inline distT="0" distB="0" distL="0" distR="0" wp14:anchorId="06AA0FAA" wp14:editId="4527AB53">
                <wp:extent cx="6492240" cy="635"/>
                <wp:effectExtent l="0" t="0" r="10160" b="24765"/>
                <wp:docPr id="1717936077"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004EB3C" id="Rectangle 20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3C93F909" w14:textId="77777777" w:rsidR="00F115BF" w:rsidRDefault="00F115BF" w:rsidP="00F115BF">
      <w:pPr>
        <w:pStyle w:val="Heading1"/>
      </w:pPr>
      <w:r>
        <w:t>Agriculture</w:t>
      </w:r>
    </w:p>
    <w:p w14:paraId="13C5A890" w14:textId="77777777" w:rsidR="00F115BF" w:rsidRDefault="00F115BF" w:rsidP="00F115BF">
      <w:pPr>
        <w:pStyle w:val="NormalWeb"/>
      </w:pPr>
      <w:r>
        <w:t>Agriculture taught us one of the most valuable lessons about pH.</w:t>
      </w:r>
    </w:p>
    <w:p w14:paraId="20E04B12" w14:textId="77777777" w:rsidR="00F115BF" w:rsidRDefault="00F115BF" w:rsidP="00F115BF">
      <w:pPr>
        <w:pStyle w:val="NormalWeb"/>
      </w:pPr>
      <w:r>
        <w:t>Different crops.</w:t>
      </w:r>
    </w:p>
    <w:p w14:paraId="57ACB233" w14:textId="77777777" w:rsidR="00F115BF" w:rsidRDefault="00F115BF" w:rsidP="00F115BF">
      <w:pPr>
        <w:pStyle w:val="NormalWeb"/>
      </w:pPr>
      <w:r>
        <w:t>Different soils.</w:t>
      </w:r>
    </w:p>
    <w:p w14:paraId="173D455E" w14:textId="77777777" w:rsidR="00F115BF" w:rsidRDefault="00F115BF" w:rsidP="00F115BF">
      <w:pPr>
        <w:pStyle w:val="NormalWeb"/>
      </w:pPr>
      <w:r>
        <w:t>Different irrigation water.</w:t>
      </w:r>
    </w:p>
    <w:p w14:paraId="249ADDC6" w14:textId="77777777" w:rsidR="00F115BF" w:rsidRDefault="00F115BF" w:rsidP="00F115BF">
      <w:pPr>
        <w:pStyle w:val="NormalWeb"/>
      </w:pPr>
      <w:r>
        <w:t>Different production goals.</w:t>
      </w:r>
    </w:p>
    <w:p w14:paraId="643AB85D" w14:textId="77777777" w:rsidR="00F115BF" w:rsidRDefault="00F115BF" w:rsidP="00F115BF">
      <w:pPr>
        <w:pStyle w:val="NormalWeb"/>
      </w:pPr>
      <w:r>
        <w:t>Each may benefit from different water chemistry.</w:t>
      </w:r>
    </w:p>
    <w:p w14:paraId="3BBFB3E8" w14:textId="77777777" w:rsidR="00F115BF" w:rsidRDefault="00F115BF" w:rsidP="00F115BF">
      <w:pPr>
        <w:pStyle w:val="NormalWeb"/>
      </w:pPr>
      <w:r>
        <w:t>Successful producers understand that water management is part of crop management.</w:t>
      </w:r>
    </w:p>
    <w:p w14:paraId="4465A93E" w14:textId="77777777" w:rsidR="00F115BF" w:rsidRDefault="00F115BF" w:rsidP="00F115BF">
      <w:pPr>
        <w:pStyle w:val="NormalWeb"/>
      </w:pPr>
      <w:r>
        <w:t>Water should support plant health rather than limit it.</w:t>
      </w:r>
    </w:p>
    <w:p w14:paraId="0B1A80D3" w14:textId="77777777" w:rsidR="00F115BF" w:rsidRDefault="00F115BF" w:rsidP="00F115BF">
      <w:r>
        <w:rPr>
          <w:noProof/>
        </w:rPr>
        <mc:AlternateContent>
          <mc:Choice Requires="wps">
            <w:drawing>
              <wp:inline distT="0" distB="0" distL="0" distR="0" wp14:anchorId="1DE45C55" wp14:editId="5CB6DFCD">
                <wp:extent cx="6492240" cy="635"/>
                <wp:effectExtent l="0" t="0" r="10160" b="24765"/>
                <wp:docPr id="1416402548"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356AE71" id="Rectangle 19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2CCD534" w14:textId="77777777" w:rsidR="00F115BF" w:rsidRDefault="00F115BF" w:rsidP="00F115BF">
      <w:pPr>
        <w:pStyle w:val="Heading1"/>
      </w:pPr>
      <w:r>
        <w:t>Livestock</w:t>
      </w:r>
    </w:p>
    <w:p w14:paraId="571BE85B" w14:textId="77777777" w:rsidR="00F115BF" w:rsidRDefault="00F115BF" w:rsidP="00F115BF">
      <w:pPr>
        <w:pStyle w:val="NormalWeb"/>
      </w:pPr>
      <w:r>
        <w:t>The same principle applies to livestock production.</w:t>
      </w:r>
    </w:p>
    <w:p w14:paraId="64ADDB4D" w14:textId="77777777" w:rsidR="00F115BF" w:rsidRDefault="00F115BF" w:rsidP="00F115BF">
      <w:pPr>
        <w:pStyle w:val="NormalWeb"/>
      </w:pPr>
      <w:r>
        <w:t>Different species.</w:t>
      </w:r>
    </w:p>
    <w:p w14:paraId="7CC2F68E" w14:textId="77777777" w:rsidR="00F115BF" w:rsidRDefault="00F115BF" w:rsidP="00F115BF">
      <w:pPr>
        <w:pStyle w:val="NormalWeb"/>
      </w:pPr>
      <w:r>
        <w:t>Different stages of production.</w:t>
      </w:r>
    </w:p>
    <w:p w14:paraId="5E79A0C4" w14:textId="77777777" w:rsidR="00F115BF" w:rsidRDefault="00F115BF" w:rsidP="00F115BF">
      <w:pPr>
        <w:pStyle w:val="NormalWeb"/>
      </w:pPr>
      <w:r>
        <w:t>Different nutritional requirements.</w:t>
      </w:r>
    </w:p>
    <w:p w14:paraId="7B1970B7" w14:textId="77777777" w:rsidR="00F115BF" w:rsidRDefault="00F115BF" w:rsidP="00F115BF">
      <w:pPr>
        <w:pStyle w:val="NormalWeb"/>
      </w:pPr>
      <w:r>
        <w:lastRenderedPageBreak/>
        <w:t>Different management objectives.</w:t>
      </w:r>
    </w:p>
    <w:p w14:paraId="1A0623CE" w14:textId="77777777" w:rsidR="00F115BF" w:rsidRDefault="00F115BF" w:rsidP="00F115BF">
      <w:pPr>
        <w:pStyle w:val="NormalWeb"/>
      </w:pPr>
      <w:r>
        <w:t>Over nearly two decades of working with agricultural producers, we found that adjusting water chemistry to suit the specific application often produced measurable improvements in overall performance.</w:t>
      </w:r>
    </w:p>
    <w:p w14:paraId="78984AF5" w14:textId="77777777" w:rsidR="00F115BF" w:rsidRDefault="00F115BF" w:rsidP="00F115BF">
      <w:pPr>
        <w:pStyle w:val="NormalWeb"/>
      </w:pPr>
      <w:r>
        <w:t>Rather than searching for one universal pH, we focused on achieving the conditions that best supported the desired production outcome.</w:t>
      </w:r>
    </w:p>
    <w:p w14:paraId="058090E5" w14:textId="77777777" w:rsidR="00F115BF" w:rsidRDefault="00F115BF" w:rsidP="00F115BF">
      <w:r>
        <w:rPr>
          <w:noProof/>
        </w:rPr>
        <mc:AlternateContent>
          <mc:Choice Requires="wps">
            <w:drawing>
              <wp:inline distT="0" distB="0" distL="0" distR="0" wp14:anchorId="6EB49AC7" wp14:editId="21A2C64C">
                <wp:extent cx="6492240" cy="635"/>
                <wp:effectExtent l="0" t="0" r="10160" b="24765"/>
                <wp:docPr id="69489026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F330602" id="Rectangle 19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30434648" w14:textId="77777777" w:rsidR="00F115BF" w:rsidRDefault="00F115BF" w:rsidP="00F115BF">
      <w:pPr>
        <w:pStyle w:val="Heading1"/>
      </w:pPr>
      <w:r>
        <w:t>Aquaculture</w:t>
      </w:r>
    </w:p>
    <w:p w14:paraId="1FEC0EA0" w14:textId="77777777" w:rsidR="00F115BF" w:rsidRDefault="00F115BF" w:rsidP="00F115BF">
      <w:pPr>
        <w:pStyle w:val="NormalWeb"/>
      </w:pPr>
      <w:r>
        <w:t>Fish, shrimp, shellfish, and other aquatic organisms are particularly sensitive to changes in water chemistry.</w:t>
      </w:r>
    </w:p>
    <w:p w14:paraId="3DF9DB21" w14:textId="77777777" w:rsidR="00F115BF" w:rsidRDefault="00F115BF" w:rsidP="00F115BF">
      <w:pPr>
        <w:pStyle w:val="NormalWeb"/>
      </w:pPr>
      <w:r>
        <w:t>Unlike terrestrial animals, they live continuously within the water itself.</w:t>
      </w:r>
    </w:p>
    <w:p w14:paraId="35585403" w14:textId="77777777" w:rsidR="00F115BF" w:rsidRDefault="00F115BF" w:rsidP="00F115BF">
      <w:pPr>
        <w:pStyle w:val="NormalWeb"/>
      </w:pPr>
      <w:r>
        <w:t>Even relatively small changes in water quality may influence stress, feeding behaviour, oxygen availability, biological activity, and overall health.</w:t>
      </w:r>
    </w:p>
    <w:p w14:paraId="189BB475" w14:textId="77777777" w:rsidR="00F115BF" w:rsidRDefault="00F115BF" w:rsidP="00F115BF">
      <w:pPr>
        <w:pStyle w:val="NormalWeb"/>
      </w:pPr>
      <w:r>
        <w:t>Maintaining stable water conditions is often more important than making frequent adjustments in an attempt to reach a single target number.</w:t>
      </w:r>
    </w:p>
    <w:p w14:paraId="2866BD47" w14:textId="77777777" w:rsidR="00F115BF" w:rsidRDefault="00F115BF" w:rsidP="00F115BF">
      <w:r>
        <w:rPr>
          <w:noProof/>
        </w:rPr>
        <mc:AlternateContent>
          <mc:Choice Requires="wps">
            <w:drawing>
              <wp:inline distT="0" distB="0" distL="0" distR="0" wp14:anchorId="7C9E0AC7" wp14:editId="561064D6">
                <wp:extent cx="6492240" cy="635"/>
                <wp:effectExtent l="0" t="0" r="10160" b="24765"/>
                <wp:docPr id="25908064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4AFE6AB" id="Rectangle 19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8781F4B" w14:textId="77777777" w:rsidR="00F115BF" w:rsidRDefault="00F115BF" w:rsidP="00F115BF">
      <w:pPr>
        <w:pStyle w:val="Heading1"/>
      </w:pPr>
      <w:r>
        <w:t>Industrial Water</w:t>
      </w:r>
    </w:p>
    <w:p w14:paraId="03553334" w14:textId="77777777" w:rsidR="00F115BF" w:rsidRDefault="00F115BF" w:rsidP="00F115BF">
      <w:pPr>
        <w:pStyle w:val="NormalWeb"/>
      </w:pPr>
      <w:r>
        <w:t>In industrial applications, pH influences equipment protection, chemical reactions, heat transfer, scaling, corrosion, and operating efficiency.</w:t>
      </w:r>
    </w:p>
    <w:p w14:paraId="7699F2C8" w14:textId="77777777" w:rsidR="00F115BF" w:rsidRDefault="00F115BF" w:rsidP="00F115BF">
      <w:pPr>
        <w:pStyle w:val="NormalWeb"/>
      </w:pPr>
      <w:r>
        <w:t>The optimum operating range depends on the process rather than a universal standard.</w:t>
      </w:r>
    </w:p>
    <w:p w14:paraId="0B03D8E6" w14:textId="77777777" w:rsidR="00F115BF" w:rsidRDefault="00F115BF" w:rsidP="00F115BF">
      <w:pPr>
        <w:pStyle w:val="NormalWeb"/>
      </w:pPr>
      <w:r>
        <w:t>Understanding the objective remains the first step.</w:t>
      </w:r>
    </w:p>
    <w:p w14:paraId="2DA4ABB9" w14:textId="77777777" w:rsidR="00F115BF" w:rsidRDefault="00F115BF" w:rsidP="00F115BF">
      <w:r>
        <w:rPr>
          <w:noProof/>
        </w:rPr>
        <mc:AlternateContent>
          <mc:Choice Requires="wps">
            <w:drawing>
              <wp:inline distT="0" distB="0" distL="0" distR="0" wp14:anchorId="4DF938D6" wp14:editId="6D065470">
                <wp:extent cx="6492240" cy="635"/>
                <wp:effectExtent l="0" t="0" r="10160" b="24765"/>
                <wp:docPr id="1684707905"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6344464" id="Rectangle 19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15CAC94" w14:textId="77777777" w:rsidR="00F115BF" w:rsidRDefault="00F115BF" w:rsidP="00F115BF">
      <w:pPr>
        <w:pStyle w:val="Heading1"/>
      </w:pPr>
      <w:r>
        <w:t>Environmental Water</w:t>
      </w:r>
    </w:p>
    <w:p w14:paraId="7B557178" w14:textId="77777777" w:rsidR="00F115BF" w:rsidRDefault="00F115BF" w:rsidP="00F115BF">
      <w:pPr>
        <w:pStyle w:val="NormalWeb"/>
      </w:pPr>
      <w:r>
        <w:t>Lakes.</w:t>
      </w:r>
    </w:p>
    <w:p w14:paraId="17EF0248" w14:textId="77777777" w:rsidR="00F115BF" w:rsidRDefault="00F115BF" w:rsidP="00F115BF">
      <w:pPr>
        <w:pStyle w:val="NormalWeb"/>
      </w:pPr>
      <w:r>
        <w:t>Reservoirs.</w:t>
      </w:r>
    </w:p>
    <w:p w14:paraId="47373708" w14:textId="77777777" w:rsidR="00F115BF" w:rsidRDefault="00F115BF" w:rsidP="00F115BF">
      <w:pPr>
        <w:pStyle w:val="NormalWeb"/>
      </w:pPr>
      <w:r>
        <w:t>Wetlands.</w:t>
      </w:r>
    </w:p>
    <w:p w14:paraId="2C47148F" w14:textId="77777777" w:rsidR="00F115BF" w:rsidRDefault="00F115BF" w:rsidP="00F115BF">
      <w:pPr>
        <w:pStyle w:val="NormalWeb"/>
      </w:pPr>
      <w:r>
        <w:lastRenderedPageBreak/>
        <w:t>Rivers.</w:t>
      </w:r>
    </w:p>
    <w:p w14:paraId="3DEC85F2" w14:textId="77777777" w:rsidR="00F115BF" w:rsidRDefault="00F115BF" w:rsidP="00F115BF">
      <w:pPr>
        <w:pStyle w:val="NormalWeb"/>
      </w:pPr>
      <w:r>
        <w:t>Stormwater ponds.</w:t>
      </w:r>
    </w:p>
    <w:p w14:paraId="35DB6025" w14:textId="77777777" w:rsidR="00F115BF" w:rsidRDefault="00F115BF" w:rsidP="00F115BF">
      <w:pPr>
        <w:pStyle w:val="NormalWeb"/>
      </w:pPr>
      <w:r>
        <w:t>Wastewater lagoons.</w:t>
      </w:r>
    </w:p>
    <w:p w14:paraId="3C042D01" w14:textId="77777777" w:rsidR="00F115BF" w:rsidRDefault="00F115BF" w:rsidP="00F115BF">
      <w:pPr>
        <w:pStyle w:val="NormalWeb"/>
      </w:pPr>
      <w:r>
        <w:t>Natural water bodies continuously change as temperature, sunlight, biological activity, rainfall, nutrient loading, and seasonal conditions evolve.</w:t>
      </w:r>
    </w:p>
    <w:p w14:paraId="073F56BC" w14:textId="77777777" w:rsidR="00F115BF" w:rsidRDefault="00F115BF" w:rsidP="00F115BF">
      <w:pPr>
        <w:pStyle w:val="NormalWeb"/>
      </w:pPr>
      <w:r>
        <w:t>Attempting to force nature toward one number is rarely the objective.</w:t>
      </w:r>
    </w:p>
    <w:p w14:paraId="23EF15D5" w14:textId="77777777" w:rsidR="00F115BF" w:rsidRDefault="00F115BF" w:rsidP="00F115BF">
      <w:pPr>
        <w:pStyle w:val="NormalWeb"/>
      </w:pPr>
      <w:r>
        <w:t>Understanding why pH is changing is usually far more valuable than simply changing it.</w:t>
      </w:r>
    </w:p>
    <w:p w14:paraId="26255450" w14:textId="77777777" w:rsidR="00F115BF" w:rsidRDefault="00F115BF" w:rsidP="00F115BF">
      <w:r>
        <w:rPr>
          <w:noProof/>
        </w:rPr>
        <mc:AlternateContent>
          <mc:Choice Requires="wps">
            <w:drawing>
              <wp:inline distT="0" distB="0" distL="0" distR="0" wp14:anchorId="26E23FB4" wp14:editId="50B2AF56">
                <wp:extent cx="6492240" cy="635"/>
                <wp:effectExtent l="0" t="0" r="10160" b="24765"/>
                <wp:docPr id="1964365558"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F983DAA" id="Rectangle 19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12042EE" w14:textId="77777777" w:rsidR="00F115BF" w:rsidRDefault="00F115BF" w:rsidP="00F115BF">
      <w:pPr>
        <w:pStyle w:val="Heading1"/>
      </w:pPr>
      <w:r>
        <w:t>THE FOUNDER'S NOTEBOOK</w:t>
      </w:r>
    </w:p>
    <w:p w14:paraId="4DB44AF9" w14:textId="77777777" w:rsidR="00F115BF" w:rsidRDefault="00F115BF" w:rsidP="00F115BF">
      <w:pPr>
        <w:pStyle w:val="Heading2"/>
      </w:pPr>
      <w:r>
        <w:t>The Right pH Depends on the Goal</w:t>
      </w:r>
    </w:p>
    <w:p w14:paraId="18AD1A3D" w14:textId="77777777" w:rsidR="00F115BF" w:rsidRDefault="00F115BF" w:rsidP="00F115BF">
      <w:pPr>
        <w:pStyle w:val="NormalWeb"/>
      </w:pPr>
      <w:r>
        <w:t>One of the biggest lessons we learned over the years was that there is rarely one perfect water chemistry for every application.</w:t>
      </w:r>
    </w:p>
    <w:p w14:paraId="43D444B1" w14:textId="77777777" w:rsidR="00F115BF" w:rsidRDefault="00F115BF" w:rsidP="00F115BF">
      <w:pPr>
        <w:pStyle w:val="NormalWeb"/>
      </w:pPr>
      <w:r>
        <w:t>Instead of trying to make every water source reach the same number, we began adjusting water chemistry to support the objective we were trying to achieve.</w:t>
      </w:r>
    </w:p>
    <w:p w14:paraId="415C0C6C" w14:textId="77777777" w:rsidR="00F115BF" w:rsidRDefault="00F115BF" w:rsidP="00F115BF">
      <w:pPr>
        <w:pStyle w:val="NormalWeb"/>
      </w:pPr>
      <w:r>
        <w:t>Sometimes the goal was improving livestock performance.</w:t>
      </w:r>
    </w:p>
    <w:p w14:paraId="03556813" w14:textId="77777777" w:rsidR="00F115BF" w:rsidRDefault="00F115BF" w:rsidP="00F115BF">
      <w:pPr>
        <w:pStyle w:val="NormalWeb"/>
      </w:pPr>
      <w:r>
        <w:t>Sometimes it was supporting crop production.</w:t>
      </w:r>
    </w:p>
    <w:p w14:paraId="7E865666" w14:textId="77777777" w:rsidR="00F115BF" w:rsidRDefault="00F115BF" w:rsidP="00F115BF">
      <w:pPr>
        <w:pStyle w:val="NormalWeb"/>
      </w:pPr>
      <w:r>
        <w:t>Sometimes it was improving water quality.</w:t>
      </w:r>
    </w:p>
    <w:p w14:paraId="02AD7B6D" w14:textId="77777777" w:rsidR="00F115BF" w:rsidRDefault="00F115BF" w:rsidP="00F115BF">
      <w:pPr>
        <w:pStyle w:val="NormalWeb"/>
      </w:pPr>
      <w:r>
        <w:t>Sometimes it was reducing odours or improving treatment efficiency.</w:t>
      </w:r>
    </w:p>
    <w:p w14:paraId="5464AC15" w14:textId="77777777" w:rsidR="00F115BF" w:rsidRDefault="00F115BF" w:rsidP="00F115BF">
      <w:pPr>
        <w:pStyle w:val="NormalWeb"/>
      </w:pPr>
      <w:r>
        <w:t>Every application was different.</w:t>
      </w:r>
    </w:p>
    <w:p w14:paraId="352A9745" w14:textId="77777777" w:rsidR="00F115BF" w:rsidRDefault="00F115BF" w:rsidP="00F115BF">
      <w:pPr>
        <w:pStyle w:val="NormalWeb"/>
      </w:pPr>
      <w:r>
        <w:t>The lesson was always the same.</w:t>
      </w:r>
    </w:p>
    <w:p w14:paraId="3DFA034A" w14:textId="77777777" w:rsidR="00F115BF" w:rsidRDefault="00F115BF" w:rsidP="00F115BF">
      <w:pPr>
        <w:pStyle w:val="NormalWeb"/>
      </w:pPr>
      <w:r>
        <w:rPr>
          <w:rStyle w:val="Strong"/>
        </w:rPr>
        <w:t>Understand the objective first.</w:t>
      </w:r>
    </w:p>
    <w:p w14:paraId="3B5D03D4" w14:textId="77777777" w:rsidR="00F115BF" w:rsidRDefault="00F115BF" w:rsidP="00F115BF">
      <w:pPr>
        <w:pStyle w:val="NormalWeb"/>
      </w:pPr>
      <w:r>
        <w:t>Only then can you determine whether adjusting pH will help achieve it.</w:t>
      </w:r>
    </w:p>
    <w:p w14:paraId="7A689C9A" w14:textId="77777777" w:rsidR="00F115BF" w:rsidRDefault="00F115BF" w:rsidP="00F115BF">
      <w:pPr>
        <w:pStyle w:val="NormalWeb"/>
      </w:pPr>
      <w:r>
        <w:t>That philosophy continues to guide the way we approach water today.</w:t>
      </w:r>
    </w:p>
    <w:p w14:paraId="1A4CAFD1" w14:textId="77777777" w:rsidR="00F115BF" w:rsidRDefault="00F115BF" w:rsidP="00F115BF">
      <w:r>
        <w:rPr>
          <w:noProof/>
        </w:rPr>
        <mc:AlternateContent>
          <mc:Choice Requires="wps">
            <w:drawing>
              <wp:inline distT="0" distB="0" distL="0" distR="0" wp14:anchorId="71FD5300" wp14:editId="1E662242">
                <wp:extent cx="6492240" cy="635"/>
                <wp:effectExtent l="0" t="0" r="10160" b="24765"/>
                <wp:docPr id="140308297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85F4BD4" id="Rectangle 18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B019FC0" w14:textId="77777777" w:rsidR="00F115BF" w:rsidRDefault="00F115BF" w:rsidP="00F115BF">
      <w:pPr>
        <w:pStyle w:val="Heading2"/>
      </w:pPr>
      <w:r>
        <w:lastRenderedPageBreak/>
        <w:t>PUROXI INSIGHT</w:t>
      </w:r>
    </w:p>
    <w:p w14:paraId="585A2C6A" w14:textId="77777777" w:rsidR="00F115BF" w:rsidRDefault="00F115BF" w:rsidP="00F115BF">
      <w:pPr>
        <w:pStyle w:val="NormalWeb"/>
      </w:pPr>
      <w:r>
        <w:rPr>
          <w:rStyle w:val="Strong"/>
        </w:rPr>
        <w:t>The best pH is not the one found in a textbook. The best pH is the one that best supports your objective while maintaining a healthy, balanced water system.</w:t>
      </w:r>
    </w:p>
    <w:p w14:paraId="1666CA08" w14:textId="77777777" w:rsidR="00F115BF" w:rsidRDefault="00F115BF" w:rsidP="00F115BF">
      <w:r>
        <w:rPr>
          <w:noProof/>
        </w:rPr>
        <mc:AlternateContent>
          <mc:Choice Requires="wps">
            <w:drawing>
              <wp:inline distT="0" distB="0" distL="0" distR="0" wp14:anchorId="4F3D102C" wp14:editId="74A24BC9">
                <wp:extent cx="6492240" cy="635"/>
                <wp:effectExtent l="0" t="0" r="10160" b="24765"/>
                <wp:docPr id="144526918"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E78F77B" id="Rectangle 18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061617D" w14:textId="77777777" w:rsidR="00F115BF" w:rsidRDefault="00F115BF" w:rsidP="00F115BF">
      <w:pPr>
        <w:pStyle w:val="Heading2"/>
      </w:pPr>
      <w:r>
        <w:t>DID YOU KNOW?</w:t>
      </w:r>
    </w:p>
    <w:p w14:paraId="32E59DF3" w14:textId="77777777" w:rsidR="00F115BF" w:rsidRDefault="00F115BF" w:rsidP="00F115BF">
      <w:pPr>
        <w:pStyle w:val="NormalWeb"/>
      </w:pPr>
      <w:r>
        <w:t>Two water sources with exactly the same pH can behave very differently because of differences in alkalinity, hardness, dissolved minerals, temperature, biological activity, and other water quality parameters.</w:t>
      </w:r>
    </w:p>
    <w:p w14:paraId="2DE94D32" w14:textId="77777777" w:rsidR="00F115BF" w:rsidRDefault="00F115BF" w:rsidP="00F115BF">
      <w:r>
        <w:rPr>
          <w:noProof/>
        </w:rPr>
        <mc:AlternateContent>
          <mc:Choice Requires="wps">
            <w:drawing>
              <wp:inline distT="0" distB="0" distL="0" distR="0" wp14:anchorId="11425C21" wp14:editId="39D50613">
                <wp:extent cx="6492240" cy="635"/>
                <wp:effectExtent l="0" t="0" r="10160" b="24765"/>
                <wp:docPr id="150256653"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2646A4B" id="Rectangle 18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A4337D3" w14:textId="77777777" w:rsidR="00F115BF" w:rsidRDefault="00F115BF" w:rsidP="00F115BF">
      <w:pPr>
        <w:pStyle w:val="Heading2"/>
      </w:pPr>
      <w:r>
        <w:t>PRACTICAL TIP</w:t>
      </w:r>
    </w:p>
    <w:p w14:paraId="2FC1907D" w14:textId="77777777" w:rsidR="00F115BF" w:rsidRDefault="00F115BF" w:rsidP="00F115BF">
      <w:pPr>
        <w:pStyle w:val="NormalWeb"/>
      </w:pPr>
      <w:r>
        <w:t>Avoid chasing a single pH value simply because someone says it is "ideal." Always ask:</w:t>
      </w:r>
    </w:p>
    <w:p w14:paraId="2FD0E866" w14:textId="77777777" w:rsidR="00F115BF" w:rsidRDefault="00F115BF" w:rsidP="00F115BF">
      <w:pPr>
        <w:numPr>
          <w:ilvl w:val="0"/>
          <w:numId w:val="14"/>
        </w:numPr>
        <w:spacing w:before="100" w:beforeAutospacing="1" w:after="100" w:afterAutospacing="1" w:line="240" w:lineRule="auto"/>
      </w:pPr>
      <w:r>
        <w:t xml:space="preserve">What is the purpose of this water? </w:t>
      </w:r>
    </w:p>
    <w:p w14:paraId="7C70547D" w14:textId="77777777" w:rsidR="00F115BF" w:rsidRDefault="00F115BF" w:rsidP="00F115BF">
      <w:pPr>
        <w:numPr>
          <w:ilvl w:val="0"/>
          <w:numId w:val="14"/>
        </w:numPr>
        <w:spacing w:before="100" w:beforeAutospacing="1" w:after="100" w:afterAutospacing="1" w:line="240" w:lineRule="auto"/>
      </w:pPr>
      <w:r>
        <w:t xml:space="preserve">What outcome am I trying to achieve? </w:t>
      </w:r>
    </w:p>
    <w:p w14:paraId="7C662B87" w14:textId="77777777" w:rsidR="00F115BF" w:rsidRDefault="00F115BF" w:rsidP="00F115BF">
      <w:pPr>
        <w:numPr>
          <w:ilvl w:val="0"/>
          <w:numId w:val="14"/>
        </w:numPr>
        <w:spacing w:before="100" w:beforeAutospacing="1" w:after="100" w:afterAutospacing="1" w:line="240" w:lineRule="auto"/>
      </w:pPr>
      <w:r>
        <w:t xml:space="preserve">Is adjusting pH the correct solution, or is another water quality factor influencing the result? </w:t>
      </w:r>
    </w:p>
    <w:p w14:paraId="19202A01" w14:textId="0685BF52" w:rsidR="00F115BF" w:rsidRDefault="003D7839" w:rsidP="003D7839">
      <w:pPr>
        <w:spacing w:after="0"/>
        <w:jc w:val="center"/>
      </w:pPr>
      <w:r>
        <w:rPr>
          <w:noProof/>
        </w:rPr>
        <w:drawing>
          <wp:inline distT="0" distB="0" distL="0" distR="0" wp14:anchorId="36DC35A8" wp14:editId="1764866D">
            <wp:extent cx="3974804" cy="2649869"/>
            <wp:effectExtent l="0" t="0" r="635" b="4445"/>
            <wp:docPr id="8261479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47917" name="Picture 826147917"/>
                    <pic:cNvPicPr/>
                  </pic:nvPicPr>
                  <pic:blipFill>
                    <a:blip r:embed="rId12"/>
                    <a:stretch>
                      <a:fillRect/>
                    </a:stretch>
                  </pic:blipFill>
                  <pic:spPr>
                    <a:xfrm>
                      <a:off x="0" y="0"/>
                      <a:ext cx="4059908" cy="2706605"/>
                    </a:xfrm>
                    <a:prstGeom prst="rect">
                      <a:avLst/>
                    </a:prstGeom>
                  </pic:spPr>
                </pic:pic>
              </a:graphicData>
            </a:graphic>
          </wp:inline>
        </w:drawing>
      </w:r>
    </w:p>
    <w:p w14:paraId="2ACBC52E" w14:textId="77777777" w:rsidR="00F115BF" w:rsidRDefault="00F115BF" w:rsidP="00F115BF">
      <w:pPr>
        <w:pStyle w:val="Heading2"/>
      </w:pPr>
    </w:p>
    <w:p w14:paraId="14826D65" w14:textId="01F839BD" w:rsidR="00F115BF" w:rsidRDefault="00F115BF" w:rsidP="00F115BF">
      <w:pPr>
        <w:pStyle w:val="Heading2"/>
      </w:pPr>
      <w:r>
        <w:t>QUOTE</w:t>
      </w:r>
    </w:p>
    <w:p w14:paraId="034CC117" w14:textId="6AAB7529" w:rsidR="00F115BF" w:rsidRDefault="00F115BF" w:rsidP="00F115BF">
      <w:pPr>
        <w:rPr>
          <w:rStyle w:val="Strong"/>
        </w:rPr>
      </w:pPr>
      <w:r>
        <w:rPr>
          <w:rStyle w:val="Strong"/>
        </w:rPr>
        <w:t>The goal is not to make every water source the same. The goal is to create the best possible water for the job it needs to do.</w:t>
      </w:r>
    </w:p>
    <w:p w14:paraId="0568D1C5" w14:textId="77777777" w:rsidR="003D7839" w:rsidRDefault="003D7839" w:rsidP="00F115BF">
      <w:pPr>
        <w:rPr>
          <w:rStyle w:val="Strong"/>
        </w:rPr>
      </w:pPr>
    </w:p>
    <w:p w14:paraId="137AC340" w14:textId="77777777" w:rsidR="003D7839" w:rsidRDefault="003D7839" w:rsidP="003D7839">
      <w:pPr>
        <w:pStyle w:val="Heading1"/>
      </w:pPr>
      <w:r>
        <w:lastRenderedPageBreak/>
        <w:t>CHAPTER 4</w:t>
      </w:r>
    </w:p>
    <w:p w14:paraId="67A12BC4" w14:textId="77777777" w:rsidR="003D7839" w:rsidRDefault="003D7839" w:rsidP="003D7839">
      <w:pPr>
        <w:pStyle w:val="Heading1"/>
      </w:pPr>
      <w:r>
        <w:t>What Causes pH to Change?</w:t>
      </w:r>
    </w:p>
    <w:p w14:paraId="2D18DCEA" w14:textId="77777777" w:rsidR="003D7839" w:rsidRDefault="003D7839" w:rsidP="003D7839">
      <w:pPr>
        <w:pStyle w:val="NormalWeb"/>
      </w:pPr>
      <w:r>
        <w:t>One of the most common questions people ask is:</w:t>
      </w:r>
    </w:p>
    <w:p w14:paraId="2DDFC743" w14:textId="77777777" w:rsidR="003D7839" w:rsidRDefault="003D7839" w:rsidP="003D7839">
      <w:pPr>
        <w:pStyle w:val="NormalWeb"/>
      </w:pPr>
      <w:r>
        <w:rPr>
          <w:rStyle w:val="Strong"/>
        </w:rPr>
        <w:t>"Why did my pH change?"</w:t>
      </w:r>
    </w:p>
    <w:p w14:paraId="7CEC2F66" w14:textId="77777777" w:rsidR="003D7839" w:rsidRDefault="003D7839" w:rsidP="003D7839">
      <w:pPr>
        <w:pStyle w:val="NormalWeb"/>
      </w:pPr>
      <w:r>
        <w:t>The answer is both simple and complex.</w:t>
      </w:r>
    </w:p>
    <w:p w14:paraId="0BE36900" w14:textId="77777777" w:rsidR="003D7839" w:rsidRDefault="003D7839" w:rsidP="003D7839">
      <w:pPr>
        <w:pStyle w:val="NormalWeb"/>
      </w:pPr>
      <w:r>
        <w:t>Water is constantly changing.</w:t>
      </w:r>
    </w:p>
    <w:p w14:paraId="2E3FCBBD" w14:textId="77777777" w:rsidR="003D7839" w:rsidRDefault="003D7839" w:rsidP="003D7839">
      <w:pPr>
        <w:pStyle w:val="NormalWeb"/>
      </w:pPr>
      <w:r>
        <w:t>Unlike many people believe, pH is not a fixed characteristic. It responds continuously to both natural processes and human activity. A water source that tests one way today may produce different results next month or next season.</w:t>
      </w:r>
    </w:p>
    <w:p w14:paraId="6077E7FA" w14:textId="77777777" w:rsidR="003D7839" w:rsidRDefault="003D7839" w:rsidP="003D7839">
      <w:pPr>
        <w:pStyle w:val="NormalWeb"/>
      </w:pPr>
      <w:r>
        <w:t>Understanding what causes pH to change is often more valuable than simply trying to correct the number.</w:t>
      </w:r>
    </w:p>
    <w:p w14:paraId="730B453F" w14:textId="77777777" w:rsidR="003D7839" w:rsidRDefault="003D7839" w:rsidP="003D7839">
      <w:pPr>
        <w:pStyle w:val="NormalWeb"/>
      </w:pPr>
      <w:r>
        <w:t xml:space="preserve">At Puroxi, we have found that asking </w:t>
      </w:r>
      <w:r>
        <w:rPr>
          <w:rStyle w:val="Strong"/>
        </w:rPr>
        <w:t>"Why did it change?"</w:t>
      </w:r>
      <w:r>
        <w:t xml:space="preserve"> usually leads to better long-term solutions than asking </w:t>
      </w:r>
      <w:r>
        <w:rPr>
          <w:rStyle w:val="Strong"/>
        </w:rPr>
        <w:t>"How do I change it back?"</w:t>
      </w:r>
    </w:p>
    <w:p w14:paraId="126C8384" w14:textId="77777777" w:rsidR="003D7839" w:rsidRDefault="003D7839" w:rsidP="003D7839">
      <w:r>
        <w:rPr>
          <w:noProof/>
        </w:rPr>
        <mc:AlternateContent>
          <mc:Choice Requires="wps">
            <w:drawing>
              <wp:inline distT="0" distB="0" distL="0" distR="0" wp14:anchorId="027589B1" wp14:editId="722FF93B">
                <wp:extent cx="6492240" cy="635"/>
                <wp:effectExtent l="0" t="0" r="10160" b="24765"/>
                <wp:docPr id="1545261735"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699F5E" id="Rectangle 18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7FE1B91" w14:textId="77777777" w:rsidR="003D7839" w:rsidRDefault="003D7839" w:rsidP="003D7839">
      <w:pPr>
        <w:pStyle w:val="Heading1"/>
      </w:pPr>
      <w:r>
        <w:t>Nature Is Always Working</w:t>
      </w:r>
    </w:p>
    <w:p w14:paraId="1A7487DC" w14:textId="77777777" w:rsidR="003D7839" w:rsidRDefault="003D7839" w:rsidP="003D7839">
      <w:pPr>
        <w:pStyle w:val="NormalWeb"/>
      </w:pPr>
      <w:r>
        <w:t>Every drop of water is influenced by its surroundings.</w:t>
      </w:r>
    </w:p>
    <w:p w14:paraId="038CB1E8" w14:textId="77777777" w:rsidR="003D7839" w:rsidRDefault="003D7839" w:rsidP="003D7839">
      <w:pPr>
        <w:pStyle w:val="NormalWeb"/>
      </w:pPr>
      <w:r>
        <w:t>As water travels through the environment it dissolves minerals, absorbs gases, supports biological activity, and responds to seasonal weather conditions.</w:t>
      </w:r>
    </w:p>
    <w:p w14:paraId="4791C07C" w14:textId="77777777" w:rsidR="003D7839" w:rsidRDefault="003D7839" w:rsidP="003D7839">
      <w:pPr>
        <w:pStyle w:val="NormalWeb"/>
      </w:pPr>
      <w:r>
        <w:t>Its chemistry is constantly evolving.</w:t>
      </w:r>
    </w:p>
    <w:p w14:paraId="3D923F85" w14:textId="77777777" w:rsidR="003D7839" w:rsidRDefault="003D7839" w:rsidP="003D7839">
      <w:pPr>
        <w:pStyle w:val="NormalWeb"/>
      </w:pPr>
      <w:r>
        <w:t>That is why no two water sources are exactly alike.</w:t>
      </w:r>
    </w:p>
    <w:p w14:paraId="2E9BAF6D" w14:textId="77777777" w:rsidR="003D7839" w:rsidRDefault="003D7839" w:rsidP="003D7839">
      <w:r>
        <w:rPr>
          <w:noProof/>
        </w:rPr>
        <mc:AlternateContent>
          <mc:Choice Requires="wps">
            <w:drawing>
              <wp:inline distT="0" distB="0" distL="0" distR="0" wp14:anchorId="3579338A" wp14:editId="05BAFD25">
                <wp:extent cx="6492240" cy="635"/>
                <wp:effectExtent l="0" t="0" r="10160" b="24765"/>
                <wp:docPr id="1646686130"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BAC9D41" id="Rectangle 17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5A5C7D5" w14:textId="77777777" w:rsidR="003D7839" w:rsidRDefault="003D7839" w:rsidP="003D7839">
      <w:pPr>
        <w:pStyle w:val="Heading1"/>
      </w:pPr>
      <w:r>
        <w:t>Rainfall</w:t>
      </w:r>
    </w:p>
    <w:p w14:paraId="63F00B0C" w14:textId="77777777" w:rsidR="003D7839" w:rsidRDefault="003D7839" w:rsidP="003D7839">
      <w:pPr>
        <w:pStyle w:val="NormalWeb"/>
      </w:pPr>
      <w:r>
        <w:t>Rainwater naturally absorbs gases from the atmosphere before reaching the ground.</w:t>
      </w:r>
    </w:p>
    <w:p w14:paraId="0AE4AEF1" w14:textId="77777777" w:rsidR="003D7839" w:rsidRDefault="003D7839" w:rsidP="003D7839">
      <w:pPr>
        <w:pStyle w:val="NormalWeb"/>
      </w:pPr>
      <w:r>
        <w:t>As it travels across the landscape or infiltrates into the soil, it continues changing as it interacts with rocks, minerals, vegetation, and microorganisms.</w:t>
      </w:r>
    </w:p>
    <w:p w14:paraId="02181664" w14:textId="77777777" w:rsidR="003D7839" w:rsidRDefault="003D7839" w:rsidP="003D7839">
      <w:pPr>
        <w:pStyle w:val="NormalWeb"/>
      </w:pPr>
      <w:r>
        <w:lastRenderedPageBreak/>
        <w:t>Heavy rainfall may temporarily change the chemistry of lakes, ponds, reservoirs, rivers, and shallow groundwater.</w:t>
      </w:r>
    </w:p>
    <w:p w14:paraId="711FAEB3" w14:textId="77777777" w:rsidR="003D7839" w:rsidRDefault="003D7839" w:rsidP="003D7839">
      <w:r>
        <w:rPr>
          <w:noProof/>
        </w:rPr>
        <mc:AlternateContent>
          <mc:Choice Requires="wps">
            <w:drawing>
              <wp:inline distT="0" distB="0" distL="0" distR="0" wp14:anchorId="718E16E8" wp14:editId="7311B166">
                <wp:extent cx="6492240" cy="1270"/>
                <wp:effectExtent l="0" t="0" r="10160" b="24130"/>
                <wp:docPr id="926116049"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5F5D294" id="Rectangle 177" o:spid="_x0000_s1026" style="width:511.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" filled="f">
                <v:path arrowok="t"/>
                <w10:anchorlock/>
              </v:rect>
            </w:pict>
          </mc:Fallback>
        </mc:AlternateContent>
      </w:r>
    </w:p>
    <w:p w14:paraId="677E07F5" w14:textId="77777777" w:rsidR="003D7839" w:rsidRDefault="003D7839" w:rsidP="003D7839">
      <w:pPr>
        <w:pStyle w:val="Heading1"/>
      </w:pPr>
      <w:r>
        <w:t>Geology</w:t>
      </w:r>
    </w:p>
    <w:p w14:paraId="6904273B" w14:textId="77777777" w:rsidR="003D7839" w:rsidRDefault="003D7839" w:rsidP="003D7839">
      <w:pPr>
        <w:pStyle w:val="NormalWeb"/>
      </w:pPr>
      <w:r>
        <w:t>The rocks beneath our feet play a major role in determining water chemistry.</w:t>
      </w:r>
    </w:p>
    <w:p w14:paraId="5F61EB7B" w14:textId="77777777" w:rsidR="003D7839" w:rsidRDefault="003D7839" w:rsidP="003D7839">
      <w:pPr>
        <w:pStyle w:val="NormalWeb"/>
      </w:pPr>
      <w:r>
        <w:t>Water flowing through limestone behaves differently than water moving through granite, sandstone, or volcanic rock.</w:t>
      </w:r>
    </w:p>
    <w:p w14:paraId="4A93C0D9" w14:textId="77777777" w:rsidR="003D7839" w:rsidRDefault="003D7839" w:rsidP="003D7839">
      <w:pPr>
        <w:pStyle w:val="NormalWeb"/>
      </w:pPr>
      <w:r>
        <w:t>As water slowly dissolves naturally occurring minerals, its chemistry continues to evolve.</w:t>
      </w:r>
    </w:p>
    <w:p w14:paraId="215A25A4" w14:textId="77777777" w:rsidR="003D7839" w:rsidRDefault="003D7839" w:rsidP="003D7839">
      <w:pPr>
        <w:pStyle w:val="NormalWeb"/>
      </w:pPr>
      <w:r>
        <w:t>This is one reason why two neighbouring wells can produce remarkably different water.</w:t>
      </w:r>
    </w:p>
    <w:p w14:paraId="1A62D222" w14:textId="77777777" w:rsidR="003D7839" w:rsidRDefault="003D7839" w:rsidP="003D7839">
      <w:r>
        <w:rPr>
          <w:noProof/>
        </w:rPr>
        <mc:AlternateContent>
          <mc:Choice Requires="wps">
            <w:drawing>
              <wp:inline distT="0" distB="0" distL="0" distR="0" wp14:anchorId="08CF7E49" wp14:editId="1B2C5D1C">
                <wp:extent cx="6492240" cy="1270"/>
                <wp:effectExtent l="0" t="0" r="10160" b="24130"/>
                <wp:docPr id="23425151"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5BB6DEC" id="Rectangle 175" o:spid="_x0000_s1026" style="width:511.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" filled="f">
                <v:path arrowok="t"/>
                <w10:anchorlock/>
              </v:rect>
            </w:pict>
          </mc:Fallback>
        </mc:AlternateContent>
      </w:r>
    </w:p>
    <w:p w14:paraId="5C2415C0" w14:textId="77777777" w:rsidR="003D7839" w:rsidRDefault="003D7839" w:rsidP="003D7839">
      <w:pPr>
        <w:pStyle w:val="Heading1"/>
      </w:pPr>
      <w:r>
        <w:t>Carbon Dioxide</w:t>
      </w:r>
    </w:p>
    <w:p w14:paraId="6F6357D0" w14:textId="77777777" w:rsidR="003D7839" w:rsidRDefault="003D7839" w:rsidP="003D7839">
      <w:pPr>
        <w:pStyle w:val="NormalWeb"/>
      </w:pPr>
      <w:r>
        <w:t>Carbon dioxide is one of the most important natural influences on pH.</w:t>
      </w:r>
    </w:p>
    <w:p w14:paraId="512CCA70" w14:textId="77777777" w:rsidR="003D7839" w:rsidRDefault="003D7839" w:rsidP="003D7839">
      <w:pPr>
        <w:pStyle w:val="NormalWeb"/>
      </w:pPr>
      <w:r>
        <w:t>It is continuously entering and leaving water.</w:t>
      </w:r>
    </w:p>
    <w:p w14:paraId="3E5EF88A" w14:textId="77777777" w:rsidR="003D7839" w:rsidRDefault="003D7839" w:rsidP="003D7839">
      <w:pPr>
        <w:pStyle w:val="NormalWeb"/>
      </w:pPr>
      <w:r>
        <w:t>Fish.</w:t>
      </w:r>
    </w:p>
    <w:p w14:paraId="5C719568" w14:textId="77777777" w:rsidR="003D7839" w:rsidRDefault="003D7839" w:rsidP="003D7839">
      <w:pPr>
        <w:pStyle w:val="NormalWeb"/>
      </w:pPr>
      <w:r>
        <w:t>Plants.</w:t>
      </w:r>
    </w:p>
    <w:p w14:paraId="0C7D975E" w14:textId="77777777" w:rsidR="003D7839" w:rsidRDefault="003D7839" w:rsidP="003D7839">
      <w:pPr>
        <w:pStyle w:val="NormalWeb"/>
      </w:pPr>
      <w:r>
        <w:t>Bacteria.</w:t>
      </w:r>
    </w:p>
    <w:p w14:paraId="4924A9CB" w14:textId="77777777" w:rsidR="003D7839" w:rsidRDefault="003D7839" w:rsidP="003D7839">
      <w:pPr>
        <w:pStyle w:val="NormalWeb"/>
      </w:pPr>
      <w:r>
        <w:t>Algae.</w:t>
      </w:r>
    </w:p>
    <w:p w14:paraId="1E92B6E0" w14:textId="77777777" w:rsidR="003D7839" w:rsidRDefault="003D7839" w:rsidP="003D7839">
      <w:pPr>
        <w:pStyle w:val="NormalWeb"/>
      </w:pPr>
      <w:r>
        <w:t>Respiration.</w:t>
      </w:r>
    </w:p>
    <w:p w14:paraId="7D7E78F3" w14:textId="77777777" w:rsidR="003D7839" w:rsidRDefault="003D7839" w:rsidP="003D7839">
      <w:pPr>
        <w:pStyle w:val="NormalWeb"/>
      </w:pPr>
      <w:r>
        <w:t>Photosynthesis.</w:t>
      </w:r>
    </w:p>
    <w:p w14:paraId="77F310B7" w14:textId="77777777" w:rsidR="003D7839" w:rsidRDefault="003D7839" w:rsidP="003D7839">
      <w:pPr>
        <w:pStyle w:val="NormalWeb"/>
      </w:pPr>
      <w:r>
        <w:t>Atmospheric exchange.</w:t>
      </w:r>
    </w:p>
    <w:p w14:paraId="42D521DC" w14:textId="77777777" w:rsidR="003D7839" w:rsidRDefault="003D7839" w:rsidP="003D7839">
      <w:pPr>
        <w:pStyle w:val="NormalWeb"/>
      </w:pPr>
      <w:r>
        <w:t>All influence carbon dioxide levels.</w:t>
      </w:r>
    </w:p>
    <w:p w14:paraId="0580C5A0" w14:textId="77777777" w:rsidR="003D7839" w:rsidRDefault="003D7839" w:rsidP="003D7839">
      <w:pPr>
        <w:pStyle w:val="NormalWeb"/>
      </w:pPr>
      <w:r>
        <w:t>As carbon dioxide changes, pH often changes with it.</w:t>
      </w:r>
    </w:p>
    <w:p w14:paraId="382A304A" w14:textId="77777777" w:rsidR="003D7839" w:rsidRDefault="003D7839" w:rsidP="003D7839">
      <w:r>
        <w:rPr>
          <w:noProof/>
        </w:rPr>
        <mc:AlternateContent>
          <mc:Choice Requires="wps">
            <w:drawing>
              <wp:inline distT="0" distB="0" distL="0" distR="0" wp14:anchorId="0FFCC38E" wp14:editId="6EE6E3E4">
                <wp:extent cx="6492240" cy="635"/>
                <wp:effectExtent l="0" t="0" r="10160" b="24765"/>
                <wp:docPr id="134256178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1D1B0DE" id="Rectangle 17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58B6452" w14:textId="77777777" w:rsidR="003D7839" w:rsidRDefault="003D7839" w:rsidP="003D7839">
      <w:pPr>
        <w:pStyle w:val="Heading1"/>
      </w:pPr>
      <w:r>
        <w:lastRenderedPageBreak/>
        <w:t>Temperature</w:t>
      </w:r>
    </w:p>
    <w:p w14:paraId="0F9464AD" w14:textId="77777777" w:rsidR="003D7839" w:rsidRDefault="003D7839" w:rsidP="003D7839">
      <w:pPr>
        <w:pStyle w:val="NormalWeb"/>
      </w:pPr>
      <w:r>
        <w:t>Temperature influences almost every process occurring in water.</w:t>
      </w:r>
    </w:p>
    <w:p w14:paraId="4AE6EDE1" w14:textId="77777777" w:rsidR="003D7839" w:rsidRDefault="003D7839" w:rsidP="003D7839">
      <w:pPr>
        <w:pStyle w:val="NormalWeb"/>
      </w:pPr>
      <w:r>
        <w:t>As temperature rises, biological activity generally increases.</w:t>
      </w:r>
    </w:p>
    <w:p w14:paraId="1840B0F3" w14:textId="77777777" w:rsidR="003D7839" w:rsidRDefault="003D7839" w:rsidP="003D7839">
      <w:pPr>
        <w:pStyle w:val="NormalWeb"/>
      </w:pPr>
      <w:r>
        <w:t>Microorganisms become more active.</w:t>
      </w:r>
    </w:p>
    <w:p w14:paraId="04D11673" w14:textId="77777777" w:rsidR="003D7839" w:rsidRDefault="003D7839" w:rsidP="003D7839">
      <w:pPr>
        <w:pStyle w:val="NormalWeb"/>
      </w:pPr>
      <w:r>
        <w:t>Algae may grow more rapidly.</w:t>
      </w:r>
    </w:p>
    <w:p w14:paraId="6456E7C8" w14:textId="77777777" w:rsidR="003D7839" w:rsidRDefault="003D7839" w:rsidP="003D7839">
      <w:pPr>
        <w:pStyle w:val="NormalWeb"/>
      </w:pPr>
      <w:r>
        <w:t>Chemical reactions often occur more quickly.</w:t>
      </w:r>
    </w:p>
    <w:p w14:paraId="7506D1B9" w14:textId="77777777" w:rsidR="003D7839" w:rsidRDefault="003D7839" w:rsidP="003D7839">
      <w:pPr>
        <w:pStyle w:val="NormalWeb"/>
      </w:pPr>
      <w:r>
        <w:t>These changes can influence pH, dissolved oxygen, nutrient cycling, and overall water quality.</w:t>
      </w:r>
    </w:p>
    <w:p w14:paraId="21A89FE5" w14:textId="77777777" w:rsidR="003D7839" w:rsidRDefault="003D7839" w:rsidP="003D7839">
      <w:pPr>
        <w:pStyle w:val="NormalWeb"/>
      </w:pPr>
      <w:r>
        <w:t>Temperature should never be viewed as an isolated measurement.</w:t>
      </w:r>
    </w:p>
    <w:p w14:paraId="5D0AC711" w14:textId="77777777" w:rsidR="003D7839" w:rsidRDefault="003D7839" w:rsidP="003D7839">
      <w:pPr>
        <w:pStyle w:val="NormalWeb"/>
      </w:pPr>
      <w:r>
        <w:t>It is one of the driving forces behind changing water chemistry.</w:t>
      </w:r>
    </w:p>
    <w:p w14:paraId="0183BDD5" w14:textId="77777777" w:rsidR="003D7839" w:rsidRDefault="003D7839" w:rsidP="003D7839">
      <w:r>
        <w:rPr>
          <w:noProof/>
        </w:rPr>
        <mc:AlternateContent>
          <mc:Choice Requires="wps">
            <w:drawing>
              <wp:inline distT="0" distB="0" distL="0" distR="0" wp14:anchorId="2AC1A2B5" wp14:editId="618BBD6A">
                <wp:extent cx="6492240" cy="635"/>
                <wp:effectExtent l="0" t="0" r="10160" b="24765"/>
                <wp:docPr id="1273403522"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3D56FF7" id="Rectangle 17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36164203" w14:textId="77777777" w:rsidR="003D7839" w:rsidRDefault="003D7839" w:rsidP="003D7839">
      <w:pPr>
        <w:pStyle w:val="Heading1"/>
      </w:pPr>
      <w:r>
        <w:t>Biological Activity</w:t>
      </w:r>
    </w:p>
    <w:p w14:paraId="0EEF3853" w14:textId="77777777" w:rsidR="003D7839" w:rsidRDefault="003D7839" w:rsidP="003D7839">
      <w:pPr>
        <w:pStyle w:val="NormalWeb"/>
      </w:pPr>
      <w:r>
        <w:t>Healthy water contains life.</w:t>
      </w:r>
    </w:p>
    <w:p w14:paraId="0A506ED2" w14:textId="77777777" w:rsidR="003D7839" w:rsidRDefault="003D7839" w:rsidP="003D7839">
      <w:pPr>
        <w:pStyle w:val="NormalWeb"/>
      </w:pPr>
      <w:r>
        <w:t>Bacteria.</w:t>
      </w:r>
    </w:p>
    <w:p w14:paraId="4AB81746" w14:textId="77777777" w:rsidR="003D7839" w:rsidRDefault="003D7839" w:rsidP="003D7839">
      <w:pPr>
        <w:pStyle w:val="NormalWeb"/>
      </w:pPr>
      <w:r>
        <w:t>Algae.</w:t>
      </w:r>
    </w:p>
    <w:p w14:paraId="1361BFFC" w14:textId="77777777" w:rsidR="003D7839" w:rsidRDefault="003D7839" w:rsidP="003D7839">
      <w:pPr>
        <w:pStyle w:val="NormalWeb"/>
      </w:pPr>
      <w:r>
        <w:t>Aquatic plants.</w:t>
      </w:r>
    </w:p>
    <w:p w14:paraId="280EDB13" w14:textId="77777777" w:rsidR="003D7839" w:rsidRDefault="003D7839" w:rsidP="003D7839">
      <w:pPr>
        <w:pStyle w:val="NormalWeb"/>
      </w:pPr>
      <w:r>
        <w:t>Fungi.</w:t>
      </w:r>
    </w:p>
    <w:p w14:paraId="5CF7280A" w14:textId="77777777" w:rsidR="003D7839" w:rsidRDefault="003D7839" w:rsidP="003D7839">
      <w:pPr>
        <w:pStyle w:val="NormalWeb"/>
      </w:pPr>
      <w:r>
        <w:t>Zooplankton.</w:t>
      </w:r>
    </w:p>
    <w:p w14:paraId="10C7F40F" w14:textId="77777777" w:rsidR="003D7839" w:rsidRDefault="003D7839" w:rsidP="003D7839">
      <w:pPr>
        <w:pStyle w:val="NormalWeb"/>
      </w:pPr>
      <w:r>
        <w:t>Microorganisms.</w:t>
      </w:r>
    </w:p>
    <w:p w14:paraId="61EA908E" w14:textId="77777777" w:rsidR="003D7839" w:rsidRDefault="003D7839" w:rsidP="003D7839">
      <w:pPr>
        <w:pStyle w:val="NormalWeb"/>
      </w:pPr>
      <w:r>
        <w:t>Every living organism interacts with the surrounding water.</w:t>
      </w:r>
    </w:p>
    <w:p w14:paraId="7EB87EC2" w14:textId="77777777" w:rsidR="003D7839" w:rsidRDefault="003D7839" w:rsidP="003D7839">
      <w:pPr>
        <w:pStyle w:val="NormalWeb"/>
      </w:pPr>
      <w:r>
        <w:t>As biological activity changes, pH may also change.</w:t>
      </w:r>
    </w:p>
    <w:p w14:paraId="06E3DD41" w14:textId="77777777" w:rsidR="003D7839" w:rsidRDefault="003D7839" w:rsidP="003D7839">
      <w:pPr>
        <w:pStyle w:val="NormalWeb"/>
      </w:pPr>
      <w:r>
        <w:t>This is particularly noticeable in ponds, lakes, reservoirs, wastewater systems, and aquaculture operations.</w:t>
      </w:r>
    </w:p>
    <w:p w14:paraId="6EABB4FE" w14:textId="77777777" w:rsidR="003D7839" w:rsidRDefault="003D7839" w:rsidP="003D7839">
      <w:r>
        <w:rPr>
          <w:noProof/>
        </w:rPr>
        <mc:AlternateContent>
          <mc:Choice Requires="wps">
            <w:drawing>
              <wp:inline distT="0" distB="0" distL="0" distR="0" wp14:anchorId="48EE662C" wp14:editId="7CD27794">
                <wp:extent cx="6492240" cy="635"/>
                <wp:effectExtent l="0" t="0" r="10160" b="24765"/>
                <wp:docPr id="157074343"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941250E" id="Rectangle 16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C4B5ED2" w14:textId="77777777" w:rsidR="003D7839" w:rsidRDefault="003D7839" w:rsidP="003D7839">
      <w:pPr>
        <w:pStyle w:val="Heading1"/>
      </w:pPr>
      <w:r>
        <w:lastRenderedPageBreak/>
        <w:t>Human Activity</w:t>
      </w:r>
    </w:p>
    <w:p w14:paraId="0281835F" w14:textId="77777777" w:rsidR="003D7839" w:rsidRDefault="003D7839" w:rsidP="003D7839">
      <w:pPr>
        <w:pStyle w:val="NormalWeb"/>
      </w:pPr>
      <w:r>
        <w:t>Human activity has become an increasingly important influence on water quality.</w:t>
      </w:r>
    </w:p>
    <w:p w14:paraId="3D998843" w14:textId="77777777" w:rsidR="003D7839" w:rsidRDefault="003D7839" w:rsidP="003D7839">
      <w:pPr>
        <w:pStyle w:val="NormalWeb"/>
      </w:pPr>
      <w:r>
        <w:t>Agriculture.</w:t>
      </w:r>
    </w:p>
    <w:p w14:paraId="460D4763" w14:textId="77777777" w:rsidR="003D7839" w:rsidRDefault="003D7839" w:rsidP="003D7839">
      <w:pPr>
        <w:pStyle w:val="NormalWeb"/>
      </w:pPr>
      <w:r>
        <w:t>Urban development.</w:t>
      </w:r>
    </w:p>
    <w:p w14:paraId="067871AB" w14:textId="77777777" w:rsidR="003D7839" w:rsidRDefault="003D7839" w:rsidP="003D7839">
      <w:pPr>
        <w:pStyle w:val="NormalWeb"/>
      </w:pPr>
      <w:r>
        <w:t>Industrial operations.</w:t>
      </w:r>
    </w:p>
    <w:p w14:paraId="55AD5249" w14:textId="77777777" w:rsidR="003D7839" w:rsidRDefault="003D7839" w:rsidP="003D7839">
      <w:pPr>
        <w:pStyle w:val="NormalWeb"/>
      </w:pPr>
      <w:r>
        <w:t>Stormwater runoff.</w:t>
      </w:r>
    </w:p>
    <w:p w14:paraId="753A97F4" w14:textId="77777777" w:rsidR="003D7839" w:rsidRDefault="003D7839" w:rsidP="003D7839">
      <w:pPr>
        <w:pStyle w:val="NormalWeb"/>
      </w:pPr>
      <w:r>
        <w:t>Wastewater discharges.</w:t>
      </w:r>
    </w:p>
    <w:p w14:paraId="63E458E2" w14:textId="77777777" w:rsidR="003D7839" w:rsidRDefault="003D7839" w:rsidP="003D7839">
      <w:pPr>
        <w:pStyle w:val="NormalWeb"/>
      </w:pPr>
      <w:r>
        <w:t>Changing land use.</w:t>
      </w:r>
    </w:p>
    <w:p w14:paraId="4A32CFDC" w14:textId="77777777" w:rsidR="003D7839" w:rsidRDefault="003D7839" w:rsidP="003D7839">
      <w:pPr>
        <w:pStyle w:val="NormalWeb"/>
      </w:pPr>
      <w:r>
        <w:t>These activities may alter water chemistry long before visible changes appear.</w:t>
      </w:r>
    </w:p>
    <w:p w14:paraId="1A5D0B22" w14:textId="77777777" w:rsidR="003D7839" w:rsidRDefault="003D7839" w:rsidP="003D7839">
      <w:pPr>
        <w:pStyle w:val="NormalWeb"/>
      </w:pPr>
      <w:r>
        <w:t>One of the reasons routine monitoring has become so important is that many changes cannot be detected simply by looking at the water.</w:t>
      </w:r>
    </w:p>
    <w:p w14:paraId="7E80D384" w14:textId="77777777" w:rsidR="003D7839" w:rsidRDefault="003D7839" w:rsidP="003D7839">
      <w:r>
        <w:rPr>
          <w:noProof/>
        </w:rPr>
        <mc:AlternateContent>
          <mc:Choice Requires="wps">
            <w:drawing>
              <wp:inline distT="0" distB="0" distL="0" distR="0" wp14:anchorId="3142618D" wp14:editId="5AA53091">
                <wp:extent cx="6492240" cy="635"/>
                <wp:effectExtent l="0" t="0" r="10160" b="24765"/>
                <wp:docPr id="710664718"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52C4964" id="Rectangle 16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F3F69B0" w14:textId="77777777" w:rsidR="003D7839" w:rsidRDefault="003D7839" w:rsidP="003D7839">
      <w:pPr>
        <w:pStyle w:val="Heading1"/>
      </w:pPr>
      <w:r>
        <w:t>Seasonal Change</w:t>
      </w:r>
    </w:p>
    <w:p w14:paraId="2EC64CA5" w14:textId="77777777" w:rsidR="003D7839" w:rsidRDefault="003D7839" w:rsidP="003D7839">
      <w:pPr>
        <w:pStyle w:val="NormalWeb"/>
      </w:pPr>
      <w:r>
        <w:t>Every season tells a different story.</w:t>
      </w:r>
    </w:p>
    <w:p w14:paraId="08772944" w14:textId="77777777" w:rsidR="003D7839" w:rsidRDefault="003D7839" w:rsidP="003D7839">
      <w:pPr>
        <w:pStyle w:val="NormalWeb"/>
      </w:pPr>
      <w:r>
        <w:t>Spring snowmelt.</w:t>
      </w:r>
    </w:p>
    <w:p w14:paraId="5E76C894" w14:textId="77777777" w:rsidR="003D7839" w:rsidRDefault="003D7839" w:rsidP="003D7839">
      <w:pPr>
        <w:pStyle w:val="NormalWeb"/>
      </w:pPr>
      <w:r>
        <w:t>Summer heat.</w:t>
      </w:r>
    </w:p>
    <w:p w14:paraId="0DF9BC6C" w14:textId="77777777" w:rsidR="003D7839" w:rsidRDefault="003D7839" w:rsidP="003D7839">
      <w:pPr>
        <w:pStyle w:val="NormalWeb"/>
      </w:pPr>
      <w:r>
        <w:t>Autumn leaf fall.</w:t>
      </w:r>
    </w:p>
    <w:p w14:paraId="40BE28DE" w14:textId="77777777" w:rsidR="003D7839" w:rsidRDefault="003D7839" w:rsidP="003D7839">
      <w:pPr>
        <w:pStyle w:val="NormalWeb"/>
      </w:pPr>
      <w:r>
        <w:t>Winter dormancy.</w:t>
      </w:r>
    </w:p>
    <w:p w14:paraId="5A3297E0" w14:textId="77777777" w:rsidR="003D7839" w:rsidRDefault="003D7839" w:rsidP="003D7839">
      <w:pPr>
        <w:pStyle w:val="NormalWeb"/>
      </w:pPr>
      <w:r>
        <w:t>Each season influences water chemistry differently.</w:t>
      </w:r>
    </w:p>
    <w:p w14:paraId="61F9544C" w14:textId="77777777" w:rsidR="003D7839" w:rsidRDefault="003D7839" w:rsidP="003D7839">
      <w:pPr>
        <w:pStyle w:val="NormalWeb"/>
      </w:pPr>
      <w:r>
        <w:t>Some changes occur gradually.</w:t>
      </w:r>
    </w:p>
    <w:p w14:paraId="3523E557" w14:textId="77777777" w:rsidR="003D7839" w:rsidRDefault="003D7839" w:rsidP="003D7839">
      <w:pPr>
        <w:pStyle w:val="NormalWeb"/>
      </w:pPr>
      <w:r>
        <w:t>Others occur surprisingly quickly.</w:t>
      </w:r>
    </w:p>
    <w:p w14:paraId="3D220C81" w14:textId="77777777" w:rsidR="003D7839" w:rsidRDefault="003D7839" w:rsidP="003D7839">
      <w:pPr>
        <w:pStyle w:val="NormalWeb"/>
      </w:pPr>
      <w:r>
        <w:t>Understanding these seasonal cycles often helps explain why pH appears to fluctuate throughout the year.</w:t>
      </w:r>
    </w:p>
    <w:p w14:paraId="5E4678CB" w14:textId="77777777" w:rsidR="003D7839" w:rsidRDefault="003D7839" w:rsidP="003D7839">
      <w:r>
        <w:rPr>
          <w:noProof/>
        </w:rPr>
        <mc:AlternateContent>
          <mc:Choice Requires="wps">
            <w:drawing>
              <wp:inline distT="0" distB="0" distL="0" distR="0" wp14:anchorId="0E451C6C" wp14:editId="0C600460">
                <wp:extent cx="6492240" cy="635"/>
                <wp:effectExtent l="0" t="0" r="10160" b="24765"/>
                <wp:docPr id="135726170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7D76A9C" id="Rectangle 16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094EBF8" w14:textId="77777777" w:rsidR="003D7839" w:rsidRDefault="003D7839" w:rsidP="003D7839">
      <w:pPr>
        <w:pStyle w:val="Heading1"/>
      </w:pPr>
      <w:r>
        <w:lastRenderedPageBreak/>
        <w:t>THE FOUNDER'S NOTEBOOK</w:t>
      </w:r>
    </w:p>
    <w:p w14:paraId="7C2D7C55" w14:textId="77777777" w:rsidR="003D7839" w:rsidRDefault="003D7839" w:rsidP="003D7839">
      <w:pPr>
        <w:pStyle w:val="Heading2"/>
      </w:pPr>
      <w:r>
        <w:t>Water Never Stands Still</w:t>
      </w:r>
    </w:p>
    <w:p w14:paraId="7807B0A7" w14:textId="77777777" w:rsidR="003D7839" w:rsidRDefault="003D7839" w:rsidP="003D7839">
      <w:pPr>
        <w:pStyle w:val="NormalWeb"/>
      </w:pPr>
      <w:r>
        <w:t>One of the greatest lessons water has taught us is that it is never truly the same from one day to the next.</w:t>
      </w:r>
    </w:p>
    <w:p w14:paraId="5A10E689" w14:textId="77777777" w:rsidR="003D7839" w:rsidRDefault="003D7839" w:rsidP="003D7839">
      <w:pPr>
        <w:pStyle w:val="NormalWeb"/>
      </w:pPr>
      <w:r>
        <w:t>Many people assume that because a laboratory report looked good last year, the water must still be the same today.</w:t>
      </w:r>
    </w:p>
    <w:p w14:paraId="5568F6F3" w14:textId="77777777" w:rsidR="003D7839" w:rsidRDefault="003D7839" w:rsidP="003D7839">
      <w:pPr>
        <w:pStyle w:val="NormalWeb"/>
      </w:pPr>
      <w:r>
        <w:t>Experience has taught us otherwise.</w:t>
      </w:r>
    </w:p>
    <w:p w14:paraId="36D6B8AC" w14:textId="77777777" w:rsidR="003D7839" w:rsidRDefault="003D7839" w:rsidP="003D7839">
      <w:pPr>
        <w:pStyle w:val="NormalWeb"/>
      </w:pPr>
      <w:r>
        <w:t>Weather changes.</w:t>
      </w:r>
    </w:p>
    <w:p w14:paraId="667763A4" w14:textId="77777777" w:rsidR="003D7839" w:rsidRDefault="003D7839" w:rsidP="003D7839">
      <w:pPr>
        <w:pStyle w:val="NormalWeb"/>
      </w:pPr>
      <w:r>
        <w:t>Temperature changes.</w:t>
      </w:r>
    </w:p>
    <w:p w14:paraId="0D367D86" w14:textId="77777777" w:rsidR="003D7839" w:rsidRDefault="003D7839" w:rsidP="003D7839">
      <w:pPr>
        <w:pStyle w:val="NormalWeb"/>
      </w:pPr>
      <w:r>
        <w:t>Land use changes.</w:t>
      </w:r>
    </w:p>
    <w:p w14:paraId="7E7A2337" w14:textId="77777777" w:rsidR="003D7839" w:rsidRDefault="003D7839" w:rsidP="003D7839">
      <w:pPr>
        <w:pStyle w:val="NormalWeb"/>
      </w:pPr>
      <w:r>
        <w:t>Biological activity changes.</w:t>
      </w:r>
    </w:p>
    <w:p w14:paraId="2EA5F542" w14:textId="77777777" w:rsidR="003D7839" w:rsidRDefault="003D7839" w:rsidP="003D7839">
      <w:pPr>
        <w:pStyle w:val="NormalWeb"/>
      </w:pPr>
      <w:r>
        <w:t>Groundwater changes.</w:t>
      </w:r>
    </w:p>
    <w:p w14:paraId="2FBEBD9E" w14:textId="77777777" w:rsidR="003D7839" w:rsidRDefault="003D7839" w:rsidP="003D7839">
      <w:pPr>
        <w:pStyle w:val="NormalWeb"/>
      </w:pPr>
      <w:r>
        <w:t>Even the aquifer supplying a well may evolve over time.</w:t>
      </w:r>
    </w:p>
    <w:p w14:paraId="437D2BAB" w14:textId="77777777" w:rsidR="003D7839" w:rsidRDefault="003D7839" w:rsidP="003D7839">
      <w:pPr>
        <w:pStyle w:val="NormalWeb"/>
      </w:pPr>
      <w:r>
        <w:t>Water is constantly responding to the environment around it.</w:t>
      </w:r>
    </w:p>
    <w:p w14:paraId="34010DB9" w14:textId="77777777" w:rsidR="003D7839" w:rsidRDefault="003D7839" w:rsidP="003D7839">
      <w:pPr>
        <w:pStyle w:val="NormalWeb"/>
      </w:pPr>
      <w:r>
        <w:t>That is why routine observation is just as important as laboratory testing.</w:t>
      </w:r>
    </w:p>
    <w:p w14:paraId="27783A71" w14:textId="77777777" w:rsidR="003D7839" w:rsidRDefault="003D7839" w:rsidP="003D7839">
      <w:pPr>
        <w:pStyle w:val="NormalWeb"/>
      </w:pPr>
      <w:r>
        <w:t>Understanding trends often reveals far more than a single laboratory report ever could.</w:t>
      </w:r>
    </w:p>
    <w:p w14:paraId="4A66B86C" w14:textId="77777777" w:rsidR="003D7839" w:rsidRDefault="003D7839" w:rsidP="003D7839">
      <w:r>
        <w:rPr>
          <w:noProof/>
        </w:rPr>
        <mc:AlternateContent>
          <mc:Choice Requires="wps">
            <w:drawing>
              <wp:inline distT="0" distB="0" distL="0" distR="0" wp14:anchorId="5A947FA2" wp14:editId="0DF162DD">
                <wp:extent cx="6492240" cy="635"/>
                <wp:effectExtent l="0" t="0" r="10160" b="24765"/>
                <wp:docPr id="2139998804"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95DBD44" id="Rectangle 16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1BDE9FD" w14:textId="77777777" w:rsidR="003D7839" w:rsidRDefault="003D7839" w:rsidP="003D7839">
      <w:pPr>
        <w:pStyle w:val="Heading2"/>
      </w:pPr>
      <w:r>
        <w:t>PUROXI INSIGHT</w:t>
      </w:r>
    </w:p>
    <w:p w14:paraId="4DC6782F" w14:textId="77777777" w:rsidR="003D7839" w:rsidRDefault="003D7839" w:rsidP="003D7839">
      <w:pPr>
        <w:pStyle w:val="NormalWeb"/>
      </w:pPr>
      <w:r>
        <w:rPr>
          <w:rStyle w:val="Strong"/>
        </w:rPr>
        <w:t>Water is constantly adapting to its environment. The better we understand those changes, the better decisions we can make.</w:t>
      </w:r>
    </w:p>
    <w:p w14:paraId="51FD84C8" w14:textId="77777777" w:rsidR="003D7839" w:rsidRDefault="003D7839" w:rsidP="003D7839">
      <w:r>
        <w:rPr>
          <w:noProof/>
        </w:rPr>
        <mc:AlternateContent>
          <mc:Choice Requires="wps">
            <w:drawing>
              <wp:inline distT="0" distB="0" distL="0" distR="0" wp14:anchorId="006A792D" wp14:editId="0FB7725E">
                <wp:extent cx="6492240" cy="635"/>
                <wp:effectExtent l="0" t="0" r="10160" b="24765"/>
                <wp:docPr id="1795536125"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D995965" id="Rectangle 16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5DBC11B" w14:textId="77777777" w:rsidR="003D7839" w:rsidRDefault="003D7839" w:rsidP="003D7839">
      <w:pPr>
        <w:pStyle w:val="Heading2"/>
      </w:pPr>
      <w:r>
        <w:t>DID YOU KNOW?</w:t>
      </w:r>
    </w:p>
    <w:p w14:paraId="5A8BD11E" w14:textId="77777777" w:rsidR="003D7839" w:rsidRDefault="003D7839" w:rsidP="003D7839">
      <w:pPr>
        <w:pStyle w:val="NormalWeb"/>
      </w:pPr>
      <w:r>
        <w:t>Many water quality problems develop gradually over months or even years before they become visible. Regular monitoring often identifies these trends long before they become serious.</w:t>
      </w:r>
    </w:p>
    <w:p w14:paraId="40E26176" w14:textId="77777777" w:rsidR="003D7839" w:rsidRDefault="003D7839" w:rsidP="003D7839">
      <w:r>
        <w:rPr>
          <w:noProof/>
        </w:rPr>
        <mc:AlternateContent>
          <mc:Choice Requires="wps">
            <w:drawing>
              <wp:inline distT="0" distB="0" distL="0" distR="0" wp14:anchorId="0BAB2A6A" wp14:editId="4086CE35">
                <wp:extent cx="6492240" cy="635"/>
                <wp:effectExtent l="0" t="0" r="10160" b="24765"/>
                <wp:docPr id="108591181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D69B8B4" id="Rectangle 15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7C1C57B" w14:textId="77777777" w:rsidR="003D7839" w:rsidRDefault="003D7839" w:rsidP="003D7839">
      <w:pPr>
        <w:pStyle w:val="Heading2"/>
      </w:pPr>
      <w:r>
        <w:lastRenderedPageBreak/>
        <w:t>PRACTICAL TIP</w:t>
      </w:r>
    </w:p>
    <w:p w14:paraId="6FC1E2D0" w14:textId="77777777" w:rsidR="003D7839" w:rsidRDefault="003D7839" w:rsidP="003D7839">
      <w:pPr>
        <w:pStyle w:val="NormalWeb"/>
      </w:pPr>
      <w:r>
        <w:t>Don't compare today's water only to yesterday's results.</w:t>
      </w:r>
    </w:p>
    <w:p w14:paraId="7C272B50" w14:textId="77777777" w:rsidR="003D7839" w:rsidRDefault="003D7839" w:rsidP="003D7839">
      <w:pPr>
        <w:pStyle w:val="NormalWeb"/>
      </w:pPr>
      <w:r>
        <w:t>Compare it to previous seasons, previous years, and changing environmental conditions.</w:t>
      </w:r>
    </w:p>
    <w:p w14:paraId="05B58F88" w14:textId="77777777" w:rsidR="003D7839" w:rsidRDefault="003D7839" w:rsidP="003D7839">
      <w:pPr>
        <w:pStyle w:val="NormalWeb"/>
      </w:pPr>
      <w:r>
        <w:t>Water tells a much clearer story when viewed over time rather than as a single snapshot.</w:t>
      </w:r>
    </w:p>
    <w:p w14:paraId="21500470" w14:textId="77777777" w:rsidR="003D7839" w:rsidRDefault="003D7839" w:rsidP="003D7839">
      <w:r>
        <w:rPr>
          <w:noProof/>
        </w:rPr>
        <mc:AlternateContent>
          <mc:Choice Requires="wps">
            <w:drawing>
              <wp:inline distT="0" distB="0" distL="0" distR="0" wp14:anchorId="0EA19119" wp14:editId="67483309">
                <wp:extent cx="6492240" cy="635"/>
                <wp:effectExtent l="0" t="0" r="10160" b="24765"/>
                <wp:docPr id="553865761"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F5DC8E6" id="Rectangle 15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5C700BA" w14:textId="13ED10A7" w:rsidR="003D7839" w:rsidRDefault="003D7839" w:rsidP="003D7839">
      <w:pPr>
        <w:pStyle w:val="Heading2"/>
      </w:pPr>
      <w:r>
        <w:t>QUOTE</w:t>
      </w:r>
    </w:p>
    <w:p w14:paraId="0E73905A" w14:textId="77777777" w:rsidR="003D7839" w:rsidRDefault="003D7839" w:rsidP="003D7839">
      <w:pPr>
        <w:pStyle w:val="NormalWeb"/>
      </w:pPr>
      <w:r>
        <w:rPr>
          <w:rStyle w:val="Strong"/>
        </w:rPr>
        <w:t>Water is not static. It is one of the most dynamic natural systems on Earth. Understanding change is the key to understanding water.</w:t>
      </w:r>
    </w:p>
    <w:p w14:paraId="176AEA18" w14:textId="45D6E318" w:rsidR="003D7839" w:rsidRDefault="003D7839" w:rsidP="003D7839">
      <w:pPr>
        <w:jc w:val="center"/>
      </w:pPr>
      <w:r>
        <w:rPr>
          <w:noProof/>
        </w:rPr>
        <w:drawing>
          <wp:inline distT="0" distB="0" distL="0" distR="0" wp14:anchorId="5FD2EAB8" wp14:editId="0BC80AD0">
            <wp:extent cx="5535038" cy="3690025"/>
            <wp:effectExtent l="0" t="0" r="2540" b="5715"/>
            <wp:docPr id="359174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7403" name="Picture 35917403"/>
                    <pic:cNvPicPr/>
                  </pic:nvPicPr>
                  <pic:blipFill>
                    <a:blip r:embed="rId13"/>
                    <a:stretch>
                      <a:fillRect/>
                    </a:stretch>
                  </pic:blipFill>
                  <pic:spPr>
                    <a:xfrm>
                      <a:off x="0" y="0"/>
                      <a:ext cx="5604688" cy="3736458"/>
                    </a:xfrm>
                    <a:prstGeom prst="rect">
                      <a:avLst/>
                    </a:prstGeom>
                  </pic:spPr>
                </pic:pic>
              </a:graphicData>
            </a:graphic>
          </wp:inline>
        </w:drawing>
      </w:r>
    </w:p>
    <w:p w14:paraId="448CD090" w14:textId="7F242DD2" w:rsidR="003D7839" w:rsidRPr="003D7839" w:rsidRDefault="003D7839" w:rsidP="003D7839">
      <w:pPr>
        <w:rPr>
          <w:rStyle w:val="Strong"/>
          <w:color w:val="4F81BD" w:themeColor="accent1"/>
        </w:rPr>
      </w:pPr>
      <w:r w:rsidRPr="003D7839">
        <w:rPr>
          <w:rStyle w:val="Strong"/>
          <w:color w:val="4F81BD" w:themeColor="accent1"/>
        </w:rPr>
        <w:t>Changing Water Chemistry</w:t>
      </w:r>
    </w:p>
    <w:p w14:paraId="5C3C5935" w14:textId="77777777" w:rsidR="003D7839" w:rsidRDefault="003D7839" w:rsidP="003D7839">
      <w:pPr>
        <w:pStyle w:val="NormalWeb"/>
      </w:pPr>
      <w:r>
        <w:rPr>
          <w:rStyle w:val="Strong"/>
        </w:rPr>
        <w:t>Every water source responds differently because every water source has its own fingerprint and DNA.</w:t>
      </w:r>
    </w:p>
    <w:p w14:paraId="31607384" w14:textId="77777777" w:rsidR="003D7839" w:rsidRPr="003D7839" w:rsidRDefault="003D7839" w:rsidP="003D7839">
      <w:pPr>
        <w:rPr>
          <w:rStyle w:val="Strong"/>
          <w:b w:val="0"/>
          <w:bCs w:val="0"/>
          <w:color w:val="4F81BD" w:themeColor="accent1"/>
        </w:rPr>
      </w:pPr>
    </w:p>
    <w:p w14:paraId="30CB941B" w14:textId="77777777" w:rsidR="003D7839" w:rsidRDefault="003D7839" w:rsidP="003D7839">
      <w:pPr>
        <w:rPr>
          <w:rStyle w:val="Strong"/>
          <w:b w:val="0"/>
          <w:bCs w:val="0"/>
        </w:rPr>
      </w:pPr>
    </w:p>
    <w:p w14:paraId="7990406A" w14:textId="77777777" w:rsidR="003D7839" w:rsidRDefault="003D7839" w:rsidP="003D7839">
      <w:pPr>
        <w:rPr>
          <w:rStyle w:val="Strong"/>
          <w:b w:val="0"/>
          <w:bCs w:val="0"/>
        </w:rPr>
      </w:pPr>
    </w:p>
    <w:p w14:paraId="728D0A77" w14:textId="77777777" w:rsidR="003D7839" w:rsidRDefault="003D7839" w:rsidP="003D7839">
      <w:pPr>
        <w:pStyle w:val="Heading1"/>
      </w:pPr>
      <w:r>
        <w:lastRenderedPageBreak/>
        <w:t>CHAPTER 5</w:t>
      </w:r>
    </w:p>
    <w:p w14:paraId="27D770FE" w14:textId="77777777" w:rsidR="003D7839" w:rsidRDefault="003D7839" w:rsidP="003D7839">
      <w:pPr>
        <w:pStyle w:val="Heading1"/>
      </w:pPr>
      <w:r>
        <w:t>How Temperature Affects pH</w:t>
      </w:r>
    </w:p>
    <w:p w14:paraId="0F168596" w14:textId="77777777" w:rsidR="003D7839" w:rsidRDefault="003D7839" w:rsidP="003D7839">
      <w:pPr>
        <w:pStyle w:val="NormalWeb"/>
      </w:pPr>
      <w:r>
        <w:t>Temperature is one of the most important influences on water chemistry, yet it is often overlooked when interpreting laboratory results.</w:t>
      </w:r>
    </w:p>
    <w:p w14:paraId="6E0F7FA4" w14:textId="77777777" w:rsidR="003D7839" w:rsidRDefault="003D7839" w:rsidP="003D7839">
      <w:pPr>
        <w:pStyle w:val="NormalWeb"/>
      </w:pPr>
      <w:r>
        <w:t>Many people compare pH readings taken at different times of the year without considering that the temperature of the water may have changed significantly. They assume the water chemistry has changed dramatically, when in reality the difference may simply reflect the natural interaction between temperature and water chemistry.</w:t>
      </w:r>
    </w:p>
    <w:p w14:paraId="63A0A09A" w14:textId="77777777" w:rsidR="003D7839" w:rsidRDefault="003D7839" w:rsidP="003D7839">
      <w:pPr>
        <w:pStyle w:val="NormalWeb"/>
      </w:pPr>
      <w:r>
        <w:t xml:space="preserve">At Puroxi, we have learned that </w:t>
      </w:r>
      <w:r>
        <w:rPr>
          <w:rStyle w:val="Strong"/>
        </w:rPr>
        <w:t>temperature should always be considered alongside pH</w:t>
      </w:r>
      <w:r>
        <w:t>. Looking at one without the other often leads to incorrect conclusions.</w:t>
      </w:r>
    </w:p>
    <w:p w14:paraId="243E0EAF" w14:textId="77777777" w:rsidR="003D7839" w:rsidRDefault="003D7839" w:rsidP="003D7839">
      <w:pPr>
        <w:pStyle w:val="NormalWeb"/>
      </w:pPr>
      <w:r>
        <w:t>Understanding how temperature influences water is one of the keys to understanding water itself.</w:t>
      </w:r>
    </w:p>
    <w:p w14:paraId="7BC62823" w14:textId="77777777" w:rsidR="003D7839" w:rsidRDefault="003D7839" w:rsidP="003D7839">
      <w:r>
        <w:rPr>
          <w:noProof/>
        </w:rPr>
        <mc:AlternateContent>
          <mc:Choice Requires="wps">
            <w:drawing>
              <wp:inline distT="0" distB="0" distL="0" distR="0" wp14:anchorId="618097F5" wp14:editId="1D526E05">
                <wp:extent cx="6492240" cy="635"/>
                <wp:effectExtent l="0" t="0" r="10160" b="24765"/>
                <wp:docPr id="40281762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9174475" id="Rectangle 15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BFEBB60" w14:textId="77777777" w:rsidR="003D7839" w:rsidRDefault="003D7839" w:rsidP="003D7839">
      <w:pPr>
        <w:pStyle w:val="Heading1"/>
      </w:pPr>
      <w:r>
        <w:t>Water Is Always Changing</w:t>
      </w:r>
    </w:p>
    <w:p w14:paraId="76674B08" w14:textId="77777777" w:rsidR="003D7839" w:rsidRDefault="003D7839" w:rsidP="003D7839">
      <w:pPr>
        <w:pStyle w:val="NormalWeb"/>
      </w:pPr>
      <w:r>
        <w:t>Water is never static.</w:t>
      </w:r>
    </w:p>
    <w:p w14:paraId="73B6672B" w14:textId="77777777" w:rsidR="003D7839" w:rsidRDefault="003D7839" w:rsidP="003D7839">
      <w:pPr>
        <w:pStyle w:val="NormalWeb"/>
      </w:pPr>
      <w:r>
        <w:t>As the seasons change, so does the chemistry of the water.</w:t>
      </w:r>
    </w:p>
    <w:p w14:paraId="37A0C0CD" w14:textId="77777777" w:rsidR="003D7839" w:rsidRDefault="003D7839" w:rsidP="003D7839">
      <w:pPr>
        <w:pStyle w:val="NormalWeb"/>
      </w:pPr>
      <w:r>
        <w:t>Spring snowmelt.</w:t>
      </w:r>
    </w:p>
    <w:p w14:paraId="2D114CC5" w14:textId="77777777" w:rsidR="003D7839" w:rsidRDefault="003D7839" w:rsidP="003D7839">
      <w:pPr>
        <w:pStyle w:val="NormalWeb"/>
      </w:pPr>
      <w:r>
        <w:t>Summer heat.</w:t>
      </w:r>
    </w:p>
    <w:p w14:paraId="0BBAE24F" w14:textId="77777777" w:rsidR="003D7839" w:rsidRDefault="003D7839" w:rsidP="003D7839">
      <w:pPr>
        <w:pStyle w:val="NormalWeb"/>
      </w:pPr>
      <w:r>
        <w:t>Autumn cooling.</w:t>
      </w:r>
    </w:p>
    <w:p w14:paraId="1B88A1C8" w14:textId="77777777" w:rsidR="003D7839" w:rsidRDefault="003D7839" w:rsidP="003D7839">
      <w:pPr>
        <w:pStyle w:val="NormalWeb"/>
      </w:pPr>
      <w:r>
        <w:t>Winter dormancy.</w:t>
      </w:r>
    </w:p>
    <w:p w14:paraId="63B32828" w14:textId="77777777" w:rsidR="003D7839" w:rsidRDefault="003D7839" w:rsidP="003D7839">
      <w:pPr>
        <w:pStyle w:val="NormalWeb"/>
      </w:pPr>
      <w:r>
        <w:t>Each season influences biological activity, dissolved oxygen, chemical reactions, and ultimately the behaviour of the water.</w:t>
      </w:r>
    </w:p>
    <w:p w14:paraId="6B1870B4" w14:textId="77777777" w:rsidR="003D7839" w:rsidRDefault="003D7839" w:rsidP="003D7839">
      <w:pPr>
        <w:pStyle w:val="NormalWeb"/>
      </w:pPr>
      <w:r>
        <w:t>This is why routine monitoring over time is far more valuable than relying on a single laboratory report.</w:t>
      </w:r>
    </w:p>
    <w:p w14:paraId="23A891FE" w14:textId="77777777" w:rsidR="003D7839" w:rsidRDefault="003D7839" w:rsidP="003D7839">
      <w:r>
        <w:rPr>
          <w:noProof/>
        </w:rPr>
        <mc:AlternateContent>
          <mc:Choice Requires="wps">
            <w:drawing>
              <wp:inline distT="0" distB="0" distL="0" distR="0" wp14:anchorId="7E536B63" wp14:editId="614BB04C">
                <wp:extent cx="6492240" cy="635"/>
                <wp:effectExtent l="0" t="0" r="10160" b="24765"/>
                <wp:docPr id="203461659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A9F3DD5" id="Rectangle 15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4F586A2" w14:textId="77777777" w:rsidR="003D7839" w:rsidRDefault="003D7839" w:rsidP="003D7839">
      <w:pPr>
        <w:pStyle w:val="Heading1"/>
      </w:pPr>
      <w:r>
        <w:t>Warm Water Changes Faster</w:t>
      </w:r>
    </w:p>
    <w:p w14:paraId="2A3AA1A9" w14:textId="77777777" w:rsidR="003D7839" w:rsidRDefault="003D7839" w:rsidP="003D7839">
      <w:pPr>
        <w:pStyle w:val="NormalWeb"/>
      </w:pPr>
      <w:r>
        <w:t>As water temperature increases, nearly every natural process occurring in water begins to accelerate.</w:t>
      </w:r>
    </w:p>
    <w:p w14:paraId="26589BB3" w14:textId="77777777" w:rsidR="003D7839" w:rsidRDefault="003D7839" w:rsidP="003D7839">
      <w:pPr>
        <w:pStyle w:val="NormalWeb"/>
      </w:pPr>
      <w:r>
        <w:lastRenderedPageBreak/>
        <w:t>Microorganisms become more active.</w:t>
      </w:r>
    </w:p>
    <w:p w14:paraId="3059EA8F" w14:textId="77777777" w:rsidR="003D7839" w:rsidRDefault="003D7839" w:rsidP="003D7839">
      <w:pPr>
        <w:pStyle w:val="NormalWeb"/>
      </w:pPr>
      <w:r>
        <w:t>Algae grows more rapidly.</w:t>
      </w:r>
    </w:p>
    <w:p w14:paraId="04884333" w14:textId="77777777" w:rsidR="003D7839" w:rsidRDefault="003D7839" w:rsidP="003D7839">
      <w:pPr>
        <w:pStyle w:val="NormalWeb"/>
      </w:pPr>
      <w:r>
        <w:t>Chemical reactions occur more quickly.</w:t>
      </w:r>
    </w:p>
    <w:p w14:paraId="7A86A76F" w14:textId="77777777" w:rsidR="003D7839" w:rsidRDefault="003D7839" w:rsidP="003D7839">
      <w:pPr>
        <w:pStyle w:val="NormalWeb"/>
      </w:pPr>
      <w:r>
        <w:t>Organic matter decomposes faster.</w:t>
      </w:r>
    </w:p>
    <w:p w14:paraId="1AD2381A" w14:textId="77777777" w:rsidR="003D7839" w:rsidRDefault="003D7839" w:rsidP="003D7839">
      <w:pPr>
        <w:pStyle w:val="NormalWeb"/>
      </w:pPr>
      <w:r>
        <w:t>At the same time, the amount of dissolved oxygen that water can naturally hold decreases.</w:t>
      </w:r>
    </w:p>
    <w:p w14:paraId="0DBEEAC8" w14:textId="77777777" w:rsidR="003D7839" w:rsidRDefault="003D7839" w:rsidP="003D7839">
      <w:pPr>
        <w:pStyle w:val="NormalWeb"/>
      </w:pPr>
      <w:r>
        <w:t>This combination often creates ideal conditions for declining water quality if not properly managed.</w:t>
      </w:r>
    </w:p>
    <w:p w14:paraId="7041AA02" w14:textId="77777777" w:rsidR="003D7839" w:rsidRDefault="003D7839" w:rsidP="003D7839">
      <w:r>
        <w:rPr>
          <w:noProof/>
        </w:rPr>
        <mc:AlternateContent>
          <mc:Choice Requires="wps">
            <w:drawing>
              <wp:inline distT="0" distB="0" distL="0" distR="0" wp14:anchorId="2FB72CB3" wp14:editId="213AA7BF">
                <wp:extent cx="6492240" cy="635"/>
                <wp:effectExtent l="0" t="0" r="10160" b="24765"/>
                <wp:docPr id="162269034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E77B2C" id="Rectangle 14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2240723" w14:textId="77777777" w:rsidR="003D7839" w:rsidRDefault="003D7839" w:rsidP="003D7839">
      <w:pPr>
        <w:pStyle w:val="Heading1"/>
      </w:pPr>
      <w:r>
        <w:t>The Relationship Between Temperature, pH and Dissolved Oxygen</w:t>
      </w:r>
    </w:p>
    <w:p w14:paraId="5B329FA8" w14:textId="77777777" w:rsidR="003D7839" w:rsidRDefault="003D7839" w:rsidP="003D7839">
      <w:pPr>
        <w:pStyle w:val="NormalWeb"/>
      </w:pPr>
      <w:r>
        <w:t xml:space="preserve">One of the observations we have repeatedly made over many years of working with lakes, ponds, reservoirs, wastewater lagoons, and agricultural water systems is that </w:t>
      </w:r>
      <w:r>
        <w:rPr>
          <w:rStyle w:val="Strong"/>
        </w:rPr>
        <w:t>temperature, pH, and dissolved oxygen are closely connected</w:t>
      </w:r>
      <w:r>
        <w:t>.</w:t>
      </w:r>
    </w:p>
    <w:p w14:paraId="4023D6FC" w14:textId="77777777" w:rsidR="003D7839" w:rsidRDefault="003D7839" w:rsidP="003D7839">
      <w:pPr>
        <w:pStyle w:val="NormalWeb"/>
      </w:pPr>
      <w:r>
        <w:t>As water temperatures increased, we often observed rising pH during periods of intense biological activity. When this was accompanied by declining dissolved oxygen, the water frequently began showing early signs of deterioration.</w:t>
      </w:r>
    </w:p>
    <w:p w14:paraId="39FB4B0D" w14:textId="77777777" w:rsidR="003D7839" w:rsidRDefault="003D7839" w:rsidP="003D7839">
      <w:pPr>
        <w:pStyle w:val="NormalWeb"/>
      </w:pPr>
      <w:r>
        <w:t>Typical warning signs included:</w:t>
      </w:r>
    </w:p>
    <w:p w14:paraId="787B12D4" w14:textId="77777777" w:rsidR="003D7839" w:rsidRDefault="003D7839" w:rsidP="003D7839">
      <w:pPr>
        <w:numPr>
          <w:ilvl w:val="0"/>
          <w:numId w:val="15"/>
        </w:numPr>
        <w:spacing w:before="100" w:beforeAutospacing="1" w:after="100" w:afterAutospacing="1" w:line="240" w:lineRule="auto"/>
      </w:pPr>
      <w:r>
        <w:t xml:space="preserve">Unpleasant odours. </w:t>
      </w:r>
    </w:p>
    <w:p w14:paraId="248E3871" w14:textId="77777777" w:rsidR="003D7839" w:rsidRDefault="003D7839" w:rsidP="003D7839">
      <w:pPr>
        <w:numPr>
          <w:ilvl w:val="0"/>
          <w:numId w:val="15"/>
        </w:numPr>
        <w:spacing w:before="100" w:beforeAutospacing="1" w:after="100" w:afterAutospacing="1" w:line="240" w:lineRule="auto"/>
      </w:pPr>
      <w:r>
        <w:t xml:space="preserve">Water discolouration. </w:t>
      </w:r>
    </w:p>
    <w:p w14:paraId="7F181067" w14:textId="77777777" w:rsidR="003D7839" w:rsidRDefault="003D7839" w:rsidP="003D7839">
      <w:pPr>
        <w:numPr>
          <w:ilvl w:val="0"/>
          <w:numId w:val="15"/>
        </w:numPr>
        <w:spacing w:before="100" w:beforeAutospacing="1" w:after="100" w:afterAutospacing="1" w:line="240" w:lineRule="auto"/>
      </w:pPr>
      <w:r>
        <w:t xml:space="preserve">Increased biological growth. </w:t>
      </w:r>
    </w:p>
    <w:p w14:paraId="593A38F3" w14:textId="77777777" w:rsidR="003D7839" w:rsidRDefault="003D7839" w:rsidP="003D7839">
      <w:pPr>
        <w:numPr>
          <w:ilvl w:val="0"/>
          <w:numId w:val="15"/>
        </w:numPr>
        <w:spacing w:before="100" w:beforeAutospacing="1" w:after="100" w:afterAutospacing="1" w:line="240" w:lineRule="auto"/>
      </w:pPr>
      <w:r>
        <w:t xml:space="preserve">Declining water clarity. </w:t>
      </w:r>
    </w:p>
    <w:p w14:paraId="29A7B3F2" w14:textId="77777777" w:rsidR="003D7839" w:rsidRDefault="003D7839" w:rsidP="003D7839">
      <w:pPr>
        <w:numPr>
          <w:ilvl w:val="0"/>
          <w:numId w:val="15"/>
        </w:numPr>
        <w:spacing w:before="100" w:beforeAutospacing="1" w:after="100" w:afterAutospacing="1" w:line="240" w:lineRule="auto"/>
      </w:pPr>
      <w:r>
        <w:t xml:space="preserve">Reduced overall water quality. </w:t>
      </w:r>
    </w:p>
    <w:p w14:paraId="21AF1372" w14:textId="77777777" w:rsidR="003D7839" w:rsidRDefault="003D7839" w:rsidP="003D7839">
      <w:pPr>
        <w:pStyle w:val="NormalWeb"/>
      </w:pPr>
      <w:r>
        <w:t>These observations reinforced an important lesson.</w:t>
      </w:r>
    </w:p>
    <w:p w14:paraId="5489CFA9" w14:textId="77777777" w:rsidR="003D7839" w:rsidRDefault="003D7839" w:rsidP="003D7839">
      <w:pPr>
        <w:pStyle w:val="NormalWeb"/>
      </w:pPr>
      <w:r>
        <w:t>Rarely is one water parameter responsible for the problem.</w:t>
      </w:r>
    </w:p>
    <w:p w14:paraId="45F058AA" w14:textId="77777777" w:rsidR="003D7839" w:rsidRDefault="003D7839" w:rsidP="003D7839">
      <w:pPr>
        <w:pStyle w:val="NormalWeb"/>
      </w:pPr>
      <w:r>
        <w:t>Instead, several changing conditions usually combine to produce the result we observe.</w:t>
      </w:r>
    </w:p>
    <w:p w14:paraId="30865C88" w14:textId="77777777" w:rsidR="003D7839" w:rsidRDefault="003D7839" w:rsidP="003D7839">
      <w:r>
        <w:rPr>
          <w:noProof/>
        </w:rPr>
        <mc:AlternateContent>
          <mc:Choice Requires="wps">
            <w:drawing>
              <wp:inline distT="0" distB="0" distL="0" distR="0" wp14:anchorId="62420042" wp14:editId="1910D4D2">
                <wp:extent cx="6492240" cy="635"/>
                <wp:effectExtent l="0" t="0" r="10160" b="24765"/>
                <wp:docPr id="582675225"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FF9A95A" id="Rectangle 14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D98A107" w14:textId="77777777" w:rsidR="003D7839" w:rsidRDefault="003D7839" w:rsidP="003D7839">
      <w:pPr>
        <w:pStyle w:val="Heading1"/>
      </w:pPr>
      <w:r>
        <w:t>Temperature Influences Treatment Performance</w:t>
      </w:r>
    </w:p>
    <w:p w14:paraId="5366584B" w14:textId="77777777" w:rsidR="003D7839" w:rsidRDefault="003D7839" w:rsidP="003D7839">
      <w:pPr>
        <w:pStyle w:val="NormalWeb"/>
      </w:pPr>
      <w:r>
        <w:t>Many water treatment processes are also influenced by temperature.</w:t>
      </w:r>
    </w:p>
    <w:p w14:paraId="18560B6B" w14:textId="77777777" w:rsidR="003D7839" w:rsidRDefault="003D7839" w:rsidP="003D7839">
      <w:pPr>
        <w:pStyle w:val="NormalWeb"/>
      </w:pPr>
      <w:r>
        <w:t>Oxidation reactions.</w:t>
      </w:r>
    </w:p>
    <w:p w14:paraId="3800B700" w14:textId="77777777" w:rsidR="003D7839" w:rsidRDefault="003D7839" w:rsidP="003D7839">
      <w:pPr>
        <w:pStyle w:val="NormalWeb"/>
      </w:pPr>
      <w:r>
        <w:lastRenderedPageBreak/>
        <w:t>Disinfection.</w:t>
      </w:r>
    </w:p>
    <w:p w14:paraId="0E795E82" w14:textId="77777777" w:rsidR="003D7839" w:rsidRDefault="003D7839" w:rsidP="003D7839">
      <w:pPr>
        <w:pStyle w:val="NormalWeb"/>
      </w:pPr>
      <w:r>
        <w:t>Biological treatment.</w:t>
      </w:r>
    </w:p>
    <w:p w14:paraId="612B5D18" w14:textId="77777777" w:rsidR="003D7839" w:rsidRDefault="003D7839" w:rsidP="003D7839">
      <w:pPr>
        <w:pStyle w:val="NormalWeb"/>
      </w:pPr>
      <w:r>
        <w:t>Chemical dosing.</w:t>
      </w:r>
    </w:p>
    <w:p w14:paraId="579F4094" w14:textId="77777777" w:rsidR="003D7839" w:rsidRDefault="003D7839" w:rsidP="003D7839">
      <w:pPr>
        <w:pStyle w:val="NormalWeb"/>
      </w:pPr>
      <w:r>
        <w:t>Gas transfer.</w:t>
      </w:r>
    </w:p>
    <w:p w14:paraId="137D45F6" w14:textId="77777777" w:rsidR="003D7839" w:rsidRDefault="003D7839" w:rsidP="003D7839">
      <w:pPr>
        <w:pStyle w:val="NormalWeb"/>
      </w:pPr>
      <w:r>
        <w:t>All respond differently as water temperature changes.</w:t>
      </w:r>
    </w:p>
    <w:p w14:paraId="47F199D3" w14:textId="77777777" w:rsidR="003D7839" w:rsidRDefault="003D7839" w:rsidP="003D7839">
      <w:pPr>
        <w:pStyle w:val="NormalWeb"/>
      </w:pPr>
      <w:r>
        <w:t>Understanding seasonal water temperature helps explain why treatment performance may vary throughout the year, even when using exactly the same equipment.</w:t>
      </w:r>
    </w:p>
    <w:p w14:paraId="1AA71AFB" w14:textId="77777777" w:rsidR="003D7839" w:rsidRDefault="003D7839" w:rsidP="003D7839">
      <w:pPr>
        <w:pStyle w:val="NormalWeb"/>
      </w:pPr>
      <w:r>
        <w:t>Rather than assuming the equipment has changed, it is often the water itself that is behaving differently.</w:t>
      </w:r>
    </w:p>
    <w:p w14:paraId="17C2D52B" w14:textId="77777777" w:rsidR="003D7839" w:rsidRDefault="003D7839" w:rsidP="003D7839">
      <w:r>
        <w:rPr>
          <w:noProof/>
        </w:rPr>
        <mc:AlternateContent>
          <mc:Choice Requires="wps">
            <w:drawing>
              <wp:inline distT="0" distB="0" distL="0" distR="0" wp14:anchorId="35C144E5" wp14:editId="527CDF67">
                <wp:extent cx="6492240" cy="635"/>
                <wp:effectExtent l="0" t="0" r="10160" b="24765"/>
                <wp:docPr id="50505234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743B0EE" id="Rectangle 14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8789F20" w14:textId="77777777" w:rsidR="003D7839" w:rsidRDefault="003D7839" w:rsidP="003D7839">
      <w:pPr>
        <w:pStyle w:val="Heading1"/>
      </w:pPr>
      <w:r>
        <w:t>Every Season Has Its Own Water Chemistry</w:t>
      </w:r>
    </w:p>
    <w:p w14:paraId="367D538F" w14:textId="77777777" w:rsidR="003D7839" w:rsidRDefault="003D7839" w:rsidP="003D7839">
      <w:pPr>
        <w:pStyle w:val="NormalWeb"/>
      </w:pPr>
      <w:r>
        <w:t>Spring water is different from summer water.</w:t>
      </w:r>
    </w:p>
    <w:p w14:paraId="00FB72FD" w14:textId="77777777" w:rsidR="003D7839" w:rsidRDefault="003D7839" w:rsidP="003D7839">
      <w:pPr>
        <w:pStyle w:val="NormalWeb"/>
      </w:pPr>
      <w:r>
        <w:t>Summer water is different from autumn water.</w:t>
      </w:r>
    </w:p>
    <w:p w14:paraId="497705D0" w14:textId="77777777" w:rsidR="003D7839" w:rsidRDefault="003D7839" w:rsidP="003D7839">
      <w:pPr>
        <w:pStyle w:val="NormalWeb"/>
      </w:pPr>
      <w:r>
        <w:t>Autumn water is different from winter water.</w:t>
      </w:r>
    </w:p>
    <w:p w14:paraId="7626D55A" w14:textId="77777777" w:rsidR="003D7839" w:rsidRDefault="003D7839" w:rsidP="003D7839">
      <w:pPr>
        <w:pStyle w:val="NormalWeb"/>
      </w:pPr>
      <w:r>
        <w:t>Successful water management recognizes these seasonal differences and adjusts monitoring and management practices accordingly.</w:t>
      </w:r>
    </w:p>
    <w:p w14:paraId="4AD3CC5D" w14:textId="77777777" w:rsidR="003D7839" w:rsidRDefault="003D7839" w:rsidP="003D7839">
      <w:pPr>
        <w:pStyle w:val="NormalWeb"/>
      </w:pPr>
      <w:r>
        <w:t>The objective is not to fight nature.</w:t>
      </w:r>
    </w:p>
    <w:p w14:paraId="3A53F090" w14:textId="77777777" w:rsidR="003D7839" w:rsidRDefault="003D7839" w:rsidP="003D7839">
      <w:pPr>
        <w:pStyle w:val="NormalWeb"/>
      </w:pPr>
      <w:r>
        <w:t>The objective is to understand it.</w:t>
      </w:r>
    </w:p>
    <w:p w14:paraId="4140A9EA" w14:textId="77777777" w:rsidR="003D7839" w:rsidRDefault="003D7839" w:rsidP="003D7839">
      <w:r>
        <w:rPr>
          <w:noProof/>
        </w:rPr>
        <mc:AlternateContent>
          <mc:Choice Requires="wps">
            <w:drawing>
              <wp:inline distT="0" distB="0" distL="0" distR="0" wp14:anchorId="1B9366EF" wp14:editId="00E0A39D">
                <wp:extent cx="6492240" cy="635"/>
                <wp:effectExtent l="0" t="0" r="10160" b="24765"/>
                <wp:docPr id="1194448784"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D6C3FA4" id="Rectangle 14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8C35B89" w14:textId="77777777" w:rsidR="003D7839" w:rsidRDefault="003D7839" w:rsidP="003D7839">
      <w:pPr>
        <w:pStyle w:val="Heading1"/>
      </w:pPr>
      <w:r>
        <w:t>THE FOUNDER'S NOTEBOOK</w:t>
      </w:r>
    </w:p>
    <w:p w14:paraId="299B7555" w14:textId="77777777" w:rsidR="003D7839" w:rsidRDefault="003D7839" w:rsidP="003D7839">
      <w:pPr>
        <w:pStyle w:val="Heading2"/>
      </w:pPr>
      <w:r>
        <w:t>Looking Beyond One Number</w:t>
      </w:r>
    </w:p>
    <w:p w14:paraId="4BF0FA32" w14:textId="77777777" w:rsidR="003D7839" w:rsidRDefault="003D7839" w:rsidP="003D7839">
      <w:pPr>
        <w:pStyle w:val="NormalWeb"/>
      </w:pPr>
      <w:r>
        <w:t>One of the biggest mistakes we see is trying to explain a water problem by looking at only one laboratory result.</w:t>
      </w:r>
    </w:p>
    <w:p w14:paraId="76BB3278" w14:textId="77777777" w:rsidR="003D7839" w:rsidRDefault="003D7839" w:rsidP="003D7839">
      <w:pPr>
        <w:pStyle w:val="NormalWeb"/>
      </w:pPr>
      <w:r>
        <w:t>Water doesn't work that way.</w:t>
      </w:r>
    </w:p>
    <w:p w14:paraId="068C0B6D" w14:textId="77777777" w:rsidR="003D7839" w:rsidRDefault="003D7839" w:rsidP="003D7839">
      <w:pPr>
        <w:pStyle w:val="NormalWeb"/>
      </w:pPr>
      <w:r>
        <w:lastRenderedPageBreak/>
        <w:t>When we investigated water quality issues in ponds, reservoirs, wastewater systems, and agricultural operations, we rarely found a single cause.</w:t>
      </w:r>
    </w:p>
    <w:p w14:paraId="459F0261" w14:textId="77777777" w:rsidR="003D7839" w:rsidRDefault="003D7839" w:rsidP="003D7839">
      <w:pPr>
        <w:pStyle w:val="NormalWeb"/>
      </w:pPr>
      <w:r>
        <w:t>Instead, we found relationships.</w:t>
      </w:r>
    </w:p>
    <w:p w14:paraId="002B1C68" w14:textId="77777777" w:rsidR="003D7839" w:rsidRDefault="003D7839" w:rsidP="003D7839">
      <w:pPr>
        <w:pStyle w:val="NormalWeb"/>
      </w:pPr>
      <w:r>
        <w:t>As temperatures increased, biological activity increased.</w:t>
      </w:r>
    </w:p>
    <w:p w14:paraId="10ED7B1B" w14:textId="77777777" w:rsidR="003D7839" w:rsidRDefault="003D7839" w:rsidP="003D7839">
      <w:pPr>
        <w:pStyle w:val="NormalWeb"/>
      </w:pPr>
      <w:r>
        <w:t>As biological activity changed, pH often changed.</w:t>
      </w:r>
    </w:p>
    <w:p w14:paraId="01986C91" w14:textId="77777777" w:rsidR="003D7839" w:rsidRDefault="003D7839" w:rsidP="003D7839">
      <w:pPr>
        <w:pStyle w:val="NormalWeb"/>
      </w:pPr>
      <w:r>
        <w:t>As conditions continued to develop, dissolved oxygen frequently declined.</w:t>
      </w:r>
    </w:p>
    <w:p w14:paraId="4F89A988" w14:textId="77777777" w:rsidR="003D7839" w:rsidRDefault="003D7839" w:rsidP="003D7839">
      <w:pPr>
        <w:pStyle w:val="NormalWeb"/>
      </w:pPr>
      <w:r>
        <w:t>Soon afterwards, producers would begin noticing odours, water discolouration, or other signs that the water body was becoming unbalanced.</w:t>
      </w:r>
    </w:p>
    <w:p w14:paraId="6F39B4E8" w14:textId="77777777" w:rsidR="003D7839" w:rsidRDefault="003D7839" w:rsidP="003D7839">
      <w:pPr>
        <w:pStyle w:val="NormalWeb"/>
      </w:pPr>
      <w:r>
        <w:t>The lesson was clear.</w:t>
      </w:r>
    </w:p>
    <w:p w14:paraId="13DE1262" w14:textId="77777777" w:rsidR="003D7839" w:rsidRDefault="003D7839" w:rsidP="003D7839">
      <w:pPr>
        <w:pStyle w:val="NormalWeb"/>
      </w:pPr>
      <w:r>
        <w:t>Never focus on one number.</w:t>
      </w:r>
    </w:p>
    <w:p w14:paraId="4973F4DF" w14:textId="77777777" w:rsidR="003D7839" w:rsidRDefault="003D7839" w:rsidP="003D7839">
      <w:pPr>
        <w:pStyle w:val="NormalWeb"/>
      </w:pPr>
      <w:r>
        <w:t>Understand the relationships between all of them.</w:t>
      </w:r>
    </w:p>
    <w:p w14:paraId="0085DC7E" w14:textId="77777777" w:rsidR="003D7839" w:rsidRDefault="003D7839" w:rsidP="003D7839">
      <w:pPr>
        <w:pStyle w:val="NormalWeb"/>
      </w:pPr>
      <w:r>
        <w:t>That philosophy continues to guide every recommendation we make.</w:t>
      </w:r>
    </w:p>
    <w:p w14:paraId="2A687A35" w14:textId="77777777" w:rsidR="003D7839" w:rsidRDefault="003D7839" w:rsidP="003D7839">
      <w:r>
        <w:rPr>
          <w:noProof/>
        </w:rPr>
        <mc:AlternateContent>
          <mc:Choice Requires="wps">
            <w:drawing>
              <wp:inline distT="0" distB="0" distL="0" distR="0" wp14:anchorId="44F167C5" wp14:editId="7C26D112">
                <wp:extent cx="6492240" cy="635"/>
                <wp:effectExtent l="0" t="0" r="10160" b="24765"/>
                <wp:docPr id="908305894"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BC57ED" id="Rectangle 14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5251215" w14:textId="77777777" w:rsidR="003D7839" w:rsidRDefault="003D7839" w:rsidP="003D7839">
      <w:pPr>
        <w:pStyle w:val="Heading1"/>
      </w:pPr>
      <w:r>
        <w:t>PUROXI INSIGHT</w:t>
      </w:r>
    </w:p>
    <w:p w14:paraId="7A3371E6" w14:textId="77777777" w:rsidR="003D7839" w:rsidRDefault="003D7839" w:rsidP="003D7839">
      <w:pPr>
        <w:pStyle w:val="NormalWeb"/>
      </w:pPr>
      <w:r>
        <w:rPr>
          <w:rStyle w:val="Strong"/>
        </w:rPr>
        <w:t>Temperature does not simply warm the water—it influences almost every biological and chemical process occurring within it.</w:t>
      </w:r>
    </w:p>
    <w:p w14:paraId="22A58AF1" w14:textId="77777777" w:rsidR="003D7839" w:rsidRDefault="003D7839" w:rsidP="003D7839">
      <w:r>
        <w:rPr>
          <w:noProof/>
        </w:rPr>
        <mc:AlternateContent>
          <mc:Choice Requires="wps">
            <w:drawing>
              <wp:inline distT="0" distB="0" distL="0" distR="0" wp14:anchorId="782FA967" wp14:editId="5782DD03">
                <wp:extent cx="6492240" cy="635"/>
                <wp:effectExtent l="0" t="0" r="10160" b="24765"/>
                <wp:docPr id="51961322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DA5B696" id="Rectangle 13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3CFFD84" w14:textId="77777777" w:rsidR="003D7839" w:rsidRDefault="003D7839" w:rsidP="003D7839">
      <w:pPr>
        <w:pStyle w:val="Heading1"/>
      </w:pPr>
      <w:r>
        <w:t>DID YOU KNOW?</w:t>
      </w:r>
    </w:p>
    <w:p w14:paraId="1D3D931D" w14:textId="77777777" w:rsidR="003D7839" w:rsidRDefault="003D7839" w:rsidP="003D7839">
      <w:pPr>
        <w:pStyle w:val="NormalWeb"/>
      </w:pPr>
      <w:r>
        <w:t>Warm water naturally holds less dissolved oxygen than cold water. At the same time, warmer temperatures generally increase biological activity, which can increase oxygen demand. Understanding both processes is essential for managing healthy water systems.</w:t>
      </w:r>
    </w:p>
    <w:p w14:paraId="5E417110" w14:textId="77777777" w:rsidR="003D7839" w:rsidRDefault="003D7839" w:rsidP="003D7839">
      <w:r>
        <w:rPr>
          <w:noProof/>
        </w:rPr>
        <mc:AlternateContent>
          <mc:Choice Requires="wps">
            <w:drawing>
              <wp:inline distT="0" distB="0" distL="0" distR="0" wp14:anchorId="52659B06" wp14:editId="1EF91457">
                <wp:extent cx="6492240" cy="635"/>
                <wp:effectExtent l="0" t="0" r="10160" b="24765"/>
                <wp:docPr id="996393602"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A88B30B" id="Rectangle 13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F9B4F21" w14:textId="77777777" w:rsidR="003D7839" w:rsidRDefault="003D7839" w:rsidP="003D7839">
      <w:pPr>
        <w:pStyle w:val="Heading1"/>
      </w:pPr>
      <w:r>
        <w:t>PRACTICAL TIP</w:t>
      </w:r>
    </w:p>
    <w:p w14:paraId="54375012" w14:textId="77777777" w:rsidR="003D7839" w:rsidRDefault="003D7839" w:rsidP="003D7839">
      <w:pPr>
        <w:pStyle w:val="NormalWeb"/>
      </w:pPr>
      <w:r>
        <w:t>Whenever you measure pH, also record:</w:t>
      </w:r>
    </w:p>
    <w:p w14:paraId="6907AD62" w14:textId="77777777" w:rsidR="003D7839" w:rsidRDefault="003D7839" w:rsidP="003D7839">
      <w:pPr>
        <w:numPr>
          <w:ilvl w:val="0"/>
          <w:numId w:val="16"/>
        </w:numPr>
        <w:spacing w:before="100" w:beforeAutospacing="1" w:after="100" w:afterAutospacing="1" w:line="240" w:lineRule="auto"/>
      </w:pPr>
      <w:r>
        <w:lastRenderedPageBreak/>
        <w:t xml:space="preserve">Water temperature </w:t>
      </w:r>
    </w:p>
    <w:p w14:paraId="6693898D" w14:textId="77777777" w:rsidR="003D7839" w:rsidRDefault="003D7839" w:rsidP="003D7839">
      <w:pPr>
        <w:numPr>
          <w:ilvl w:val="0"/>
          <w:numId w:val="16"/>
        </w:numPr>
        <w:spacing w:before="100" w:beforeAutospacing="1" w:after="100" w:afterAutospacing="1" w:line="240" w:lineRule="auto"/>
      </w:pPr>
      <w:r>
        <w:t xml:space="preserve">Dissolved oxygen </w:t>
      </w:r>
    </w:p>
    <w:p w14:paraId="4510D737" w14:textId="77777777" w:rsidR="003D7839" w:rsidRDefault="003D7839" w:rsidP="003D7839">
      <w:pPr>
        <w:numPr>
          <w:ilvl w:val="0"/>
          <w:numId w:val="16"/>
        </w:numPr>
        <w:spacing w:before="100" w:beforeAutospacing="1" w:after="100" w:afterAutospacing="1" w:line="240" w:lineRule="auto"/>
      </w:pPr>
      <w:r>
        <w:t xml:space="preserve">Time of day </w:t>
      </w:r>
    </w:p>
    <w:p w14:paraId="321D2F86" w14:textId="77777777" w:rsidR="003D7839" w:rsidRDefault="003D7839" w:rsidP="003D7839">
      <w:pPr>
        <w:numPr>
          <w:ilvl w:val="0"/>
          <w:numId w:val="16"/>
        </w:numPr>
        <w:spacing w:before="100" w:beforeAutospacing="1" w:after="100" w:afterAutospacing="1" w:line="240" w:lineRule="auto"/>
      </w:pPr>
      <w:r>
        <w:t xml:space="preserve">Weather conditions </w:t>
      </w:r>
    </w:p>
    <w:p w14:paraId="24B4F9A7" w14:textId="77777777" w:rsidR="003D7839" w:rsidRDefault="003D7839" w:rsidP="003D7839">
      <w:pPr>
        <w:numPr>
          <w:ilvl w:val="0"/>
          <w:numId w:val="16"/>
        </w:numPr>
        <w:spacing w:before="100" w:beforeAutospacing="1" w:after="100" w:afterAutospacing="1" w:line="240" w:lineRule="auto"/>
      </w:pPr>
      <w:r>
        <w:t xml:space="preserve">Season of the year </w:t>
      </w:r>
    </w:p>
    <w:p w14:paraId="4DDA4A91" w14:textId="77777777" w:rsidR="003D7839" w:rsidRDefault="003D7839" w:rsidP="003D7839">
      <w:pPr>
        <w:pStyle w:val="NormalWeb"/>
      </w:pPr>
      <w:r>
        <w:t>Over time, these records will help you identify patterns that cannot be seen by looking at pH alone.</w:t>
      </w:r>
    </w:p>
    <w:p w14:paraId="4A6B80C8" w14:textId="77777777" w:rsidR="003D7839" w:rsidRDefault="003D7839" w:rsidP="003D7839">
      <w:r>
        <w:rPr>
          <w:noProof/>
        </w:rPr>
        <mc:AlternateContent>
          <mc:Choice Requires="wps">
            <w:drawing>
              <wp:inline distT="0" distB="0" distL="0" distR="0" wp14:anchorId="548E1B4E" wp14:editId="6ABA6709">
                <wp:extent cx="6492240" cy="635"/>
                <wp:effectExtent l="0" t="0" r="10160" b="24765"/>
                <wp:docPr id="1449921010"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ACC8EC4" id="Rectangle 13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93845E9" w14:textId="3B8FC472" w:rsidR="003D7839" w:rsidRDefault="003D7839" w:rsidP="003D7839">
      <w:pPr>
        <w:pStyle w:val="Heading1"/>
      </w:pPr>
      <w:r>
        <w:t>QUOTE</w:t>
      </w:r>
    </w:p>
    <w:p w14:paraId="1EDEB98A" w14:textId="77777777" w:rsidR="003D7839" w:rsidRDefault="003D7839" w:rsidP="003D7839">
      <w:pPr>
        <w:pStyle w:val="NormalWeb"/>
      </w:pPr>
      <w:r>
        <w:rPr>
          <w:rStyle w:val="Strong"/>
        </w:rPr>
        <w:t>Temperature is one of the driving forces behind water chemistry. Understanding how it influences pH, dissolved oxygen, and biological activity is essential to understanding the water itself.</w:t>
      </w:r>
    </w:p>
    <w:p w14:paraId="6EBA5D0A" w14:textId="77777777" w:rsidR="003D7839" w:rsidRDefault="003D7839" w:rsidP="003D7839">
      <w:pPr>
        <w:rPr>
          <w:rStyle w:val="Strong"/>
          <w:b w:val="0"/>
          <w:bCs w:val="0"/>
        </w:rPr>
      </w:pPr>
    </w:p>
    <w:p w14:paraId="002079A0" w14:textId="7D45AC82" w:rsidR="003D7839" w:rsidRDefault="003D7839" w:rsidP="009B6162">
      <w:pPr>
        <w:jc w:val="center"/>
        <w:rPr>
          <w:rStyle w:val="Strong"/>
          <w:b w:val="0"/>
          <w:bCs w:val="0"/>
        </w:rPr>
      </w:pPr>
      <w:r>
        <w:rPr>
          <w:noProof/>
        </w:rPr>
        <w:drawing>
          <wp:inline distT="0" distB="0" distL="0" distR="0" wp14:anchorId="201CC7FF" wp14:editId="6706E50B">
            <wp:extent cx="4993472" cy="3328981"/>
            <wp:effectExtent l="0" t="0" r="0" b="0"/>
            <wp:docPr id="10536458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45888" name="Picture 1053645888"/>
                    <pic:cNvPicPr/>
                  </pic:nvPicPr>
                  <pic:blipFill>
                    <a:blip r:embed="rId14"/>
                    <a:stretch>
                      <a:fillRect/>
                    </a:stretch>
                  </pic:blipFill>
                  <pic:spPr>
                    <a:xfrm>
                      <a:off x="0" y="0"/>
                      <a:ext cx="5019924" cy="3346616"/>
                    </a:xfrm>
                    <a:prstGeom prst="rect">
                      <a:avLst/>
                    </a:prstGeom>
                  </pic:spPr>
                </pic:pic>
              </a:graphicData>
            </a:graphic>
          </wp:inline>
        </w:drawing>
      </w:r>
    </w:p>
    <w:p w14:paraId="7015CD43" w14:textId="36335637" w:rsidR="009B6162" w:rsidRDefault="003D7839" w:rsidP="009B6162">
      <w:pPr>
        <w:pStyle w:val="Heading3"/>
      </w:pPr>
      <w:r>
        <w:rPr>
          <w:rStyle w:val="Strong"/>
          <w:b/>
          <w:bCs/>
        </w:rPr>
        <w:t>Healthy Water Depends on Understanding the Entire System</w:t>
      </w:r>
    </w:p>
    <w:p w14:paraId="3D3FF543" w14:textId="77777777" w:rsidR="009B6162" w:rsidRDefault="009B6162" w:rsidP="009B6162">
      <w:pPr>
        <w:pStyle w:val="Heading2"/>
      </w:pPr>
      <w:r>
        <w:t>PUROXI PRINCIPLE</w:t>
      </w:r>
    </w:p>
    <w:p w14:paraId="59B0EC85" w14:textId="77777777" w:rsidR="009B6162" w:rsidRDefault="009B6162" w:rsidP="009B6162">
      <w:pPr>
        <w:pStyle w:val="NormalWeb"/>
      </w:pPr>
      <w:r>
        <w:rPr>
          <w:rStyle w:val="Strong"/>
        </w:rPr>
        <w:t>Water behaves as an interconnected system. When one condition changes, many others respond. Successful water management begins by understanding those relationships rather than managing individual numbers in isolation.</w:t>
      </w:r>
    </w:p>
    <w:p w14:paraId="666B4B98" w14:textId="77777777" w:rsidR="009B6162" w:rsidRPr="009B6162" w:rsidRDefault="009B6162" w:rsidP="009B6162"/>
    <w:p w14:paraId="76CF3BF7" w14:textId="77777777" w:rsidR="009B6162" w:rsidRDefault="009B6162" w:rsidP="009B6162">
      <w:pPr>
        <w:pStyle w:val="Heading1"/>
      </w:pPr>
      <w:r>
        <w:lastRenderedPageBreak/>
        <w:t>CHAPTER 6</w:t>
      </w:r>
    </w:p>
    <w:p w14:paraId="073C58B6" w14:textId="77777777" w:rsidR="009B6162" w:rsidRDefault="009B6162" w:rsidP="009B6162">
      <w:pPr>
        <w:pStyle w:val="Heading1"/>
      </w:pPr>
      <w:r>
        <w:t>pH and Water Treatment</w:t>
      </w:r>
    </w:p>
    <w:p w14:paraId="3123F9D6" w14:textId="77777777" w:rsidR="009B6162" w:rsidRDefault="009B6162" w:rsidP="009B6162">
      <w:pPr>
        <w:pStyle w:val="NormalWeb"/>
      </w:pPr>
      <w:r>
        <w:t>Understanding pH is valuable.</w:t>
      </w:r>
    </w:p>
    <w:p w14:paraId="4C3457AA" w14:textId="77777777" w:rsidR="009B6162" w:rsidRDefault="009B6162" w:rsidP="009B6162">
      <w:pPr>
        <w:pStyle w:val="NormalWeb"/>
      </w:pPr>
      <w:r>
        <w:t>Understanding how pH affects water treatment is essential.</w:t>
      </w:r>
    </w:p>
    <w:p w14:paraId="0F13F532" w14:textId="77777777" w:rsidR="009B6162" w:rsidRDefault="009B6162" w:rsidP="009B6162">
      <w:pPr>
        <w:pStyle w:val="NormalWeb"/>
      </w:pPr>
      <w:r>
        <w:t>Many water treatment problems are not caused by selecting the wrong equipment or treatment process. Instead, they occur because the water chemistry is not suitable for that process to perform at its best.</w:t>
      </w:r>
    </w:p>
    <w:p w14:paraId="0BB229E0" w14:textId="77777777" w:rsidR="009B6162" w:rsidRDefault="009B6162" w:rsidP="009B6162">
      <w:pPr>
        <w:pStyle w:val="NormalWeb"/>
      </w:pPr>
      <w:r>
        <w:t>One of the first questions we ask before recommending any treatment technology is:</w:t>
      </w:r>
    </w:p>
    <w:p w14:paraId="4CFD3E61" w14:textId="77777777" w:rsidR="009B6162" w:rsidRDefault="009B6162" w:rsidP="009B6162">
      <w:pPr>
        <w:pStyle w:val="NormalWeb"/>
      </w:pPr>
      <w:r>
        <w:rPr>
          <w:rStyle w:val="Strong"/>
        </w:rPr>
        <w:t>"Is the water chemistry helping or limiting the treatment process?"</w:t>
      </w:r>
    </w:p>
    <w:p w14:paraId="2A4EFE6F" w14:textId="77777777" w:rsidR="009B6162" w:rsidRDefault="009B6162" w:rsidP="009B6162">
      <w:pPr>
        <w:pStyle w:val="NormalWeb"/>
      </w:pPr>
      <w:r>
        <w:t>That question often leads to a completely different solution.</w:t>
      </w:r>
    </w:p>
    <w:p w14:paraId="3383B115" w14:textId="77777777" w:rsidR="009B6162" w:rsidRDefault="009B6162" w:rsidP="009B6162">
      <w:r>
        <w:rPr>
          <w:noProof/>
        </w:rPr>
        <mc:AlternateContent>
          <mc:Choice Requires="wps">
            <w:drawing>
              <wp:inline distT="0" distB="0" distL="0" distR="0" wp14:anchorId="6029E73E" wp14:editId="429915F5">
                <wp:extent cx="6492240" cy="635"/>
                <wp:effectExtent l="0" t="0" r="10160" b="24765"/>
                <wp:docPr id="1723867159"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0FE8EC8" id="Rectangle 34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E2D346A" w14:textId="77777777" w:rsidR="009B6162" w:rsidRDefault="009B6162" w:rsidP="009B6162">
      <w:pPr>
        <w:pStyle w:val="Heading1"/>
      </w:pPr>
      <w:r>
        <w:t>pH and Oxidation</w:t>
      </w:r>
    </w:p>
    <w:p w14:paraId="0740B2C8" w14:textId="77777777" w:rsidR="009B6162" w:rsidRDefault="009B6162" w:rsidP="009B6162">
      <w:pPr>
        <w:pStyle w:val="NormalWeb"/>
      </w:pPr>
      <w:r>
        <w:t>Oxidation is one of the most common processes used in water treatment.</w:t>
      </w:r>
    </w:p>
    <w:p w14:paraId="58176830" w14:textId="77777777" w:rsidR="009B6162" w:rsidRDefault="009B6162" w:rsidP="009B6162">
      <w:pPr>
        <w:pStyle w:val="NormalWeb"/>
      </w:pPr>
      <w:r>
        <w:t>It is used to:</w:t>
      </w:r>
    </w:p>
    <w:p w14:paraId="1504E8DC" w14:textId="77777777" w:rsidR="009B6162" w:rsidRDefault="009B6162" w:rsidP="009B6162">
      <w:pPr>
        <w:numPr>
          <w:ilvl w:val="0"/>
          <w:numId w:val="17"/>
        </w:numPr>
        <w:spacing w:before="100" w:beforeAutospacing="1" w:after="100" w:afterAutospacing="1" w:line="240" w:lineRule="auto"/>
      </w:pPr>
      <w:r>
        <w:t xml:space="preserve">Remove iron. </w:t>
      </w:r>
    </w:p>
    <w:p w14:paraId="7865F737" w14:textId="77777777" w:rsidR="009B6162" w:rsidRDefault="009B6162" w:rsidP="009B6162">
      <w:pPr>
        <w:numPr>
          <w:ilvl w:val="0"/>
          <w:numId w:val="17"/>
        </w:numPr>
        <w:spacing w:before="100" w:beforeAutospacing="1" w:after="100" w:afterAutospacing="1" w:line="240" w:lineRule="auto"/>
      </w:pPr>
      <w:r>
        <w:t xml:space="preserve">Remove manganese. </w:t>
      </w:r>
    </w:p>
    <w:p w14:paraId="7AC9FB21" w14:textId="77777777" w:rsidR="009B6162" w:rsidRDefault="009B6162" w:rsidP="009B6162">
      <w:pPr>
        <w:numPr>
          <w:ilvl w:val="0"/>
          <w:numId w:val="17"/>
        </w:numPr>
        <w:spacing w:before="100" w:beforeAutospacing="1" w:after="100" w:afterAutospacing="1" w:line="240" w:lineRule="auto"/>
      </w:pPr>
      <w:r>
        <w:t xml:space="preserve">Control odours. </w:t>
      </w:r>
    </w:p>
    <w:p w14:paraId="31B40E76" w14:textId="77777777" w:rsidR="009B6162" w:rsidRDefault="009B6162" w:rsidP="009B6162">
      <w:pPr>
        <w:numPr>
          <w:ilvl w:val="0"/>
          <w:numId w:val="17"/>
        </w:numPr>
        <w:spacing w:before="100" w:beforeAutospacing="1" w:after="100" w:afterAutospacing="1" w:line="240" w:lineRule="auto"/>
      </w:pPr>
      <w:r>
        <w:t xml:space="preserve">Improve water clarity. </w:t>
      </w:r>
    </w:p>
    <w:p w14:paraId="639B86E1" w14:textId="77777777" w:rsidR="009B6162" w:rsidRDefault="009B6162" w:rsidP="009B6162">
      <w:pPr>
        <w:numPr>
          <w:ilvl w:val="0"/>
          <w:numId w:val="17"/>
        </w:numPr>
        <w:spacing w:before="100" w:beforeAutospacing="1" w:after="100" w:afterAutospacing="1" w:line="240" w:lineRule="auto"/>
      </w:pPr>
      <w:r>
        <w:t xml:space="preserve">Reduce colour. </w:t>
      </w:r>
    </w:p>
    <w:p w14:paraId="6092408D" w14:textId="77777777" w:rsidR="009B6162" w:rsidRDefault="009B6162" w:rsidP="009B6162">
      <w:pPr>
        <w:numPr>
          <w:ilvl w:val="0"/>
          <w:numId w:val="17"/>
        </w:numPr>
        <w:spacing w:before="100" w:beforeAutospacing="1" w:after="100" w:afterAutospacing="1" w:line="240" w:lineRule="auto"/>
      </w:pPr>
      <w:r>
        <w:t xml:space="preserve">Improve biological conditions. </w:t>
      </w:r>
    </w:p>
    <w:p w14:paraId="65C340C1" w14:textId="77777777" w:rsidR="009B6162" w:rsidRDefault="009B6162" w:rsidP="009B6162">
      <w:pPr>
        <w:numPr>
          <w:ilvl w:val="0"/>
          <w:numId w:val="17"/>
        </w:numPr>
        <w:spacing w:before="100" w:beforeAutospacing="1" w:after="100" w:afterAutospacing="1" w:line="240" w:lineRule="auto"/>
      </w:pPr>
      <w:r>
        <w:t xml:space="preserve">Support disinfection. </w:t>
      </w:r>
    </w:p>
    <w:p w14:paraId="0E981CA9" w14:textId="77777777" w:rsidR="009B6162" w:rsidRDefault="009B6162" w:rsidP="009B6162">
      <w:pPr>
        <w:pStyle w:val="NormalWeb"/>
      </w:pPr>
      <w:r>
        <w:t>The efficiency of many oxidation processes depends heavily on water chemistry, particularly pH.</w:t>
      </w:r>
    </w:p>
    <w:p w14:paraId="7C902C20" w14:textId="77777777" w:rsidR="009B6162" w:rsidRDefault="009B6162" w:rsidP="009B6162">
      <w:pPr>
        <w:pStyle w:val="NormalWeb"/>
      </w:pPr>
      <w:r>
        <w:t>Changing the pH can significantly influence how quickly and effectively oxidation reactions occur.</w:t>
      </w:r>
    </w:p>
    <w:p w14:paraId="41F9B253" w14:textId="77777777" w:rsidR="009B6162" w:rsidRDefault="009B6162" w:rsidP="009B6162">
      <w:pPr>
        <w:pStyle w:val="NormalWeb"/>
      </w:pPr>
      <w:r>
        <w:t>Understanding this relationship often allows treatment systems to perform more efficiently while reducing operating costs.</w:t>
      </w:r>
    </w:p>
    <w:p w14:paraId="233AE6CE" w14:textId="77777777" w:rsidR="009B6162" w:rsidRDefault="009B6162" w:rsidP="009B6162">
      <w:r>
        <w:rPr>
          <w:noProof/>
        </w:rPr>
        <mc:AlternateContent>
          <mc:Choice Requires="wps">
            <w:drawing>
              <wp:inline distT="0" distB="0" distL="0" distR="0" wp14:anchorId="05EC2915" wp14:editId="4FF0AC45">
                <wp:extent cx="6492240" cy="635"/>
                <wp:effectExtent l="0" t="0" r="10160" b="24765"/>
                <wp:docPr id="671646562"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543858F" id="Rectangle 34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5B53FB5" w14:textId="77777777" w:rsidR="009B6162" w:rsidRDefault="009B6162" w:rsidP="009B6162">
      <w:pPr>
        <w:pStyle w:val="Heading1"/>
      </w:pPr>
      <w:r>
        <w:lastRenderedPageBreak/>
        <w:t>pH and Hydrogen Peroxide</w:t>
      </w:r>
    </w:p>
    <w:p w14:paraId="3559D88C" w14:textId="77777777" w:rsidR="009B6162" w:rsidRDefault="009B6162" w:rsidP="009B6162">
      <w:pPr>
        <w:pStyle w:val="NormalWeb"/>
      </w:pPr>
      <w:r>
        <w:t>Hydrogen peroxide has been one of the core technologies used by Puroxi for many years.</w:t>
      </w:r>
    </w:p>
    <w:p w14:paraId="52D54BE0" w14:textId="77777777" w:rsidR="009B6162" w:rsidRDefault="009B6162" w:rsidP="009B6162">
      <w:pPr>
        <w:pStyle w:val="NormalWeb"/>
      </w:pPr>
      <w:r>
        <w:t>Through practical field experience, we learned that the effectiveness of hydrogen peroxide is influenced by several factors, including:</w:t>
      </w:r>
    </w:p>
    <w:p w14:paraId="5BCCA21F" w14:textId="77777777" w:rsidR="009B6162" w:rsidRDefault="009B6162" w:rsidP="009B6162">
      <w:pPr>
        <w:numPr>
          <w:ilvl w:val="0"/>
          <w:numId w:val="18"/>
        </w:numPr>
        <w:spacing w:before="100" w:beforeAutospacing="1" w:after="100" w:afterAutospacing="1" w:line="240" w:lineRule="auto"/>
      </w:pPr>
      <w:r>
        <w:t xml:space="preserve">pH </w:t>
      </w:r>
    </w:p>
    <w:p w14:paraId="54745F9E" w14:textId="77777777" w:rsidR="009B6162" w:rsidRDefault="009B6162" w:rsidP="009B6162">
      <w:pPr>
        <w:numPr>
          <w:ilvl w:val="0"/>
          <w:numId w:val="18"/>
        </w:numPr>
        <w:spacing w:before="100" w:beforeAutospacing="1" w:after="100" w:afterAutospacing="1" w:line="240" w:lineRule="auto"/>
      </w:pPr>
      <w:r>
        <w:t xml:space="preserve">Temperature </w:t>
      </w:r>
    </w:p>
    <w:p w14:paraId="0F8520DE" w14:textId="77777777" w:rsidR="009B6162" w:rsidRDefault="009B6162" w:rsidP="009B6162">
      <w:pPr>
        <w:numPr>
          <w:ilvl w:val="0"/>
          <w:numId w:val="18"/>
        </w:numPr>
        <w:spacing w:before="100" w:beforeAutospacing="1" w:after="100" w:afterAutospacing="1" w:line="240" w:lineRule="auto"/>
      </w:pPr>
      <w:r>
        <w:t xml:space="preserve">Organic loading </w:t>
      </w:r>
    </w:p>
    <w:p w14:paraId="014AB0C8" w14:textId="77777777" w:rsidR="009B6162" w:rsidRDefault="009B6162" w:rsidP="009B6162">
      <w:pPr>
        <w:numPr>
          <w:ilvl w:val="0"/>
          <w:numId w:val="18"/>
        </w:numPr>
        <w:spacing w:before="100" w:beforeAutospacing="1" w:after="100" w:afterAutospacing="1" w:line="240" w:lineRule="auto"/>
      </w:pPr>
      <w:r>
        <w:t xml:space="preserve">Contact time </w:t>
      </w:r>
    </w:p>
    <w:p w14:paraId="296C8AC0" w14:textId="77777777" w:rsidR="009B6162" w:rsidRDefault="009B6162" w:rsidP="009B6162">
      <w:pPr>
        <w:numPr>
          <w:ilvl w:val="0"/>
          <w:numId w:val="18"/>
        </w:numPr>
        <w:spacing w:before="100" w:beforeAutospacing="1" w:after="100" w:afterAutospacing="1" w:line="240" w:lineRule="auto"/>
      </w:pPr>
      <w:r>
        <w:t xml:space="preserve">Water chemistry </w:t>
      </w:r>
    </w:p>
    <w:p w14:paraId="4413B407" w14:textId="77777777" w:rsidR="009B6162" w:rsidRDefault="009B6162" w:rsidP="009B6162">
      <w:pPr>
        <w:numPr>
          <w:ilvl w:val="0"/>
          <w:numId w:val="18"/>
        </w:numPr>
        <w:spacing w:before="100" w:beforeAutospacing="1" w:after="100" w:afterAutospacing="1" w:line="240" w:lineRule="auto"/>
      </w:pPr>
      <w:r>
        <w:t xml:space="preserve">Biological activity </w:t>
      </w:r>
    </w:p>
    <w:p w14:paraId="42EE5270" w14:textId="77777777" w:rsidR="009B6162" w:rsidRDefault="009B6162" w:rsidP="009B6162">
      <w:pPr>
        <w:pStyle w:val="NormalWeb"/>
      </w:pPr>
      <w:r>
        <w:t>Hydrogen peroxide should never be viewed as a product that works independently.</w:t>
      </w:r>
    </w:p>
    <w:p w14:paraId="4BDD6568" w14:textId="77777777" w:rsidR="009B6162" w:rsidRDefault="009B6162" w:rsidP="009B6162">
      <w:pPr>
        <w:pStyle w:val="NormalWeb"/>
      </w:pPr>
      <w:r>
        <w:t>It works within the chemistry of the water.</w:t>
      </w:r>
    </w:p>
    <w:p w14:paraId="07883501" w14:textId="77777777" w:rsidR="009B6162" w:rsidRDefault="009B6162" w:rsidP="009B6162">
      <w:pPr>
        <w:pStyle w:val="NormalWeb"/>
      </w:pPr>
      <w:r>
        <w:t>Understanding that chemistry allows it to be used more effectively.</w:t>
      </w:r>
    </w:p>
    <w:p w14:paraId="0F662243" w14:textId="77777777" w:rsidR="009B6162" w:rsidRDefault="009B6162" w:rsidP="009B6162">
      <w:r>
        <w:rPr>
          <w:noProof/>
        </w:rPr>
        <mc:AlternateContent>
          <mc:Choice Requires="wps">
            <w:drawing>
              <wp:inline distT="0" distB="0" distL="0" distR="0" wp14:anchorId="5F0DC242" wp14:editId="2DE24D19">
                <wp:extent cx="6492240" cy="635"/>
                <wp:effectExtent l="0" t="0" r="10160" b="24765"/>
                <wp:docPr id="657063332"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54DF3C2" id="Rectangle 34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C3D0EF9" w14:textId="77777777" w:rsidR="009B6162" w:rsidRDefault="009B6162" w:rsidP="009B6162">
      <w:pPr>
        <w:pStyle w:val="Heading1"/>
      </w:pPr>
      <w:r>
        <w:t>pH and Chlorine</w:t>
      </w:r>
    </w:p>
    <w:p w14:paraId="2D744DDC" w14:textId="77777777" w:rsidR="009B6162" w:rsidRDefault="009B6162" w:rsidP="009B6162">
      <w:pPr>
        <w:pStyle w:val="NormalWeb"/>
      </w:pPr>
      <w:r>
        <w:t>Chlorine remains one of the world's most widely used disinfectants.</w:t>
      </w:r>
    </w:p>
    <w:p w14:paraId="61DBBDDF" w14:textId="77777777" w:rsidR="009B6162" w:rsidRDefault="009B6162" w:rsidP="009B6162">
      <w:pPr>
        <w:pStyle w:val="NormalWeb"/>
      </w:pPr>
      <w:r>
        <w:t>Its performance, however, depends greatly on water chemistry.</w:t>
      </w:r>
    </w:p>
    <w:p w14:paraId="461002C1" w14:textId="77777777" w:rsidR="009B6162" w:rsidRDefault="009B6162" w:rsidP="009B6162">
      <w:pPr>
        <w:pStyle w:val="NormalWeb"/>
      </w:pPr>
      <w:r>
        <w:t>As pH changes, the balance between chlorine's active and less active forms also changes, influencing disinfection efficiency.</w:t>
      </w:r>
    </w:p>
    <w:p w14:paraId="6F4691C8" w14:textId="77777777" w:rsidR="009B6162" w:rsidRDefault="009B6162" w:rsidP="009B6162">
      <w:pPr>
        <w:pStyle w:val="NormalWeb"/>
      </w:pPr>
      <w:r>
        <w:t>For this reason, understanding pH is an important part of designing and operating effective chlorination systems.</w:t>
      </w:r>
    </w:p>
    <w:p w14:paraId="0153A689" w14:textId="77777777" w:rsidR="009B6162" w:rsidRDefault="009B6162" w:rsidP="009B6162">
      <w:r>
        <w:rPr>
          <w:noProof/>
        </w:rPr>
        <mc:AlternateContent>
          <mc:Choice Requires="wps">
            <w:drawing>
              <wp:inline distT="0" distB="0" distL="0" distR="0" wp14:anchorId="5DB479DE" wp14:editId="6FB425EB">
                <wp:extent cx="6492240" cy="635"/>
                <wp:effectExtent l="0" t="0" r="10160" b="24765"/>
                <wp:docPr id="1188887358"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9F81C12" id="Rectangle 33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128996F" w14:textId="77777777" w:rsidR="009B6162" w:rsidRDefault="009B6162" w:rsidP="009B6162">
      <w:pPr>
        <w:pStyle w:val="Heading1"/>
      </w:pPr>
      <w:r>
        <w:t>pH and Ozone</w:t>
      </w:r>
    </w:p>
    <w:p w14:paraId="0D92EBA1" w14:textId="77777777" w:rsidR="009B6162" w:rsidRDefault="009B6162" w:rsidP="009B6162">
      <w:pPr>
        <w:pStyle w:val="NormalWeb"/>
      </w:pPr>
      <w:r>
        <w:t>Ozone is one of the strongest oxidizing agents available for water treatment.</w:t>
      </w:r>
    </w:p>
    <w:p w14:paraId="58663638" w14:textId="77777777" w:rsidR="009B6162" w:rsidRDefault="009B6162" w:rsidP="009B6162">
      <w:pPr>
        <w:pStyle w:val="NormalWeb"/>
      </w:pPr>
      <w:r>
        <w:t>Its performance is influenced by many factors, including:</w:t>
      </w:r>
    </w:p>
    <w:p w14:paraId="643AF2C6" w14:textId="77777777" w:rsidR="009B6162" w:rsidRDefault="009B6162" w:rsidP="009B6162">
      <w:pPr>
        <w:numPr>
          <w:ilvl w:val="0"/>
          <w:numId w:val="19"/>
        </w:numPr>
        <w:spacing w:before="100" w:beforeAutospacing="1" w:after="100" w:afterAutospacing="1" w:line="240" w:lineRule="auto"/>
      </w:pPr>
      <w:r>
        <w:t xml:space="preserve">Water chemistry </w:t>
      </w:r>
    </w:p>
    <w:p w14:paraId="448071CB" w14:textId="77777777" w:rsidR="009B6162" w:rsidRDefault="009B6162" w:rsidP="009B6162">
      <w:pPr>
        <w:numPr>
          <w:ilvl w:val="0"/>
          <w:numId w:val="19"/>
        </w:numPr>
        <w:spacing w:before="100" w:beforeAutospacing="1" w:after="100" w:afterAutospacing="1" w:line="240" w:lineRule="auto"/>
      </w:pPr>
      <w:r>
        <w:t xml:space="preserve">Contact time </w:t>
      </w:r>
    </w:p>
    <w:p w14:paraId="0E9A46C0" w14:textId="77777777" w:rsidR="009B6162" w:rsidRDefault="009B6162" w:rsidP="009B6162">
      <w:pPr>
        <w:numPr>
          <w:ilvl w:val="0"/>
          <w:numId w:val="19"/>
        </w:numPr>
        <w:spacing w:before="100" w:beforeAutospacing="1" w:after="100" w:afterAutospacing="1" w:line="240" w:lineRule="auto"/>
      </w:pPr>
      <w:r>
        <w:lastRenderedPageBreak/>
        <w:t xml:space="preserve">Organic loading </w:t>
      </w:r>
    </w:p>
    <w:p w14:paraId="4F98EA99" w14:textId="77777777" w:rsidR="009B6162" w:rsidRDefault="009B6162" w:rsidP="009B6162">
      <w:pPr>
        <w:numPr>
          <w:ilvl w:val="0"/>
          <w:numId w:val="19"/>
        </w:numPr>
        <w:spacing w:before="100" w:beforeAutospacing="1" w:after="100" w:afterAutospacing="1" w:line="240" w:lineRule="auto"/>
      </w:pPr>
      <w:r>
        <w:t xml:space="preserve">Temperature </w:t>
      </w:r>
    </w:p>
    <w:p w14:paraId="386CC7EC" w14:textId="77777777" w:rsidR="009B6162" w:rsidRDefault="009B6162" w:rsidP="009B6162">
      <w:pPr>
        <w:numPr>
          <w:ilvl w:val="0"/>
          <w:numId w:val="19"/>
        </w:numPr>
        <w:spacing w:before="100" w:beforeAutospacing="1" w:after="100" w:afterAutospacing="1" w:line="240" w:lineRule="auto"/>
      </w:pPr>
      <w:r>
        <w:t xml:space="preserve">pH </w:t>
      </w:r>
    </w:p>
    <w:p w14:paraId="403E887E" w14:textId="77777777" w:rsidR="009B6162" w:rsidRDefault="009B6162" w:rsidP="009B6162">
      <w:pPr>
        <w:pStyle w:val="NormalWeb"/>
      </w:pPr>
      <w:r>
        <w:t>Understanding these relationships allows ozone systems to be optimized for different applications.</w:t>
      </w:r>
    </w:p>
    <w:p w14:paraId="3A0728DC" w14:textId="77777777" w:rsidR="009B6162" w:rsidRDefault="009B6162" w:rsidP="009B6162">
      <w:r>
        <w:rPr>
          <w:noProof/>
        </w:rPr>
        <mc:AlternateContent>
          <mc:Choice Requires="wps">
            <w:drawing>
              <wp:inline distT="0" distB="0" distL="0" distR="0" wp14:anchorId="6D1F9444" wp14:editId="6F87E41E">
                <wp:extent cx="6492240" cy="635"/>
                <wp:effectExtent l="0" t="0" r="10160" b="24765"/>
                <wp:docPr id="12481408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3B6CA3A" id="Rectangle 33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3FB746A8" w14:textId="77777777" w:rsidR="009B6162" w:rsidRDefault="009B6162" w:rsidP="009B6162">
      <w:pPr>
        <w:pStyle w:val="Heading1"/>
      </w:pPr>
      <w:r>
        <w:t>pH and Nanobubbles</w:t>
      </w:r>
    </w:p>
    <w:p w14:paraId="751E607D" w14:textId="77777777" w:rsidR="009B6162" w:rsidRDefault="009B6162" w:rsidP="009B6162">
      <w:pPr>
        <w:pStyle w:val="NormalWeb"/>
      </w:pPr>
      <w:r>
        <w:t>Nanobubbles have introduced new opportunities for improving water quality.</w:t>
      </w:r>
    </w:p>
    <w:p w14:paraId="296883DD" w14:textId="77777777" w:rsidR="009B6162" w:rsidRDefault="009B6162" w:rsidP="009B6162">
      <w:pPr>
        <w:pStyle w:val="NormalWeb"/>
      </w:pPr>
      <w:r>
        <w:t>Their ability to improve gas transfer, increase dissolved oxygen, and support biological processes makes them an important technology across many industries.</w:t>
      </w:r>
    </w:p>
    <w:p w14:paraId="299770B4" w14:textId="77777777" w:rsidR="009B6162" w:rsidRDefault="009B6162" w:rsidP="009B6162">
      <w:pPr>
        <w:pStyle w:val="NormalWeb"/>
      </w:pPr>
      <w:r>
        <w:t>Like every other treatment technology, nanobubbles perform within the chemistry of the water.</w:t>
      </w:r>
    </w:p>
    <w:p w14:paraId="31CB84CE" w14:textId="77777777" w:rsidR="009B6162" w:rsidRDefault="009B6162" w:rsidP="009B6162">
      <w:pPr>
        <w:pStyle w:val="NormalWeb"/>
      </w:pPr>
      <w:r>
        <w:t>Understanding pH, dissolved oxygen, temperature, and biological activity helps maximize their effectiveness.</w:t>
      </w:r>
    </w:p>
    <w:p w14:paraId="67B29D63" w14:textId="77777777" w:rsidR="009B6162" w:rsidRDefault="009B6162" w:rsidP="009B6162">
      <w:r>
        <w:rPr>
          <w:noProof/>
        </w:rPr>
        <mc:AlternateContent>
          <mc:Choice Requires="wps">
            <w:drawing>
              <wp:inline distT="0" distB="0" distL="0" distR="0" wp14:anchorId="4B4756FF" wp14:editId="0AE15778">
                <wp:extent cx="6492240" cy="635"/>
                <wp:effectExtent l="0" t="0" r="10160" b="24765"/>
                <wp:docPr id="391058641"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8F9B844" id="Rectangle 33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A4CD4E7" w14:textId="77777777" w:rsidR="009B6162" w:rsidRDefault="009B6162" w:rsidP="009B6162">
      <w:pPr>
        <w:pStyle w:val="Heading1"/>
      </w:pPr>
      <w:r>
        <w:t>pH and Ultraviolet (UV)</w:t>
      </w:r>
    </w:p>
    <w:p w14:paraId="00907804" w14:textId="77777777" w:rsidR="009B6162" w:rsidRDefault="009B6162" w:rsidP="009B6162">
      <w:pPr>
        <w:pStyle w:val="NormalWeb"/>
      </w:pPr>
      <w:r>
        <w:t>Ultraviolet disinfection is primarily influenced by water clarity, UV transmittance, and system design.</w:t>
      </w:r>
    </w:p>
    <w:p w14:paraId="4158D99D" w14:textId="77777777" w:rsidR="009B6162" w:rsidRDefault="009B6162" w:rsidP="009B6162">
      <w:pPr>
        <w:pStyle w:val="NormalWeb"/>
      </w:pPr>
      <w:r>
        <w:t>Although pH generally has less direct influence on UV than on some chemical treatment processes, it still forms part of the overall water chemistry that determines treatment performance.</w:t>
      </w:r>
    </w:p>
    <w:p w14:paraId="08A143AA" w14:textId="77777777" w:rsidR="009B6162" w:rsidRDefault="009B6162" w:rsidP="009B6162">
      <w:pPr>
        <w:pStyle w:val="NormalWeb"/>
      </w:pPr>
      <w:r>
        <w:t>Successful water treatment considers the complete system rather than a single technology.</w:t>
      </w:r>
    </w:p>
    <w:p w14:paraId="2DAD97B7" w14:textId="77777777" w:rsidR="009B6162" w:rsidRDefault="009B6162" w:rsidP="009B6162">
      <w:r>
        <w:rPr>
          <w:noProof/>
        </w:rPr>
        <mc:AlternateContent>
          <mc:Choice Requires="wps">
            <w:drawing>
              <wp:inline distT="0" distB="0" distL="0" distR="0" wp14:anchorId="01E5607A" wp14:editId="57B2DF8B">
                <wp:extent cx="6492240" cy="635"/>
                <wp:effectExtent l="0" t="0" r="10160" b="24765"/>
                <wp:docPr id="312257234"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E8DB102" id="Rectangle 33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7A221D7" w14:textId="77777777" w:rsidR="009B6162" w:rsidRDefault="009B6162" w:rsidP="009B6162">
      <w:pPr>
        <w:pStyle w:val="Heading1"/>
      </w:pPr>
      <w:r>
        <w:t>The Complete Water System</w:t>
      </w:r>
    </w:p>
    <w:p w14:paraId="21F9378F" w14:textId="77777777" w:rsidR="009B6162" w:rsidRDefault="009B6162" w:rsidP="009B6162">
      <w:pPr>
        <w:pStyle w:val="NormalWeb"/>
      </w:pPr>
      <w:r>
        <w:t>One of the most valuable lessons we have learned over the years is that no treatment technology should be evaluated in isolation.</w:t>
      </w:r>
    </w:p>
    <w:p w14:paraId="70D52590" w14:textId="77777777" w:rsidR="009B6162" w:rsidRDefault="009B6162" w:rsidP="009B6162">
      <w:pPr>
        <w:pStyle w:val="NormalWeb"/>
      </w:pPr>
      <w:r>
        <w:t>Hydrogen peroxide.</w:t>
      </w:r>
    </w:p>
    <w:p w14:paraId="3C0F037E" w14:textId="77777777" w:rsidR="009B6162" w:rsidRDefault="009B6162" w:rsidP="009B6162">
      <w:pPr>
        <w:pStyle w:val="NormalWeb"/>
      </w:pPr>
      <w:r>
        <w:t>Ozone.</w:t>
      </w:r>
    </w:p>
    <w:p w14:paraId="2705CE1E" w14:textId="77777777" w:rsidR="009B6162" w:rsidRDefault="009B6162" w:rsidP="009B6162">
      <w:pPr>
        <w:pStyle w:val="NormalWeb"/>
      </w:pPr>
      <w:r>
        <w:t>Nanobubbles.</w:t>
      </w:r>
    </w:p>
    <w:p w14:paraId="24C12A78" w14:textId="77777777" w:rsidR="009B6162" w:rsidRDefault="009B6162" w:rsidP="009B6162">
      <w:pPr>
        <w:pStyle w:val="NormalWeb"/>
      </w:pPr>
      <w:r>
        <w:lastRenderedPageBreak/>
        <w:t>Ultraviolet.</w:t>
      </w:r>
    </w:p>
    <w:p w14:paraId="218701B5" w14:textId="77777777" w:rsidR="009B6162" w:rsidRDefault="009B6162" w:rsidP="009B6162">
      <w:pPr>
        <w:pStyle w:val="NormalWeb"/>
      </w:pPr>
      <w:r>
        <w:t>Filtration.</w:t>
      </w:r>
    </w:p>
    <w:p w14:paraId="53593480" w14:textId="77777777" w:rsidR="009B6162" w:rsidRDefault="009B6162" w:rsidP="009B6162">
      <w:pPr>
        <w:pStyle w:val="NormalWeb"/>
      </w:pPr>
      <w:r>
        <w:t>Oxidation.</w:t>
      </w:r>
    </w:p>
    <w:p w14:paraId="203FF1BC" w14:textId="77777777" w:rsidR="009B6162" w:rsidRDefault="009B6162" w:rsidP="009B6162">
      <w:pPr>
        <w:pStyle w:val="NormalWeb"/>
      </w:pPr>
      <w:r>
        <w:t>All work within the chemistry of the water.</w:t>
      </w:r>
    </w:p>
    <w:p w14:paraId="50298DF7" w14:textId="77777777" w:rsidR="009B6162" w:rsidRDefault="009B6162" w:rsidP="009B6162">
      <w:pPr>
        <w:pStyle w:val="NormalWeb"/>
      </w:pPr>
      <w:r>
        <w:t>Changing the chemistry changes the performance.</w:t>
      </w:r>
    </w:p>
    <w:p w14:paraId="6538204F" w14:textId="77777777" w:rsidR="009B6162" w:rsidRDefault="009B6162" w:rsidP="009B6162">
      <w:pPr>
        <w:pStyle w:val="NormalWeb"/>
      </w:pPr>
      <w:r>
        <w:t>That is why understanding water always comes before recommending equipment.</w:t>
      </w:r>
    </w:p>
    <w:p w14:paraId="353C5FE6" w14:textId="77777777" w:rsidR="009B6162" w:rsidRDefault="009B6162" w:rsidP="009B6162">
      <w:r>
        <w:rPr>
          <w:noProof/>
        </w:rPr>
        <mc:AlternateContent>
          <mc:Choice Requires="wps">
            <w:drawing>
              <wp:inline distT="0" distB="0" distL="0" distR="0" wp14:anchorId="0436AC52" wp14:editId="407D8195">
                <wp:extent cx="6492240" cy="635"/>
                <wp:effectExtent l="0" t="0" r="10160" b="24765"/>
                <wp:docPr id="431993578"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EE0B7D9" id="Rectangle 33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837D54A" w14:textId="77777777" w:rsidR="009B6162" w:rsidRDefault="009B6162" w:rsidP="009B6162">
      <w:pPr>
        <w:pStyle w:val="Heading1"/>
      </w:pPr>
      <w:r>
        <w:t>THE FOUNDER'S NOTEBOOK</w:t>
      </w:r>
    </w:p>
    <w:p w14:paraId="40FE76D0" w14:textId="77777777" w:rsidR="009B6162" w:rsidRDefault="009B6162" w:rsidP="009B6162">
      <w:pPr>
        <w:pStyle w:val="Heading2"/>
      </w:pPr>
      <w:r>
        <w:t>The Water Decides</w:t>
      </w:r>
    </w:p>
    <w:p w14:paraId="7D20D7DC" w14:textId="77777777" w:rsidR="009B6162" w:rsidRDefault="009B6162" w:rsidP="009B6162">
      <w:pPr>
        <w:pStyle w:val="NormalWeb"/>
      </w:pPr>
      <w:r>
        <w:t>Over the years, customers have often asked us:</w:t>
      </w:r>
    </w:p>
    <w:p w14:paraId="70060C01" w14:textId="77777777" w:rsidR="009B6162" w:rsidRDefault="009B6162" w:rsidP="009B6162">
      <w:pPr>
        <w:pStyle w:val="NormalWeb"/>
      </w:pPr>
      <w:r>
        <w:rPr>
          <w:rStyle w:val="Strong"/>
        </w:rPr>
        <w:t>"Which treatment system is the best?"</w:t>
      </w:r>
    </w:p>
    <w:p w14:paraId="33077095" w14:textId="77777777" w:rsidR="009B6162" w:rsidRDefault="009B6162" w:rsidP="009B6162">
      <w:pPr>
        <w:pStyle w:val="NormalWeb"/>
      </w:pPr>
      <w:r>
        <w:t>My answer has remained remarkably consistent.</w:t>
      </w:r>
    </w:p>
    <w:p w14:paraId="3F76E576" w14:textId="77777777" w:rsidR="009B6162" w:rsidRDefault="009B6162" w:rsidP="009B6162">
      <w:pPr>
        <w:pStyle w:val="NormalWeb"/>
      </w:pPr>
      <w:r>
        <w:rPr>
          <w:rStyle w:val="Strong"/>
        </w:rPr>
        <w:t>The best treatment system is the one that matches the water.</w:t>
      </w:r>
    </w:p>
    <w:p w14:paraId="4F4DB7D5" w14:textId="77777777" w:rsidR="009B6162" w:rsidRDefault="009B6162" w:rsidP="009B6162">
      <w:pPr>
        <w:pStyle w:val="NormalWeb"/>
      </w:pPr>
      <w:r>
        <w:t>No technology is universally the best.</w:t>
      </w:r>
    </w:p>
    <w:p w14:paraId="739249A8" w14:textId="77777777" w:rsidR="009B6162" w:rsidRDefault="009B6162" w:rsidP="009B6162">
      <w:pPr>
        <w:pStyle w:val="NormalWeb"/>
      </w:pPr>
      <w:r>
        <w:t>Every technology has strengths.</w:t>
      </w:r>
    </w:p>
    <w:p w14:paraId="4E20A5B8" w14:textId="77777777" w:rsidR="009B6162" w:rsidRDefault="009B6162" w:rsidP="009B6162">
      <w:pPr>
        <w:pStyle w:val="NormalWeb"/>
      </w:pPr>
      <w:r>
        <w:t>Every technology has limitations.</w:t>
      </w:r>
    </w:p>
    <w:p w14:paraId="55826F11" w14:textId="77777777" w:rsidR="009B6162" w:rsidRDefault="009B6162" w:rsidP="009B6162">
      <w:pPr>
        <w:pStyle w:val="NormalWeb"/>
      </w:pPr>
      <w:r>
        <w:t>The water determines which approach is most appropriate.</w:t>
      </w:r>
    </w:p>
    <w:p w14:paraId="07EBB63F" w14:textId="77777777" w:rsidR="009B6162" w:rsidRDefault="009B6162" w:rsidP="009B6162">
      <w:pPr>
        <w:pStyle w:val="NormalWeb"/>
      </w:pPr>
      <w:r>
        <w:t>That is why we begin every project by asking questions before making recommendations.</w:t>
      </w:r>
    </w:p>
    <w:p w14:paraId="78BB44E8" w14:textId="77777777" w:rsidR="009B6162" w:rsidRDefault="009B6162" w:rsidP="009B6162">
      <w:pPr>
        <w:pStyle w:val="NormalWeb"/>
      </w:pPr>
      <w:r>
        <w:t>The better we understand the water, the better we can select the most effective solution.</w:t>
      </w:r>
    </w:p>
    <w:p w14:paraId="434F770F" w14:textId="77777777" w:rsidR="009B6162" w:rsidRDefault="009B6162" w:rsidP="009B6162">
      <w:r>
        <w:rPr>
          <w:noProof/>
        </w:rPr>
        <mc:AlternateContent>
          <mc:Choice Requires="wps">
            <w:drawing>
              <wp:inline distT="0" distB="0" distL="0" distR="0" wp14:anchorId="29E10905" wp14:editId="3923E121">
                <wp:extent cx="6492240" cy="635"/>
                <wp:effectExtent l="0" t="0" r="10160" b="24765"/>
                <wp:docPr id="1445760037"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88ECCF0" id="Rectangle 32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A97612D" w14:textId="77777777" w:rsidR="009B6162" w:rsidRDefault="009B6162" w:rsidP="009B6162">
      <w:pPr>
        <w:pStyle w:val="Heading1"/>
      </w:pPr>
      <w:r>
        <w:t>PUROXI INSIGHT</w:t>
      </w:r>
    </w:p>
    <w:p w14:paraId="7C77D64F" w14:textId="77777777" w:rsidR="009B6162" w:rsidRDefault="009B6162" w:rsidP="009B6162">
      <w:pPr>
        <w:pStyle w:val="NormalWeb"/>
      </w:pPr>
      <w:r>
        <w:rPr>
          <w:rStyle w:val="Strong"/>
        </w:rPr>
        <w:t>The effectiveness of any treatment technology depends not only on the equipment itself, but also on the chemistry of the water in which it is operating.</w:t>
      </w:r>
    </w:p>
    <w:p w14:paraId="1C65822C" w14:textId="77777777" w:rsidR="009B6162" w:rsidRDefault="009B6162" w:rsidP="009B6162">
      <w:r>
        <w:rPr>
          <w:noProof/>
        </w:rPr>
        <w:lastRenderedPageBreak/>
        <mc:AlternateContent>
          <mc:Choice Requires="wps">
            <w:drawing>
              <wp:inline distT="0" distB="0" distL="0" distR="0" wp14:anchorId="30808070" wp14:editId="4CCC0D2C">
                <wp:extent cx="6492240" cy="635"/>
                <wp:effectExtent l="0" t="0" r="10160" b="24765"/>
                <wp:docPr id="332172196"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067AD0C" id="Rectangle 32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D3F93FE" w14:textId="77777777" w:rsidR="009B6162" w:rsidRDefault="009B6162" w:rsidP="009B6162">
      <w:pPr>
        <w:pStyle w:val="Heading1"/>
      </w:pPr>
      <w:r>
        <w:t>DID YOU KNOW?</w:t>
      </w:r>
    </w:p>
    <w:p w14:paraId="0B1D7874" w14:textId="77777777" w:rsidR="009B6162" w:rsidRDefault="009B6162" w:rsidP="009B6162">
      <w:pPr>
        <w:pStyle w:val="NormalWeb"/>
      </w:pPr>
      <w:r>
        <w:t>Two identical treatment systems installed on different water sources can produce completely different results because each water source has its own unique chemistry.</w:t>
      </w:r>
    </w:p>
    <w:p w14:paraId="04A2B351" w14:textId="77777777" w:rsidR="009B6162" w:rsidRDefault="009B6162" w:rsidP="009B6162">
      <w:r>
        <w:rPr>
          <w:noProof/>
        </w:rPr>
        <mc:AlternateContent>
          <mc:Choice Requires="wps">
            <w:drawing>
              <wp:inline distT="0" distB="0" distL="0" distR="0" wp14:anchorId="4B222B93" wp14:editId="78EE7107">
                <wp:extent cx="6492240" cy="635"/>
                <wp:effectExtent l="0" t="0" r="10160" b="24765"/>
                <wp:docPr id="1290988133"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262B141" id="Rectangle 32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0C5CE3D" w14:textId="77777777" w:rsidR="009B6162" w:rsidRDefault="009B6162" w:rsidP="009B6162">
      <w:pPr>
        <w:pStyle w:val="Heading1"/>
      </w:pPr>
      <w:r>
        <w:t>PRACTICAL TIP</w:t>
      </w:r>
    </w:p>
    <w:p w14:paraId="6F85F39E" w14:textId="77777777" w:rsidR="009B6162" w:rsidRDefault="009B6162" w:rsidP="009B6162">
      <w:pPr>
        <w:pStyle w:val="NormalWeb"/>
      </w:pPr>
      <w:r>
        <w:t>Before changing equipment, changing chemicals, or increasing dosage rates, review the complete water chemistry.</w:t>
      </w:r>
    </w:p>
    <w:p w14:paraId="00DFDF2D" w14:textId="77777777" w:rsidR="009B6162" w:rsidRDefault="009B6162" w:rsidP="009B6162">
      <w:pPr>
        <w:pStyle w:val="NormalWeb"/>
      </w:pPr>
      <w:r>
        <w:t>In many cases, improving the water conditions allows the existing treatment process to perform significantly better.</w:t>
      </w:r>
    </w:p>
    <w:p w14:paraId="27816EAE" w14:textId="77777777" w:rsidR="009B6162" w:rsidRDefault="009B6162" w:rsidP="009B6162">
      <w:r>
        <w:rPr>
          <w:noProof/>
        </w:rPr>
        <mc:AlternateContent>
          <mc:Choice Requires="wps">
            <w:drawing>
              <wp:inline distT="0" distB="0" distL="0" distR="0" wp14:anchorId="6E731672" wp14:editId="50310BD3">
                <wp:extent cx="6492240" cy="635"/>
                <wp:effectExtent l="0" t="0" r="10160" b="24765"/>
                <wp:docPr id="1930867225"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0A4AFB9" id="Rectangle 32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B7FDEEF" w14:textId="57EBF7A3" w:rsidR="009B6162" w:rsidRDefault="009B6162" w:rsidP="009B6162">
      <w:pPr>
        <w:pStyle w:val="Heading1"/>
      </w:pPr>
      <w:r>
        <w:t>QUOTE</w:t>
      </w:r>
    </w:p>
    <w:p w14:paraId="63982E02" w14:textId="77777777" w:rsidR="009B6162" w:rsidRDefault="009B6162" w:rsidP="009B6162">
      <w:pPr>
        <w:pStyle w:val="NormalWeb"/>
      </w:pPr>
      <w:r>
        <w:rPr>
          <w:rStyle w:val="Strong"/>
        </w:rPr>
        <w:t>The best treatment system is not the most expensive or the most advanced. It is the one that best matches the water it is treating.</w:t>
      </w:r>
    </w:p>
    <w:p w14:paraId="33A3E295" w14:textId="0B5A6272" w:rsidR="003D7839" w:rsidRDefault="009B6162" w:rsidP="009B6162">
      <w:pPr>
        <w:jc w:val="center"/>
        <w:rPr>
          <w:rStyle w:val="Strong"/>
          <w:b w:val="0"/>
          <w:bCs w:val="0"/>
        </w:rPr>
      </w:pPr>
      <w:r>
        <w:rPr>
          <w:noProof/>
        </w:rPr>
        <w:drawing>
          <wp:inline distT="0" distB="0" distL="0" distR="0" wp14:anchorId="257F6211" wp14:editId="0AA71863">
            <wp:extent cx="5013636" cy="3342424"/>
            <wp:effectExtent l="0" t="0" r="3175" b="0"/>
            <wp:docPr id="5597030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1"/>
                    <a:stretch>
                      <a:fillRect/>
                    </a:stretch>
                  </pic:blipFill>
                  <pic:spPr>
                    <a:xfrm>
                      <a:off x="0" y="0"/>
                      <a:ext cx="5038305" cy="3358870"/>
                    </a:xfrm>
                    <a:prstGeom prst="rect">
                      <a:avLst/>
                    </a:prstGeom>
                  </pic:spPr>
                </pic:pic>
              </a:graphicData>
            </a:graphic>
          </wp:inline>
        </w:drawing>
      </w:r>
    </w:p>
    <w:p w14:paraId="253A25E2" w14:textId="77777777" w:rsidR="000F0E8E" w:rsidRDefault="000F0E8E" w:rsidP="000F0E8E">
      <w:pPr>
        <w:pStyle w:val="Heading1"/>
      </w:pPr>
      <w:r>
        <w:lastRenderedPageBreak/>
        <w:t>CHAPTER 7</w:t>
      </w:r>
    </w:p>
    <w:p w14:paraId="42CC1ED3" w14:textId="77777777" w:rsidR="000F0E8E" w:rsidRDefault="000F0E8E" w:rsidP="000F0E8E">
      <w:pPr>
        <w:pStyle w:val="Heading1"/>
      </w:pPr>
      <w:r>
        <w:t>pH in Everyday Applications</w:t>
      </w:r>
    </w:p>
    <w:p w14:paraId="2BC768AF" w14:textId="77777777" w:rsidR="000F0E8E" w:rsidRDefault="000F0E8E" w:rsidP="000F0E8E">
      <w:pPr>
        <w:pStyle w:val="NormalWeb"/>
      </w:pPr>
      <w:r>
        <w:t>One of the reasons pH is so important is that it influences almost every use of water.</w:t>
      </w:r>
    </w:p>
    <w:p w14:paraId="1C07C7DC" w14:textId="77777777" w:rsidR="000F0E8E" w:rsidRDefault="000F0E8E" w:rsidP="000F0E8E">
      <w:pPr>
        <w:pStyle w:val="NormalWeb"/>
      </w:pPr>
      <w:r>
        <w:t>Whether the water is intended for drinking, raising livestock, irrigating crops, producing food, supporting aquatic life, manufacturing products, or treating wastewater, pH plays an important role.</w:t>
      </w:r>
    </w:p>
    <w:p w14:paraId="718B04EE" w14:textId="77777777" w:rsidR="000F0E8E" w:rsidRDefault="000F0E8E" w:rsidP="000F0E8E">
      <w:pPr>
        <w:pStyle w:val="NormalWeb"/>
      </w:pPr>
      <w:r>
        <w:t>However, one of the greatest misconceptions in water treatment is the belief that one pH range is ideal for every application.</w:t>
      </w:r>
    </w:p>
    <w:p w14:paraId="7D491FA2" w14:textId="77777777" w:rsidR="000F0E8E" w:rsidRDefault="000F0E8E" w:rsidP="000F0E8E">
      <w:pPr>
        <w:pStyle w:val="NormalWeb"/>
      </w:pPr>
      <w:r>
        <w:t>It isn't.</w:t>
      </w:r>
    </w:p>
    <w:p w14:paraId="794F8FBF" w14:textId="77777777" w:rsidR="000F0E8E" w:rsidRDefault="000F0E8E" w:rsidP="000F0E8E">
      <w:pPr>
        <w:pStyle w:val="NormalWeb"/>
      </w:pPr>
      <w:r>
        <w:t>Different objectives require different water conditions.</w:t>
      </w:r>
    </w:p>
    <w:p w14:paraId="7C4A8300" w14:textId="77777777" w:rsidR="000F0E8E" w:rsidRDefault="000F0E8E" w:rsidP="000F0E8E">
      <w:pPr>
        <w:pStyle w:val="NormalWeb"/>
      </w:pPr>
      <w:r>
        <w:t>The key is understanding what the water needs to accomplish before deciding whether adjustment is necessary.</w:t>
      </w:r>
    </w:p>
    <w:p w14:paraId="51909780" w14:textId="77777777" w:rsidR="000F0E8E" w:rsidRDefault="000F0E8E" w:rsidP="000F0E8E">
      <w:r>
        <w:rPr>
          <w:noProof/>
        </w:rPr>
        <mc:AlternateContent>
          <mc:Choice Requires="wps">
            <w:drawing>
              <wp:inline distT="0" distB="0" distL="0" distR="0" wp14:anchorId="53D6A2BC" wp14:editId="6C2DE5AE">
                <wp:extent cx="6492240" cy="635"/>
                <wp:effectExtent l="0" t="0" r="10160" b="24765"/>
                <wp:docPr id="116854821"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5D61E75" id="Rectangle 42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3310F71F" w14:textId="77777777" w:rsidR="000F0E8E" w:rsidRDefault="000F0E8E" w:rsidP="000F0E8E">
      <w:pPr>
        <w:pStyle w:val="Heading1"/>
      </w:pPr>
      <w:r>
        <w:t>Drinking Water</w:t>
      </w:r>
    </w:p>
    <w:p w14:paraId="2CE53023" w14:textId="77777777" w:rsidR="000F0E8E" w:rsidRDefault="000F0E8E" w:rsidP="000F0E8E">
      <w:pPr>
        <w:pStyle w:val="NormalWeb"/>
      </w:pPr>
      <w:r>
        <w:t>For most people, water quality begins at the kitchen tap.</w:t>
      </w:r>
    </w:p>
    <w:p w14:paraId="6F747A51" w14:textId="77777777" w:rsidR="000F0E8E" w:rsidRDefault="000F0E8E" w:rsidP="000F0E8E">
      <w:pPr>
        <w:pStyle w:val="NormalWeb"/>
      </w:pPr>
      <w:r>
        <w:t>Safe drinking water depends on many factors, including microbiological quality, mineral content, taste, odour, clarity, and overall chemistry.</w:t>
      </w:r>
    </w:p>
    <w:p w14:paraId="628559D4" w14:textId="77777777" w:rsidR="000F0E8E" w:rsidRDefault="000F0E8E" w:rsidP="000F0E8E">
      <w:pPr>
        <w:pStyle w:val="NormalWeb"/>
      </w:pPr>
      <w:r>
        <w:t>pH influences several of these characteristics, including corrosion, scaling, treatment efficiency, and consumer acceptance.</w:t>
      </w:r>
    </w:p>
    <w:p w14:paraId="30D40324" w14:textId="77777777" w:rsidR="000F0E8E" w:rsidRDefault="000F0E8E" w:rsidP="000F0E8E">
      <w:pPr>
        <w:pStyle w:val="NormalWeb"/>
      </w:pPr>
      <w:r>
        <w:t>The objective is not simply to reach a number.</w:t>
      </w:r>
    </w:p>
    <w:p w14:paraId="50894FD9" w14:textId="77777777" w:rsidR="000F0E8E" w:rsidRDefault="000F0E8E" w:rsidP="000F0E8E">
      <w:pPr>
        <w:pStyle w:val="NormalWeb"/>
      </w:pPr>
      <w:r>
        <w:t>The objective is to provide water that is safe, stable, and pleasant to drink.</w:t>
      </w:r>
    </w:p>
    <w:p w14:paraId="3EC91485" w14:textId="77777777" w:rsidR="000F0E8E" w:rsidRDefault="000F0E8E" w:rsidP="000F0E8E">
      <w:r>
        <w:rPr>
          <w:noProof/>
        </w:rPr>
        <mc:AlternateContent>
          <mc:Choice Requires="wps">
            <w:drawing>
              <wp:inline distT="0" distB="0" distL="0" distR="0" wp14:anchorId="37D126D1" wp14:editId="6DCAFB43">
                <wp:extent cx="6492240" cy="635"/>
                <wp:effectExtent l="0" t="0" r="10160" b="24765"/>
                <wp:docPr id="629221167"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91887DA" id="Rectangle 42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325003E" w14:textId="77777777" w:rsidR="000F0E8E" w:rsidRDefault="000F0E8E" w:rsidP="000F0E8E">
      <w:pPr>
        <w:pStyle w:val="Heading1"/>
      </w:pPr>
      <w:r>
        <w:t>Agriculture</w:t>
      </w:r>
    </w:p>
    <w:p w14:paraId="7D8720C3" w14:textId="77777777" w:rsidR="000F0E8E" w:rsidRDefault="000F0E8E" w:rsidP="000F0E8E">
      <w:pPr>
        <w:pStyle w:val="NormalWeb"/>
      </w:pPr>
      <w:r>
        <w:t>Water is often called the forgotten nutrient in agriculture.</w:t>
      </w:r>
    </w:p>
    <w:p w14:paraId="4400DBAA" w14:textId="77777777" w:rsidR="000F0E8E" w:rsidRDefault="000F0E8E" w:rsidP="000F0E8E">
      <w:pPr>
        <w:pStyle w:val="NormalWeb"/>
      </w:pPr>
      <w:r>
        <w:t>Plants depend upon water not only for hydration but also for transporting nutrients throughout the plant.</w:t>
      </w:r>
    </w:p>
    <w:p w14:paraId="6FF7E824" w14:textId="77777777" w:rsidR="000F0E8E" w:rsidRDefault="000F0E8E" w:rsidP="000F0E8E">
      <w:pPr>
        <w:pStyle w:val="NormalWeb"/>
      </w:pPr>
      <w:r>
        <w:lastRenderedPageBreak/>
        <w:t>Water chemistry influences nutrient availability, fertilizer efficiency, soil interactions, and overall crop performance.</w:t>
      </w:r>
    </w:p>
    <w:p w14:paraId="14918FB0" w14:textId="77777777" w:rsidR="000F0E8E" w:rsidRDefault="000F0E8E" w:rsidP="000F0E8E">
      <w:pPr>
        <w:pStyle w:val="NormalWeb"/>
      </w:pPr>
      <w:r>
        <w:t>Different crops and different growing conditions may respond differently to water chemistry.</w:t>
      </w:r>
    </w:p>
    <w:p w14:paraId="2F4207EA" w14:textId="77777777" w:rsidR="000F0E8E" w:rsidRDefault="000F0E8E" w:rsidP="000F0E8E">
      <w:pPr>
        <w:pStyle w:val="NormalWeb"/>
      </w:pPr>
      <w:r>
        <w:t>Successful producers understand that water management is an important part of crop management.</w:t>
      </w:r>
    </w:p>
    <w:p w14:paraId="13365F99" w14:textId="77777777" w:rsidR="000F0E8E" w:rsidRDefault="000F0E8E" w:rsidP="000F0E8E">
      <w:r>
        <w:rPr>
          <w:noProof/>
        </w:rPr>
        <mc:AlternateContent>
          <mc:Choice Requires="wps">
            <w:drawing>
              <wp:inline distT="0" distB="0" distL="0" distR="0" wp14:anchorId="1F16234A" wp14:editId="2F54A194">
                <wp:extent cx="6492240" cy="1270"/>
                <wp:effectExtent l="0" t="0" r="10160" b="24130"/>
                <wp:docPr id="89712859"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4C63A3" id="Rectangle 423" o:spid="_x0000_s1026" style="width:511.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" filled="f">
                <v:path arrowok="t"/>
                <w10:anchorlock/>
              </v:rect>
            </w:pict>
          </mc:Fallback>
        </mc:AlternateContent>
      </w:r>
    </w:p>
    <w:p w14:paraId="27FE1DEA" w14:textId="77777777" w:rsidR="000F0E8E" w:rsidRDefault="000F0E8E" w:rsidP="000F0E8E">
      <w:pPr>
        <w:pStyle w:val="Heading1"/>
      </w:pPr>
      <w:r>
        <w:t>Livestock Production</w:t>
      </w:r>
    </w:p>
    <w:p w14:paraId="5ACE6FB9" w14:textId="77777777" w:rsidR="000F0E8E" w:rsidRDefault="000F0E8E" w:rsidP="000F0E8E">
      <w:pPr>
        <w:pStyle w:val="NormalWeb"/>
      </w:pPr>
      <w:r>
        <w:t>Water is the most overlooked nutrient on many farms.</w:t>
      </w:r>
    </w:p>
    <w:p w14:paraId="3CA1049E" w14:textId="77777777" w:rsidR="000F0E8E" w:rsidRDefault="000F0E8E" w:rsidP="000F0E8E">
      <w:pPr>
        <w:pStyle w:val="NormalWeb"/>
      </w:pPr>
      <w:r>
        <w:t>Animals consume more water than any other nutrient, making water quality one of the most important factors influencing production.</w:t>
      </w:r>
    </w:p>
    <w:p w14:paraId="083AF745" w14:textId="77777777" w:rsidR="000F0E8E" w:rsidRDefault="000F0E8E" w:rsidP="000F0E8E">
      <w:pPr>
        <w:pStyle w:val="NormalWeb"/>
      </w:pPr>
      <w:r>
        <w:t>Over many years of practical field experience, we learned that adjusting water chemistry to suit the specific application often improved overall production performance.</w:t>
      </w:r>
    </w:p>
    <w:p w14:paraId="592CCBAF" w14:textId="77777777" w:rsidR="000F0E8E" w:rsidRDefault="000F0E8E" w:rsidP="000F0E8E">
      <w:pPr>
        <w:pStyle w:val="NormalWeb"/>
      </w:pPr>
      <w:r>
        <w:t>Rather than attempting to achieve one universal pH, we focused on creating water conditions that best supported the production objective.</w:t>
      </w:r>
    </w:p>
    <w:p w14:paraId="268EEC91" w14:textId="77777777" w:rsidR="000F0E8E" w:rsidRDefault="000F0E8E" w:rsidP="000F0E8E">
      <w:pPr>
        <w:pStyle w:val="NormalWeb"/>
      </w:pPr>
      <w:r>
        <w:t>This approach helped shift the conversation from:</w:t>
      </w:r>
    </w:p>
    <w:p w14:paraId="5416310B" w14:textId="77777777" w:rsidR="000F0E8E" w:rsidRDefault="000F0E8E" w:rsidP="000F0E8E">
      <w:pPr>
        <w:pStyle w:val="NormalWeb"/>
      </w:pPr>
      <w:r>
        <w:rPr>
          <w:rStyle w:val="Strong"/>
        </w:rPr>
        <w:t>"What should the pH be?"</w:t>
      </w:r>
    </w:p>
    <w:p w14:paraId="72645FF0" w14:textId="77777777" w:rsidR="000F0E8E" w:rsidRDefault="000F0E8E" w:rsidP="000F0E8E">
      <w:pPr>
        <w:pStyle w:val="NormalWeb"/>
      </w:pPr>
      <w:r>
        <w:t>to</w:t>
      </w:r>
    </w:p>
    <w:p w14:paraId="0FC17E70" w14:textId="77777777" w:rsidR="000F0E8E" w:rsidRDefault="000F0E8E" w:rsidP="000F0E8E">
      <w:pPr>
        <w:pStyle w:val="NormalWeb"/>
      </w:pPr>
      <w:r>
        <w:rPr>
          <w:rStyle w:val="Strong"/>
        </w:rPr>
        <w:t>"What water conditions best support healthy, efficient production?"</w:t>
      </w:r>
    </w:p>
    <w:p w14:paraId="0D1C5918" w14:textId="77777777" w:rsidR="000F0E8E" w:rsidRDefault="000F0E8E" w:rsidP="000F0E8E">
      <w:pPr>
        <w:pStyle w:val="NormalWeb"/>
      </w:pPr>
      <w:r>
        <w:t>That philosophy continues to guide our recommendations today.</w:t>
      </w:r>
    </w:p>
    <w:p w14:paraId="1392AF5C" w14:textId="77777777" w:rsidR="000F0E8E" w:rsidRDefault="000F0E8E" w:rsidP="000F0E8E">
      <w:r>
        <w:rPr>
          <w:noProof/>
        </w:rPr>
        <mc:AlternateContent>
          <mc:Choice Requires="wps">
            <w:drawing>
              <wp:inline distT="0" distB="0" distL="0" distR="0" wp14:anchorId="5CC7807B" wp14:editId="6C98E717">
                <wp:extent cx="6492240" cy="635"/>
                <wp:effectExtent l="0" t="0" r="10160" b="24765"/>
                <wp:docPr id="661657073"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7C2ADED" id="Rectangle 42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D5E1464" w14:textId="77777777" w:rsidR="000F0E8E" w:rsidRDefault="000F0E8E" w:rsidP="000F0E8E">
      <w:pPr>
        <w:pStyle w:val="Heading1"/>
      </w:pPr>
      <w:r>
        <w:t>Aquaculture</w:t>
      </w:r>
    </w:p>
    <w:p w14:paraId="1D413478" w14:textId="77777777" w:rsidR="000F0E8E" w:rsidRDefault="000F0E8E" w:rsidP="000F0E8E">
      <w:pPr>
        <w:pStyle w:val="NormalWeb"/>
      </w:pPr>
      <w:r>
        <w:t>In aquaculture, water is more than a drinking source.</w:t>
      </w:r>
    </w:p>
    <w:p w14:paraId="6986A7E6" w14:textId="77777777" w:rsidR="000F0E8E" w:rsidRDefault="000F0E8E" w:rsidP="000F0E8E">
      <w:pPr>
        <w:pStyle w:val="NormalWeb"/>
      </w:pPr>
      <w:r>
        <w:t>It is the environment in which fish, shrimp, shellfish, and other aquatic organisms live every moment of their lives.</w:t>
      </w:r>
    </w:p>
    <w:p w14:paraId="6DE40741" w14:textId="77777777" w:rsidR="000F0E8E" w:rsidRDefault="000F0E8E" w:rsidP="000F0E8E">
      <w:pPr>
        <w:pStyle w:val="NormalWeb"/>
      </w:pPr>
      <w:r>
        <w:t>Changes in pH influence biological activity, dissolved oxygen, nutrient availability, ammonia toxicity, and the overall stability of the aquatic environment.</w:t>
      </w:r>
    </w:p>
    <w:p w14:paraId="5FF74D9C" w14:textId="77777777" w:rsidR="000F0E8E" w:rsidRDefault="000F0E8E" w:rsidP="000F0E8E">
      <w:pPr>
        <w:pStyle w:val="NormalWeb"/>
      </w:pPr>
      <w:r>
        <w:lastRenderedPageBreak/>
        <w:t>Maintaining stable water conditions is often more important than making frequent adjustments to reach one specific number.</w:t>
      </w:r>
    </w:p>
    <w:p w14:paraId="2D694366" w14:textId="77777777" w:rsidR="000F0E8E" w:rsidRDefault="000F0E8E" w:rsidP="000F0E8E">
      <w:r>
        <w:rPr>
          <w:noProof/>
        </w:rPr>
        <mc:AlternateContent>
          <mc:Choice Requires="wps">
            <w:drawing>
              <wp:inline distT="0" distB="0" distL="0" distR="0" wp14:anchorId="40E65996" wp14:editId="6007AF79">
                <wp:extent cx="6492240" cy="635"/>
                <wp:effectExtent l="0" t="0" r="10160" b="24765"/>
                <wp:docPr id="101766607"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79B504F" id="Rectangle 41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3A4B5ED8" w14:textId="77777777" w:rsidR="000F0E8E" w:rsidRDefault="000F0E8E" w:rsidP="000F0E8E">
      <w:pPr>
        <w:pStyle w:val="Heading1"/>
      </w:pPr>
      <w:r>
        <w:t>Lakes and Reservoirs</w:t>
      </w:r>
    </w:p>
    <w:p w14:paraId="7882668C" w14:textId="77777777" w:rsidR="000F0E8E" w:rsidRDefault="000F0E8E" w:rsidP="000F0E8E">
      <w:pPr>
        <w:pStyle w:val="NormalWeb"/>
      </w:pPr>
      <w:r>
        <w:t>Natural water bodies continuously change.</w:t>
      </w:r>
    </w:p>
    <w:p w14:paraId="3DA50025" w14:textId="77777777" w:rsidR="000F0E8E" w:rsidRDefault="000F0E8E" w:rsidP="000F0E8E">
      <w:pPr>
        <w:pStyle w:val="NormalWeb"/>
      </w:pPr>
      <w:r>
        <w:t>Daily sunlight.</w:t>
      </w:r>
    </w:p>
    <w:p w14:paraId="7E036BDF" w14:textId="77777777" w:rsidR="000F0E8E" w:rsidRDefault="000F0E8E" w:rsidP="000F0E8E">
      <w:pPr>
        <w:pStyle w:val="NormalWeb"/>
      </w:pPr>
      <w:r>
        <w:t>Seasonal temperature.</w:t>
      </w:r>
    </w:p>
    <w:p w14:paraId="644E4172" w14:textId="77777777" w:rsidR="000F0E8E" w:rsidRDefault="000F0E8E" w:rsidP="000F0E8E">
      <w:pPr>
        <w:pStyle w:val="NormalWeb"/>
      </w:pPr>
      <w:r>
        <w:t>Rainfall.</w:t>
      </w:r>
    </w:p>
    <w:p w14:paraId="2931A0C9" w14:textId="77777777" w:rsidR="000F0E8E" w:rsidRDefault="000F0E8E" w:rsidP="000F0E8E">
      <w:pPr>
        <w:pStyle w:val="NormalWeb"/>
      </w:pPr>
      <w:r>
        <w:t>Wind.</w:t>
      </w:r>
    </w:p>
    <w:p w14:paraId="6FF207D9" w14:textId="77777777" w:rsidR="000F0E8E" w:rsidRDefault="000F0E8E" w:rsidP="000F0E8E">
      <w:pPr>
        <w:pStyle w:val="NormalWeb"/>
      </w:pPr>
      <w:r>
        <w:t>Biological activity.</w:t>
      </w:r>
    </w:p>
    <w:p w14:paraId="3323FEF4" w14:textId="77777777" w:rsidR="000F0E8E" w:rsidRDefault="000F0E8E" w:rsidP="000F0E8E">
      <w:pPr>
        <w:pStyle w:val="NormalWeb"/>
      </w:pPr>
      <w:r>
        <w:t>Nutrient loading.</w:t>
      </w:r>
    </w:p>
    <w:p w14:paraId="06F89882" w14:textId="77777777" w:rsidR="000F0E8E" w:rsidRDefault="000F0E8E" w:rsidP="000F0E8E">
      <w:pPr>
        <w:pStyle w:val="NormalWeb"/>
      </w:pPr>
      <w:r>
        <w:t>All influence water chemistry.</w:t>
      </w:r>
    </w:p>
    <w:p w14:paraId="09FF59BE" w14:textId="77777777" w:rsidR="000F0E8E" w:rsidRDefault="000F0E8E" w:rsidP="000F0E8E">
      <w:pPr>
        <w:pStyle w:val="NormalWeb"/>
      </w:pPr>
      <w:r>
        <w:t>When evaluating lakes, reservoirs, decorative ponds, or wastewater lagoons, pH should always be considered alongside dissolved oxygen, temperature, biological activity, and nutrient conditions.</w:t>
      </w:r>
    </w:p>
    <w:p w14:paraId="24228F70" w14:textId="77777777" w:rsidR="000F0E8E" w:rsidRDefault="000F0E8E" w:rsidP="000F0E8E">
      <w:pPr>
        <w:pStyle w:val="NormalWeb"/>
      </w:pPr>
      <w:r>
        <w:t>Looking at only one parameter rarely provides the complete picture.</w:t>
      </w:r>
    </w:p>
    <w:p w14:paraId="5CE5851E" w14:textId="77777777" w:rsidR="000F0E8E" w:rsidRDefault="000F0E8E" w:rsidP="000F0E8E">
      <w:r>
        <w:rPr>
          <w:noProof/>
        </w:rPr>
        <mc:AlternateContent>
          <mc:Choice Requires="wps">
            <w:drawing>
              <wp:inline distT="0" distB="0" distL="0" distR="0" wp14:anchorId="21E3A8F3" wp14:editId="35D52CA6">
                <wp:extent cx="6492240" cy="635"/>
                <wp:effectExtent l="0" t="0" r="10160" b="24765"/>
                <wp:docPr id="687613249"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2807EA2" id="Rectangle 41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C30AA09" w14:textId="77777777" w:rsidR="000F0E8E" w:rsidRDefault="000F0E8E" w:rsidP="000F0E8E">
      <w:pPr>
        <w:pStyle w:val="Heading1"/>
      </w:pPr>
      <w:r>
        <w:t>Municipal Water</w:t>
      </w:r>
    </w:p>
    <w:p w14:paraId="21F808D1" w14:textId="77777777" w:rsidR="000F0E8E" w:rsidRDefault="000F0E8E" w:rsidP="000F0E8E">
      <w:pPr>
        <w:pStyle w:val="NormalWeb"/>
      </w:pPr>
      <w:r>
        <w:t>Municipal treatment facilities manage large volumes of water serving entire communities.</w:t>
      </w:r>
    </w:p>
    <w:p w14:paraId="437702D5" w14:textId="77777777" w:rsidR="000F0E8E" w:rsidRDefault="000F0E8E" w:rsidP="000F0E8E">
      <w:pPr>
        <w:pStyle w:val="NormalWeb"/>
      </w:pPr>
      <w:r>
        <w:t>Water chemistry influences treatment processes, infrastructure protection, regulatory compliance, and consumer satisfaction.</w:t>
      </w:r>
    </w:p>
    <w:p w14:paraId="47B4751A" w14:textId="77777777" w:rsidR="000F0E8E" w:rsidRDefault="000F0E8E" w:rsidP="000F0E8E">
      <w:pPr>
        <w:pStyle w:val="NormalWeb"/>
      </w:pPr>
      <w:r>
        <w:t>Maintaining consistent water quality requires understanding how all water quality parameters interact throughout the treatment and distribution system.</w:t>
      </w:r>
    </w:p>
    <w:p w14:paraId="70FD4A79" w14:textId="77777777" w:rsidR="000F0E8E" w:rsidRDefault="000F0E8E" w:rsidP="000F0E8E">
      <w:r>
        <w:rPr>
          <w:noProof/>
        </w:rPr>
        <mc:AlternateContent>
          <mc:Choice Requires="wps">
            <w:drawing>
              <wp:inline distT="0" distB="0" distL="0" distR="0" wp14:anchorId="4E1EA2E3" wp14:editId="085BBC5B">
                <wp:extent cx="6492240" cy="635"/>
                <wp:effectExtent l="0" t="0" r="10160" b="24765"/>
                <wp:docPr id="964873150"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5C6F1D9" id="Rectangle 41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01EF09A" w14:textId="77777777" w:rsidR="000F0E8E" w:rsidRDefault="000F0E8E" w:rsidP="000F0E8E">
      <w:pPr>
        <w:pStyle w:val="Heading1"/>
      </w:pPr>
      <w:r>
        <w:lastRenderedPageBreak/>
        <w:t>Industrial Water</w:t>
      </w:r>
    </w:p>
    <w:p w14:paraId="7E012C51" w14:textId="77777777" w:rsidR="000F0E8E" w:rsidRDefault="000F0E8E" w:rsidP="000F0E8E">
      <w:pPr>
        <w:pStyle w:val="NormalWeb"/>
      </w:pPr>
      <w:r>
        <w:t>Industry depends on water.</w:t>
      </w:r>
    </w:p>
    <w:p w14:paraId="0E0E209B" w14:textId="77777777" w:rsidR="000F0E8E" w:rsidRDefault="000F0E8E" w:rsidP="000F0E8E">
      <w:pPr>
        <w:pStyle w:val="NormalWeb"/>
      </w:pPr>
      <w:r>
        <w:t>Manufacturing.</w:t>
      </w:r>
    </w:p>
    <w:p w14:paraId="4F05937A" w14:textId="77777777" w:rsidR="000F0E8E" w:rsidRDefault="000F0E8E" w:rsidP="000F0E8E">
      <w:pPr>
        <w:pStyle w:val="NormalWeb"/>
      </w:pPr>
      <w:r>
        <w:t>Food processing.</w:t>
      </w:r>
    </w:p>
    <w:p w14:paraId="23F79FDD" w14:textId="77777777" w:rsidR="000F0E8E" w:rsidRDefault="000F0E8E" w:rsidP="000F0E8E">
      <w:pPr>
        <w:pStyle w:val="NormalWeb"/>
      </w:pPr>
      <w:r>
        <w:t>Mining.</w:t>
      </w:r>
    </w:p>
    <w:p w14:paraId="6DBCB461" w14:textId="77777777" w:rsidR="000F0E8E" w:rsidRDefault="000F0E8E" w:rsidP="000F0E8E">
      <w:pPr>
        <w:pStyle w:val="NormalWeb"/>
      </w:pPr>
      <w:r>
        <w:t>Power generation.</w:t>
      </w:r>
    </w:p>
    <w:p w14:paraId="7B60D7EF" w14:textId="77777777" w:rsidR="000F0E8E" w:rsidRDefault="000F0E8E" w:rsidP="000F0E8E">
      <w:pPr>
        <w:pStyle w:val="NormalWeb"/>
      </w:pPr>
      <w:r>
        <w:t>Cooling systems.</w:t>
      </w:r>
    </w:p>
    <w:p w14:paraId="4D48DED7" w14:textId="77777777" w:rsidR="000F0E8E" w:rsidRDefault="000F0E8E" w:rsidP="000F0E8E">
      <w:pPr>
        <w:pStyle w:val="NormalWeb"/>
      </w:pPr>
      <w:r>
        <w:t>Boilers.</w:t>
      </w:r>
    </w:p>
    <w:p w14:paraId="7F99B10C" w14:textId="77777777" w:rsidR="000F0E8E" w:rsidRDefault="000F0E8E" w:rsidP="000F0E8E">
      <w:pPr>
        <w:pStyle w:val="NormalWeb"/>
      </w:pPr>
      <w:r>
        <w:t>Chemical production.</w:t>
      </w:r>
    </w:p>
    <w:p w14:paraId="462A1C7C" w14:textId="77777777" w:rsidR="000F0E8E" w:rsidRDefault="000F0E8E" w:rsidP="000F0E8E">
      <w:pPr>
        <w:pStyle w:val="NormalWeb"/>
      </w:pPr>
      <w:r>
        <w:t>Every industrial process places different demands on water quality.</w:t>
      </w:r>
    </w:p>
    <w:p w14:paraId="589395F1" w14:textId="77777777" w:rsidR="000F0E8E" w:rsidRDefault="000F0E8E" w:rsidP="000F0E8E">
      <w:pPr>
        <w:pStyle w:val="NormalWeb"/>
      </w:pPr>
      <w:r>
        <w:t>Understanding pH helps improve efficiency, protect equipment, reduce maintenance, and support reliable operation.</w:t>
      </w:r>
    </w:p>
    <w:p w14:paraId="30EC10AC" w14:textId="77777777" w:rsidR="000F0E8E" w:rsidRDefault="000F0E8E" w:rsidP="000F0E8E">
      <w:r>
        <w:rPr>
          <w:noProof/>
        </w:rPr>
        <mc:AlternateContent>
          <mc:Choice Requires="wps">
            <w:drawing>
              <wp:inline distT="0" distB="0" distL="0" distR="0" wp14:anchorId="42559306" wp14:editId="67F62E36">
                <wp:extent cx="6492240" cy="635"/>
                <wp:effectExtent l="0" t="0" r="10160" b="24765"/>
                <wp:docPr id="1468337272"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2A17A35" id="Rectangle 41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B487351" w14:textId="77777777" w:rsidR="000F0E8E" w:rsidRDefault="000F0E8E" w:rsidP="000F0E8E">
      <w:pPr>
        <w:pStyle w:val="Heading1"/>
      </w:pPr>
      <w:r>
        <w:t>Wastewater Treatment</w:t>
      </w:r>
    </w:p>
    <w:p w14:paraId="557CECA6" w14:textId="77777777" w:rsidR="000F0E8E" w:rsidRDefault="000F0E8E" w:rsidP="000F0E8E">
      <w:pPr>
        <w:pStyle w:val="NormalWeb"/>
      </w:pPr>
      <w:r>
        <w:t>Wastewater treatment is one of the best examples of why water must be viewed as a complete system.</w:t>
      </w:r>
    </w:p>
    <w:p w14:paraId="348F90AB" w14:textId="77777777" w:rsidR="000F0E8E" w:rsidRDefault="000F0E8E" w:rsidP="000F0E8E">
      <w:pPr>
        <w:pStyle w:val="NormalWeb"/>
      </w:pPr>
      <w:r>
        <w:t>Biological treatment processes, oxidation, chemical reactions, nutrient removal, and odour control all respond to changing water chemistry.</w:t>
      </w:r>
    </w:p>
    <w:p w14:paraId="02ADCD56" w14:textId="77777777" w:rsidR="000F0E8E" w:rsidRDefault="000F0E8E" w:rsidP="000F0E8E">
      <w:pPr>
        <w:pStyle w:val="NormalWeb"/>
      </w:pPr>
      <w:r>
        <w:t>Understanding pH alongside temperature, dissolved oxygen, alkalinity, and biological activity allows operators to make better operational decisions.</w:t>
      </w:r>
    </w:p>
    <w:p w14:paraId="60AB0E38" w14:textId="77777777" w:rsidR="000F0E8E" w:rsidRDefault="000F0E8E" w:rsidP="000F0E8E">
      <w:r>
        <w:rPr>
          <w:noProof/>
        </w:rPr>
        <mc:AlternateContent>
          <mc:Choice Requires="wps">
            <w:drawing>
              <wp:inline distT="0" distB="0" distL="0" distR="0" wp14:anchorId="6A57B012" wp14:editId="410A964E">
                <wp:extent cx="6492240" cy="635"/>
                <wp:effectExtent l="0" t="0" r="10160" b="24765"/>
                <wp:docPr id="250303477"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3FFD7B8" id="Rectangle 41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D4D5A1B" w14:textId="77777777" w:rsidR="000F0E8E" w:rsidRDefault="000F0E8E" w:rsidP="000F0E8E">
      <w:pPr>
        <w:pStyle w:val="Heading1"/>
      </w:pPr>
      <w:r>
        <w:t>THE FOUNDER'S NOTEBOOK</w:t>
      </w:r>
    </w:p>
    <w:p w14:paraId="3B868D88" w14:textId="77777777" w:rsidR="000F0E8E" w:rsidRDefault="000F0E8E" w:rsidP="000F0E8E">
      <w:pPr>
        <w:pStyle w:val="Heading2"/>
      </w:pPr>
      <w:r>
        <w:t>Water Has a Job to Do</w:t>
      </w:r>
    </w:p>
    <w:p w14:paraId="33F07E70" w14:textId="77777777" w:rsidR="000F0E8E" w:rsidRDefault="000F0E8E" w:rsidP="000F0E8E">
      <w:pPr>
        <w:pStyle w:val="NormalWeb"/>
      </w:pPr>
      <w:r>
        <w:t>One of the most important lessons water taught us was this:</w:t>
      </w:r>
    </w:p>
    <w:p w14:paraId="2C2F54F9" w14:textId="77777777" w:rsidR="000F0E8E" w:rsidRDefault="000F0E8E" w:rsidP="000F0E8E">
      <w:pPr>
        <w:pStyle w:val="NormalWeb"/>
      </w:pPr>
      <w:r>
        <w:t>Every water source has a job.</w:t>
      </w:r>
    </w:p>
    <w:p w14:paraId="2EDB9678" w14:textId="77777777" w:rsidR="000F0E8E" w:rsidRDefault="000F0E8E" w:rsidP="000F0E8E">
      <w:pPr>
        <w:pStyle w:val="NormalWeb"/>
      </w:pPr>
      <w:r>
        <w:lastRenderedPageBreak/>
        <w:t>Sometimes that job is producing healthy livestock.</w:t>
      </w:r>
    </w:p>
    <w:p w14:paraId="39285468" w14:textId="77777777" w:rsidR="000F0E8E" w:rsidRDefault="000F0E8E" w:rsidP="000F0E8E">
      <w:pPr>
        <w:pStyle w:val="NormalWeb"/>
      </w:pPr>
      <w:r>
        <w:t>Sometimes it is growing crops.</w:t>
      </w:r>
    </w:p>
    <w:p w14:paraId="5B3AF950" w14:textId="77777777" w:rsidR="000F0E8E" w:rsidRDefault="000F0E8E" w:rsidP="000F0E8E">
      <w:pPr>
        <w:pStyle w:val="NormalWeb"/>
      </w:pPr>
      <w:r>
        <w:t>Sometimes it is raising fish.</w:t>
      </w:r>
    </w:p>
    <w:p w14:paraId="007B629C" w14:textId="77777777" w:rsidR="000F0E8E" w:rsidRDefault="000F0E8E" w:rsidP="000F0E8E">
      <w:pPr>
        <w:pStyle w:val="NormalWeb"/>
      </w:pPr>
      <w:r>
        <w:t>Sometimes it is cooling industrial equipment.</w:t>
      </w:r>
    </w:p>
    <w:p w14:paraId="1882A768" w14:textId="77777777" w:rsidR="000F0E8E" w:rsidRDefault="000F0E8E" w:rsidP="000F0E8E">
      <w:pPr>
        <w:pStyle w:val="NormalWeb"/>
      </w:pPr>
      <w:r>
        <w:t>Sometimes it is protecting public health.</w:t>
      </w:r>
    </w:p>
    <w:p w14:paraId="675D051D" w14:textId="77777777" w:rsidR="000F0E8E" w:rsidRDefault="000F0E8E" w:rsidP="000F0E8E">
      <w:pPr>
        <w:pStyle w:val="NormalWeb"/>
      </w:pPr>
      <w:r>
        <w:t>The objective always comes first.</w:t>
      </w:r>
    </w:p>
    <w:p w14:paraId="769A280C" w14:textId="77777777" w:rsidR="000F0E8E" w:rsidRDefault="000F0E8E" w:rsidP="000F0E8E">
      <w:pPr>
        <w:pStyle w:val="NormalWeb"/>
      </w:pPr>
      <w:r>
        <w:t>Once we clearly understand what the water needs to accomplish, we can begin determining whether changes in water chemistry will help achieve that objective.</w:t>
      </w:r>
    </w:p>
    <w:p w14:paraId="12FF5C48" w14:textId="77777777" w:rsidR="000F0E8E" w:rsidRDefault="000F0E8E" w:rsidP="000F0E8E">
      <w:pPr>
        <w:pStyle w:val="NormalWeb"/>
      </w:pPr>
      <w:r>
        <w:t>That simple philosophy has guided our recommendations for more than two decades.</w:t>
      </w:r>
    </w:p>
    <w:p w14:paraId="6983FCA9" w14:textId="77777777" w:rsidR="000F0E8E" w:rsidRDefault="000F0E8E" w:rsidP="000F0E8E">
      <w:r>
        <w:rPr>
          <w:noProof/>
        </w:rPr>
        <mc:AlternateContent>
          <mc:Choice Requires="wps">
            <w:drawing>
              <wp:inline distT="0" distB="0" distL="0" distR="0" wp14:anchorId="4E34FA2A" wp14:editId="616DF034">
                <wp:extent cx="6492240" cy="635"/>
                <wp:effectExtent l="0" t="0" r="10160" b="24765"/>
                <wp:docPr id="1133690816"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F030E02" id="Rectangle 40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780DCAE" w14:textId="77777777" w:rsidR="000F0E8E" w:rsidRDefault="000F0E8E" w:rsidP="000F0E8E">
      <w:pPr>
        <w:pStyle w:val="Heading1"/>
      </w:pPr>
      <w:r>
        <w:t>PUROXI INSIGHT</w:t>
      </w:r>
    </w:p>
    <w:p w14:paraId="759EA74B" w14:textId="77777777" w:rsidR="000F0E8E" w:rsidRDefault="000F0E8E" w:rsidP="000F0E8E">
      <w:pPr>
        <w:pStyle w:val="NormalWeb"/>
      </w:pPr>
      <w:r>
        <w:rPr>
          <w:rStyle w:val="Strong"/>
        </w:rPr>
        <w:t>Water should never be judged by one number. It should be evaluated by how well it performs the job it has been asked to do.</w:t>
      </w:r>
    </w:p>
    <w:p w14:paraId="6284EF44" w14:textId="77777777" w:rsidR="000F0E8E" w:rsidRDefault="000F0E8E" w:rsidP="000F0E8E">
      <w:r>
        <w:rPr>
          <w:noProof/>
        </w:rPr>
        <mc:AlternateContent>
          <mc:Choice Requires="wps">
            <w:drawing>
              <wp:inline distT="0" distB="0" distL="0" distR="0" wp14:anchorId="51A4D7A7" wp14:editId="3BF1F690">
                <wp:extent cx="6492240" cy="635"/>
                <wp:effectExtent l="0" t="0" r="10160" b="24765"/>
                <wp:docPr id="1471651275"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9D056D9" id="Rectangle 40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0DBE9AF" w14:textId="77777777" w:rsidR="000F0E8E" w:rsidRDefault="000F0E8E" w:rsidP="000F0E8E">
      <w:pPr>
        <w:pStyle w:val="Heading1"/>
      </w:pPr>
      <w:r>
        <w:t>DID YOU KNOW?</w:t>
      </w:r>
    </w:p>
    <w:p w14:paraId="2FA09A38" w14:textId="77777777" w:rsidR="000F0E8E" w:rsidRDefault="000F0E8E" w:rsidP="000F0E8E">
      <w:pPr>
        <w:pStyle w:val="NormalWeb"/>
      </w:pPr>
      <w:r>
        <w:t>The same water may perform exceptionally well in one application while performing poorly in another. The difference is often not the water itself, but the objective it is expected to support.</w:t>
      </w:r>
    </w:p>
    <w:p w14:paraId="3F49204C" w14:textId="77777777" w:rsidR="000F0E8E" w:rsidRDefault="000F0E8E" w:rsidP="000F0E8E">
      <w:r>
        <w:rPr>
          <w:noProof/>
        </w:rPr>
        <mc:AlternateContent>
          <mc:Choice Requires="wps">
            <w:drawing>
              <wp:inline distT="0" distB="0" distL="0" distR="0" wp14:anchorId="4C8CC46F" wp14:editId="4F58B329">
                <wp:extent cx="6492240" cy="635"/>
                <wp:effectExtent l="0" t="0" r="10160" b="24765"/>
                <wp:docPr id="1322457142"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79FFEFB" id="Rectangle 40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368E829" w14:textId="77777777" w:rsidR="000F0E8E" w:rsidRDefault="000F0E8E" w:rsidP="000F0E8E">
      <w:pPr>
        <w:pStyle w:val="Heading1"/>
      </w:pPr>
      <w:r>
        <w:t>PRACTICAL TIP</w:t>
      </w:r>
    </w:p>
    <w:p w14:paraId="1A9F63F5" w14:textId="77777777" w:rsidR="000F0E8E" w:rsidRDefault="000F0E8E" w:rsidP="000F0E8E">
      <w:pPr>
        <w:pStyle w:val="NormalWeb"/>
      </w:pPr>
      <w:r>
        <w:t>Before adjusting pH, ask yourself three questions:</w:t>
      </w:r>
    </w:p>
    <w:p w14:paraId="6FCA799B" w14:textId="77777777" w:rsidR="000F0E8E" w:rsidRDefault="000F0E8E" w:rsidP="000F0E8E">
      <w:pPr>
        <w:numPr>
          <w:ilvl w:val="0"/>
          <w:numId w:val="22"/>
        </w:numPr>
        <w:spacing w:before="100" w:beforeAutospacing="1" w:after="100" w:afterAutospacing="1" w:line="240" w:lineRule="auto"/>
      </w:pPr>
      <w:r>
        <w:t xml:space="preserve">What is this water being used for? </w:t>
      </w:r>
    </w:p>
    <w:p w14:paraId="45A813B6" w14:textId="77777777" w:rsidR="000F0E8E" w:rsidRDefault="000F0E8E" w:rsidP="000F0E8E">
      <w:pPr>
        <w:numPr>
          <w:ilvl w:val="0"/>
          <w:numId w:val="22"/>
        </w:numPr>
        <w:spacing w:before="100" w:beforeAutospacing="1" w:after="100" w:afterAutospacing="1" w:line="240" w:lineRule="auto"/>
      </w:pPr>
      <w:r>
        <w:t xml:space="preserve">What outcome am I trying to achieve? </w:t>
      </w:r>
    </w:p>
    <w:p w14:paraId="5C09163D" w14:textId="77777777" w:rsidR="000F0E8E" w:rsidRDefault="000F0E8E" w:rsidP="000F0E8E">
      <w:pPr>
        <w:numPr>
          <w:ilvl w:val="0"/>
          <w:numId w:val="22"/>
        </w:numPr>
        <w:spacing w:before="100" w:beforeAutospacing="1" w:after="100" w:afterAutospacing="1" w:line="240" w:lineRule="auto"/>
      </w:pPr>
      <w:r>
        <w:t xml:space="preserve">Will changing the water chemistry help accomplish that objective? </w:t>
      </w:r>
    </w:p>
    <w:p w14:paraId="63A71C4B" w14:textId="77777777" w:rsidR="000F0E8E" w:rsidRDefault="000F0E8E" w:rsidP="000F0E8E">
      <w:pPr>
        <w:pStyle w:val="NormalWeb"/>
      </w:pPr>
      <w:r>
        <w:t>If you cannot clearly answer those questions, more information may be needed before making adjustments.</w:t>
      </w:r>
    </w:p>
    <w:p w14:paraId="1CF545EF" w14:textId="77777777" w:rsidR="000F0E8E" w:rsidRDefault="000F0E8E" w:rsidP="000F0E8E">
      <w:r>
        <w:rPr>
          <w:noProof/>
        </w:rPr>
        <w:lastRenderedPageBreak/>
        <mc:AlternateContent>
          <mc:Choice Requires="wps">
            <w:drawing>
              <wp:inline distT="0" distB="0" distL="0" distR="0" wp14:anchorId="18DE07C2" wp14:editId="18DC6B7B">
                <wp:extent cx="6492240" cy="635"/>
                <wp:effectExtent l="0" t="0" r="10160" b="24765"/>
                <wp:docPr id="587393845"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11F550B" id="Rectangle 40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888AFC1" w14:textId="77777777" w:rsidR="000F0E8E" w:rsidRDefault="000F0E8E" w:rsidP="000F0E8E">
      <w:pPr>
        <w:pStyle w:val="Heading1"/>
      </w:pPr>
      <w:r>
        <w:t>PULL QUOTE</w:t>
      </w:r>
    </w:p>
    <w:p w14:paraId="7ECB2EFD" w14:textId="77777777" w:rsidR="000F0E8E" w:rsidRDefault="000F0E8E" w:rsidP="000F0E8E">
      <w:pPr>
        <w:pStyle w:val="NormalWeb"/>
      </w:pPr>
      <w:r>
        <w:rPr>
          <w:rStyle w:val="Strong"/>
        </w:rPr>
        <w:t>The purpose of water treatment is not to create perfect numbers. The purpose is to create water that performs its intended job as effectively as possible.</w:t>
      </w:r>
    </w:p>
    <w:p w14:paraId="61F267F2" w14:textId="2C67CD42" w:rsidR="000F0E8E" w:rsidRDefault="000F0E8E" w:rsidP="000F0E8E">
      <w:pPr>
        <w:pStyle w:val="NormalWeb"/>
      </w:pPr>
    </w:p>
    <w:p w14:paraId="2B8A9E7C" w14:textId="434E956A" w:rsidR="000F0E8E" w:rsidRDefault="000F0E8E" w:rsidP="000F0E8E">
      <w:pPr>
        <w:jc w:val="center"/>
      </w:pPr>
      <w:r>
        <w:rPr>
          <w:noProof/>
        </w:rPr>
        <w:drawing>
          <wp:inline distT="0" distB="0" distL="0" distR="0" wp14:anchorId="38C6EC42" wp14:editId="5C745C21">
            <wp:extent cx="5817140" cy="3878093"/>
            <wp:effectExtent l="0" t="0" r="0" b="0"/>
            <wp:docPr id="159346996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2"/>
                    <a:stretch>
                      <a:fillRect/>
                    </a:stretch>
                  </pic:blipFill>
                  <pic:spPr>
                    <a:xfrm>
                      <a:off x="0" y="0"/>
                      <a:ext cx="5845342" cy="3896894"/>
                    </a:xfrm>
                    <a:prstGeom prst="rect">
                      <a:avLst/>
                    </a:prstGeom>
                  </pic:spPr>
                </pic:pic>
              </a:graphicData>
            </a:graphic>
          </wp:inline>
        </w:drawing>
      </w:r>
    </w:p>
    <w:p w14:paraId="1FB5D56F" w14:textId="30C39399" w:rsidR="009B6162" w:rsidRDefault="009B6162" w:rsidP="009B6162">
      <w:pPr>
        <w:pStyle w:val="Heading1"/>
      </w:pPr>
      <w:r>
        <w:t>CHAPTER 8</w:t>
      </w:r>
    </w:p>
    <w:p w14:paraId="1DC9D6CC" w14:textId="77777777" w:rsidR="009B6162" w:rsidRDefault="009B6162" w:rsidP="009B6162">
      <w:pPr>
        <w:pStyle w:val="Heading1"/>
      </w:pPr>
      <w:r>
        <w:t>Common Myths About pH</w:t>
      </w:r>
    </w:p>
    <w:p w14:paraId="634210EC" w14:textId="77777777" w:rsidR="009B6162" w:rsidRDefault="009B6162" w:rsidP="009B6162">
      <w:pPr>
        <w:pStyle w:val="NormalWeb"/>
      </w:pPr>
      <w:r>
        <w:t>Few water quality parameters are misunderstood as often as pH.</w:t>
      </w:r>
    </w:p>
    <w:p w14:paraId="78900C24" w14:textId="77777777" w:rsidR="009B6162" w:rsidRDefault="009B6162" w:rsidP="009B6162">
      <w:pPr>
        <w:pStyle w:val="NormalWeb"/>
      </w:pPr>
      <w:r>
        <w:t>Over the years, we have spoken with thousands of homeowners, farmers, municipalities, consultants, and industrial operators. One thing quickly became apparent:</w:t>
      </w:r>
    </w:p>
    <w:p w14:paraId="492EBC2F" w14:textId="77777777" w:rsidR="009B6162" w:rsidRDefault="009B6162" w:rsidP="009B6162">
      <w:pPr>
        <w:pStyle w:val="NormalWeb"/>
      </w:pPr>
      <w:r>
        <w:t>Many decisions were being made based on misconceptions rather than science.</w:t>
      </w:r>
    </w:p>
    <w:p w14:paraId="20F641B3" w14:textId="77777777" w:rsidR="009B6162" w:rsidRDefault="009B6162" w:rsidP="009B6162">
      <w:pPr>
        <w:pStyle w:val="NormalWeb"/>
      </w:pPr>
      <w:r>
        <w:lastRenderedPageBreak/>
        <w:t xml:space="preserve">Understanding what pH </w:t>
      </w:r>
      <w:r>
        <w:rPr>
          <w:rStyle w:val="Strong"/>
        </w:rPr>
        <w:t>does not</w:t>
      </w:r>
      <w:r>
        <w:t xml:space="preserve"> tell us is just as important as understanding what it does.</w:t>
      </w:r>
    </w:p>
    <w:p w14:paraId="224335B6" w14:textId="77777777" w:rsidR="009B6162" w:rsidRDefault="009B6162" w:rsidP="009B6162">
      <w:pPr>
        <w:pStyle w:val="NormalWeb"/>
      </w:pPr>
      <w:r>
        <w:t>Let's examine some of the most common myths.</w:t>
      </w:r>
    </w:p>
    <w:p w14:paraId="07705E1D" w14:textId="77777777" w:rsidR="009B6162" w:rsidRDefault="009B6162" w:rsidP="009B6162">
      <w:r>
        <w:rPr>
          <w:noProof/>
        </w:rPr>
        <mc:AlternateContent>
          <mc:Choice Requires="wps">
            <w:drawing>
              <wp:inline distT="0" distB="0" distL="0" distR="0" wp14:anchorId="15AFDEA6" wp14:editId="16FD4266">
                <wp:extent cx="6492240" cy="635"/>
                <wp:effectExtent l="0" t="0" r="10160" b="24765"/>
                <wp:docPr id="411542574"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16AAFF6" id="Rectangle 31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CD72D96" w14:textId="77777777" w:rsidR="009B6162" w:rsidRDefault="009B6162" w:rsidP="009B6162">
      <w:pPr>
        <w:pStyle w:val="Heading1"/>
      </w:pPr>
      <w:r>
        <w:t>Myth #1</w:t>
      </w:r>
    </w:p>
    <w:p w14:paraId="65FCD664" w14:textId="77777777" w:rsidR="009B6162" w:rsidRDefault="009B6162" w:rsidP="009B6162">
      <w:pPr>
        <w:pStyle w:val="Heading2"/>
      </w:pPr>
      <w:r>
        <w:t>"pH 7 Is Always Perfect"</w:t>
      </w:r>
    </w:p>
    <w:p w14:paraId="2FB9A0C2" w14:textId="77777777" w:rsidR="009B6162" w:rsidRDefault="009B6162" w:rsidP="009B6162">
      <w:pPr>
        <w:pStyle w:val="NormalWeb"/>
      </w:pPr>
      <w:r>
        <w:t>This is probably the most common misconception in water treatment.</w:t>
      </w:r>
    </w:p>
    <w:p w14:paraId="7F58F190" w14:textId="77777777" w:rsidR="009B6162" w:rsidRDefault="009B6162" w:rsidP="009B6162">
      <w:pPr>
        <w:pStyle w:val="NormalWeb"/>
      </w:pPr>
      <w:r>
        <w:t>While a pH of approximately 7 is considered neutral under standard laboratory conditions, neutrality does not automatically mean it is the best pH for every application.</w:t>
      </w:r>
    </w:p>
    <w:p w14:paraId="12381F45" w14:textId="77777777" w:rsidR="009B6162" w:rsidRDefault="009B6162" w:rsidP="009B6162">
      <w:pPr>
        <w:pStyle w:val="NormalWeb"/>
      </w:pPr>
      <w:r>
        <w:t>Different objectives require different water chemistry.</w:t>
      </w:r>
    </w:p>
    <w:p w14:paraId="0E145A95" w14:textId="77777777" w:rsidR="009B6162" w:rsidRDefault="009B6162" w:rsidP="009B6162">
      <w:pPr>
        <w:pStyle w:val="NormalWeb"/>
      </w:pPr>
      <w:r>
        <w:t>The ideal pH for a drinking water system may not be the same as that for irrigation, livestock production, aquaculture, wastewater treatment, or an industrial process.</w:t>
      </w:r>
    </w:p>
    <w:p w14:paraId="3DE3C8AA" w14:textId="77777777" w:rsidR="009B6162" w:rsidRDefault="009B6162" w:rsidP="009B6162">
      <w:pPr>
        <w:pStyle w:val="NormalWeb"/>
      </w:pPr>
      <w:r>
        <w:t>Rather than asking,</w:t>
      </w:r>
    </w:p>
    <w:p w14:paraId="669606FC" w14:textId="77777777" w:rsidR="009B6162" w:rsidRDefault="009B6162" w:rsidP="009B6162">
      <w:pPr>
        <w:pStyle w:val="NormalWeb"/>
      </w:pPr>
      <w:r>
        <w:rPr>
          <w:rStyle w:val="Strong"/>
        </w:rPr>
        <w:t>"Is the pH 7?"</w:t>
      </w:r>
    </w:p>
    <w:p w14:paraId="2496DA99" w14:textId="77777777" w:rsidR="009B6162" w:rsidRDefault="009B6162" w:rsidP="009B6162">
      <w:pPr>
        <w:pStyle w:val="NormalWeb"/>
      </w:pPr>
      <w:r>
        <w:t>Ask,</w:t>
      </w:r>
    </w:p>
    <w:p w14:paraId="4A4CEC62" w14:textId="77777777" w:rsidR="009B6162" w:rsidRDefault="009B6162" w:rsidP="009B6162">
      <w:pPr>
        <w:pStyle w:val="NormalWeb"/>
      </w:pPr>
      <w:r>
        <w:rPr>
          <w:rStyle w:val="Strong"/>
        </w:rPr>
        <w:t>"Is this water performing the job it needs to do?"</w:t>
      </w:r>
    </w:p>
    <w:p w14:paraId="04154C6A" w14:textId="77777777" w:rsidR="009B6162" w:rsidRDefault="009B6162" w:rsidP="009B6162">
      <w:r>
        <w:rPr>
          <w:noProof/>
        </w:rPr>
        <mc:AlternateContent>
          <mc:Choice Requires="wps">
            <w:drawing>
              <wp:inline distT="0" distB="0" distL="0" distR="0" wp14:anchorId="0CE91076" wp14:editId="64292454">
                <wp:extent cx="6492240" cy="635"/>
                <wp:effectExtent l="0" t="0" r="10160" b="24765"/>
                <wp:docPr id="1283782762"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8C64676" id="Rectangle 31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02125B2" w14:textId="77777777" w:rsidR="009B6162" w:rsidRDefault="009B6162" w:rsidP="009B6162">
      <w:pPr>
        <w:pStyle w:val="Heading1"/>
      </w:pPr>
      <w:r>
        <w:t>Myth #2</w:t>
      </w:r>
    </w:p>
    <w:p w14:paraId="52AFF76D" w14:textId="77777777" w:rsidR="009B6162" w:rsidRDefault="009B6162" w:rsidP="009B6162">
      <w:pPr>
        <w:pStyle w:val="Heading2"/>
      </w:pPr>
      <w:r>
        <w:t>"If the Water Looks Clear, It Must Be Clean"</w:t>
      </w:r>
    </w:p>
    <w:p w14:paraId="43B401AA" w14:textId="77777777" w:rsidR="009B6162" w:rsidRDefault="009B6162" w:rsidP="009B6162">
      <w:pPr>
        <w:pStyle w:val="NormalWeb"/>
      </w:pPr>
      <w:r>
        <w:t>For many years, people judged water simply by looking at it.</w:t>
      </w:r>
    </w:p>
    <w:p w14:paraId="6BB0B444" w14:textId="77777777" w:rsidR="009B6162" w:rsidRDefault="009B6162" w:rsidP="009B6162">
      <w:pPr>
        <w:pStyle w:val="NormalWeb"/>
      </w:pPr>
      <w:r>
        <w:t>If it was clear...</w:t>
      </w:r>
    </w:p>
    <w:p w14:paraId="750088EA" w14:textId="77777777" w:rsidR="009B6162" w:rsidRDefault="009B6162" w:rsidP="009B6162">
      <w:pPr>
        <w:pStyle w:val="NormalWeb"/>
      </w:pPr>
      <w:r>
        <w:t>It must be good.</w:t>
      </w:r>
    </w:p>
    <w:p w14:paraId="30916EB9" w14:textId="77777777" w:rsidR="009B6162" w:rsidRDefault="009B6162" w:rsidP="009B6162">
      <w:pPr>
        <w:pStyle w:val="NormalWeb"/>
      </w:pPr>
      <w:r>
        <w:t>Today we know that is not true.</w:t>
      </w:r>
    </w:p>
    <w:p w14:paraId="56517078" w14:textId="77777777" w:rsidR="009B6162" w:rsidRDefault="009B6162" w:rsidP="009B6162">
      <w:pPr>
        <w:pStyle w:val="NormalWeb"/>
      </w:pPr>
      <w:r>
        <w:t>Many contaminants are invisible.</w:t>
      </w:r>
    </w:p>
    <w:p w14:paraId="0D548D74" w14:textId="77777777" w:rsidR="009B6162" w:rsidRDefault="009B6162" w:rsidP="009B6162">
      <w:pPr>
        <w:pStyle w:val="NormalWeb"/>
      </w:pPr>
      <w:r>
        <w:lastRenderedPageBreak/>
        <w:t>Many microorganisms cannot be seen.</w:t>
      </w:r>
    </w:p>
    <w:p w14:paraId="7FC35728" w14:textId="77777777" w:rsidR="009B6162" w:rsidRDefault="009B6162" w:rsidP="009B6162">
      <w:pPr>
        <w:pStyle w:val="NormalWeb"/>
      </w:pPr>
      <w:r>
        <w:t>Many dissolved minerals produce no colour at all.</w:t>
      </w:r>
    </w:p>
    <w:p w14:paraId="03F38655" w14:textId="77777777" w:rsidR="009B6162" w:rsidRDefault="009B6162" w:rsidP="009B6162">
      <w:pPr>
        <w:pStyle w:val="NormalWeb"/>
      </w:pPr>
      <w:r>
        <w:t>Water may appear crystal clear while still containing undesirable constituents.</w:t>
      </w:r>
    </w:p>
    <w:p w14:paraId="30751477" w14:textId="77777777" w:rsidR="009B6162" w:rsidRDefault="009B6162" w:rsidP="009B6162">
      <w:pPr>
        <w:pStyle w:val="NormalWeb"/>
      </w:pPr>
      <w:r>
        <w:t>At Puroxi, we often say:</w:t>
      </w:r>
    </w:p>
    <w:p w14:paraId="169EEBCE" w14:textId="77777777" w:rsidR="009B6162" w:rsidRDefault="009B6162" w:rsidP="009B6162">
      <w:pPr>
        <w:pStyle w:val="NormalWeb"/>
      </w:pPr>
      <w:r>
        <w:rPr>
          <w:rStyle w:val="Strong"/>
        </w:rPr>
        <w:t>Clear water is not always clean.</w:t>
      </w:r>
    </w:p>
    <w:p w14:paraId="69C8F7C1" w14:textId="77777777" w:rsidR="009B6162" w:rsidRDefault="009B6162" w:rsidP="009B6162">
      <w:r>
        <w:rPr>
          <w:noProof/>
        </w:rPr>
        <mc:AlternateContent>
          <mc:Choice Requires="wps">
            <w:drawing>
              <wp:inline distT="0" distB="0" distL="0" distR="0" wp14:anchorId="1963A3D4" wp14:editId="1E90B26A">
                <wp:extent cx="6492240" cy="635"/>
                <wp:effectExtent l="0" t="0" r="10160" b="24765"/>
                <wp:docPr id="161293525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8EA45DC" id="Rectangle 31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DD5909C" w14:textId="77777777" w:rsidR="009B6162" w:rsidRDefault="009B6162" w:rsidP="009B6162">
      <w:pPr>
        <w:pStyle w:val="Heading1"/>
      </w:pPr>
      <w:r>
        <w:t>Myth #3</w:t>
      </w:r>
    </w:p>
    <w:p w14:paraId="6519A748" w14:textId="77777777" w:rsidR="009B6162" w:rsidRDefault="009B6162" w:rsidP="009B6162">
      <w:pPr>
        <w:pStyle w:val="Heading2"/>
      </w:pPr>
      <w:r>
        <w:t>"If the Water Is Clean, It Must Be Nutritional"</w:t>
      </w:r>
    </w:p>
    <w:p w14:paraId="2433639A" w14:textId="77777777" w:rsidR="009B6162" w:rsidRDefault="009B6162" w:rsidP="009B6162">
      <w:pPr>
        <w:pStyle w:val="NormalWeb"/>
      </w:pPr>
      <w:r>
        <w:t>This is another misconception we encountered repeatedly.</w:t>
      </w:r>
    </w:p>
    <w:p w14:paraId="6280DABE" w14:textId="77777777" w:rsidR="009B6162" w:rsidRDefault="009B6162" w:rsidP="009B6162">
      <w:pPr>
        <w:pStyle w:val="NormalWeb"/>
      </w:pPr>
      <w:r>
        <w:t>Water may satisfy drinking water standards and still not provide the optimum chemistry for agriculture, livestock, aquaculture, or crop production.</w:t>
      </w:r>
    </w:p>
    <w:p w14:paraId="04549606" w14:textId="77777777" w:rsidR="009B6162" w:rsidRDefault="009B6162" w:rsidP="009B6162">
      <w:pPr>
        <w:pStyle w:val="NormalWeb"/>
      </w:pPr>
      <w:r>
        <w:t>Meeting minimum standards and optimizing performance are two different objectives.</w:t>
      </w:r>
    </w:p>
    <w:p w14:paraId="3C0C2658" w14:textId="77777777" w:rsidR="009B6162" w:rsidRDefault="009B6162" w:rsidP="009B6162">
      <w:pPr>
        <w:pStyle w:val="NormalWeb"/>
      </w:pPr>
      <w:r>
        <w:t>Understanding that difference changes the entire conversation.</w:t>
      </w:r>
    </w:p>
    <w:p w14:paraId="3927C05B" w14:textId="77777777" w:rsidR="009B6162" w:rsidRDefault="009B6162" w:rsidP="009B6162">
      <w:r>
        <w:rPr>
          <w:noProof/>
        </w:rPr>
        <mc:AlternateContent>
          <mc:Choice Requires="wps">
            <w:drawing>
              <wp:inline distT="0" distB="0" distL="0" distR="0" wp14:anchorId="30196167" wp14:editId="58BA7E8A">
                <wp:extent cx="6492240" cy="635"/>
                <wp:effectExtent l="0" t="0" r="10160" b="24765"/>
                <wp:docPr id="1089972069"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0A423B0" id="Rectangle 31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50B3A5A" w14:textId="77777777" w:rsidR="009B6162" w:rsidRDefault="009B6162" w:rsidP="009B6162">
      <w:pPr>
        <w:pStyle w:val="Heading1"/>
      </w:pPr>
      <w:r>
        <w:t>Myth #4</w:t>
      </w:r>
    </w:p>
    <w:p w14:paraId="5ACA599F" w14:textId="77777777" w:rsidR="009B6162" w:rsidRDefault="009B6162" w:rsidP="009B6162">
      <w:pPr>
        <w:pStyle w:val="Heading2"/>
      </w:pPr>
      <w:r>
        <w:t>"pH Never Changes"</w:t>
      </w:r>
    </w:p>
    <w:p w14:paraId="1FDD1B2E" w14:textId="77777777" w:rsidR="009B6162" w:rsidRDefault="009B6162" w:rsidP="009B6162">
      <w:pPr>
        <w:pStyle w:val="NormalWeb"/>
      </w:pPr>
      <w:r>
        <w:t>Nothing could be further from the truth.</w:t>
      </w:r>
    </w:p>
    <w:p w14:paraId="00687534" w14:textId="77777777" w:rsidR="009B6162" w:rsidRDefault="009B6162" w:rsidP="009B6162">
      <w:pPr>
        <w:pStyle w:val="NormalWeb"/>
      </w:pPr>
      <w:r>
        <w:t>Water is constantly responding to:</w:t>
      </w:r>
    </w:p>
    <w:p w14:paraId="4264F5ED" w14:textId="77777777" w:rsidR="009B6162" w:rsidRDefault="009B6162" w:rsidP="009B6162">
      <w:pPr>
        <w:numPr>
          <w:ilvl w:val="0"/>
          <w:numId w:val="20"/>
        </w:numPr>
        <w:spacing w:before="100" w:beforeAutospacing="1" w:after="100" w:afterAutospacing="1" w:line="240" w:lineRule="auto"/>
      </w:pPr>
      <w:r>
        <w:t xml:space="preserve">Temperature </w:t>
      </w:r>
    </w:p>
    <w:p w14:paraId="363B5B1E" w14:textId="77777777" w:rsidR="009B6162" w:rsidRDefault="009B6162" w:rsidP="009B6162">
      <w:pPr>
        <w:numPr>
          <w:ilvl w:val="0"/>
          <w:numId w:val="20"/>
        </w:numPr>
        <w:spacing w:before="100" w:beforeAutospacing="1" w:after="100" w:afterAutospacing="1" w:line="240" w:lineRule="auto"/>
      </w:pPr>
      <w:r>
        <w:t xml:space="preserve">Rainfall </w:t>
      </w:r>
    </w:p>
    <w:p w14:paraId="1E2363D8" w14:textId="77777777" w:rsidR="009B6162" w:rsidRDefault="009B6162" w:rsidP="009B6162">
      <w:pPr>
        <w:numPr>
          <w:ilvl w:val="0"/>
          <w:numId w:val="20"/>
        </w:numPr>
        <w:spacing w:before="100" w:beforeAutospacing="1" w:after="100" w:afterAutospacing="1" w:line="240" w:lineRule="auto"/>
      </w:pPr>
      <w:r>
        <w:t xml:space="preserve">Groundwater recharge </w:t>
      </w:r>
    </w:p>
    <w:p w14:paraId="4EBA160E" w14:textId="77777777" w:rsidR="009B6162" w:rsidRDefault="009B6162" w:rsidP="009B6162">
      <w:pPr>
        <w:numPr>
          <w:ilvl w:val="0"/>
          <w:numId w:val="20"/>
        </w:numPr>
        <w:spacing w:before="100" w:beforeAutospacing="1" w:after="100" w:afterAutospacing="1" w:line="240" w:lineRule="auto"/>
      </w:pPr>
      <w:r>
        <w:t xml:space="preserve">Carbon dioxide </w:t>
      </w:r>
    </w:p>
    <w:p w14:paraId="53ED06F4" w14:textId="77777777" w:rsidR="009B6162" w:rsidRDefault="009B6162" w:rsidP="009B6162">
      <w:pPr>
        <w:numPr>
          <w:ilvl w:val="0"/>
          <w:numId w:val="20"/>
        </w:numPr>
        <w:spacing w:before="100" w:beforeAutospacing="1" w:after="100" w:afterAutospacing="1" w:line="240" w:lineRule="auto"/>
      </w:pPr>
      <w:r>
        <w:t xml:space="preserve">Biological activity </w:t>
      </w:r>
    </w:p>
    <w:p w14:paraId="47309FBF" w14:textId="77777777" w:rsidR="009B6162" w:rsidRDefault="009B6162" w:rsidP="009B6162">
      <w:pPr>
        <w:numPr>
          <w:ilvl w:val="0"/>
          <w:numId w:val="20"/>
        </w:numPr>
        <w:spacing w:before="100" w:beforeAutospacing="1" w:after="100" w:afterAutospacing="1" w:line="240" w:lineRule="auto"/>
      </w:pPr>
      <w:r>
        <w:t xml:space="preserve">Seasonal conditions </w:t>
      </w:r>
    </w:p>
    <w:p w14:paraId="2F6D4BD0" w14:textId="77777777" w:rsidR="009B6162" w:rsidRDefault="009B6162" w:rsidP="009B6162">
      <w:pPr>
        <w:numPr>
          <w:ilvl w:val="0"/>
          <w:numId w:val="20"/>
        </w:numPr>
        <w:spacing w:before="100" w:beforeAutospacing="1" w:after="100" w:afterAutospacing="1" w:line="240" w:lineRule="auto"/>
      </w:pPr>
      <w:r>
        <w:t xml:space="preserve">Human activity </w:t>
      </w:r>
    </w:p>
    <w:p w14:paraId="0F0233D8" w14:textId="77777777" w:rsidR="009B6162" w:rsidRDefault="009B6162" w:rsidP="009B6162">
      <w:pPr>
        <w:pStyle w:val="NormalWeb"/>
      </w:pPr>
      <w:r>
        <w:t>As these conditions change, pH often changes with them.</w:t>
      </w:r>
    </w:p>
    <w:p w14:paraId="628BB1AB" w14:textId="77777777" w:rsidR="009B6162" w:rsidRDefault="009B6162" w:rsidP="009B6162">
      <w:pPr>
        <w:pStyle w:val="NormalWeb"/>
      </w:pPr>
      <w:r>
        <w:lastRenderedPageBreak/>
        <w:t>Water is dynamic.</w:t>
      </w:r>
    </w:p>
    <w:p w14:paraId="242BE2E9" w14:textId="77777777" w:rsidR="009B6162" w:rsidRDefault="009B6162" w:rsidP="009B6162">
      <w:pPr>
        <w:pStyle w:val="NormalWeb"/>
      </w:pPr>
      <w:r>
        <w:t>Not static.</w:t>
      </w:r>
    </w:p>
    <w:p w14:paraId="42ACCCCD" w14:textId="77777777" w:rsidR="009B6162" w:rsidRDefault="009B6162" w:rsidP="009B6162">
      <w:r>
        <w:rPr>
          <w:noProof/>
        </w:rPr>
        <mc:AlternateContent>
          <mc:Choice Requires="wps">
            <w:drawing>
              <wp:inline distT="0" distB="0" distL="0" distR="0" wp14:anchorId="059550F9" wp14:editId="4C5015F5">
                <wp:extent cx="6492240" cy="635"/>
                <wp:effectExtent l="0" t="0" r="10160" b="24765"/>
                <wp:docPr id="647456815"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EC49647" id="Rectangle 31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A39AB3D" w14:textId="77777777" w:rsidR="009B6162" w:rsidRDefault="009B6162" w:rsidP="009B6162">
      <w:pPr>
        <w:pStyle w:val="Heading1"/>
      </w:pPr>
      <w:r>
        <w:t>Myth #5</w:t>
      </w:r>
    </w:p>
    <w:p w14:paraId="116B2A0A" w14:textId="77777777" w:rsidR="009B6162" w:rsidRDefault="009B6162" w:rsidP="009B6162">
      <w:pPr>
        <w:pStyle w:val="Heading2"/>
      </w:pPr>
      <w:r>
        <w:t>"One Laboratory Report Tells Me Everything"</w:t>
      </w:r>
    </w:p>
    <w:p w14:paraId="5738843E" w14:textId="77777777" w:rsidR="009B6162" w:rsidRDefault="009B6162" w:rsidP="009B6162">
      <w:pPr>
        <w:pStyle w:val="NormalWeb"/>
      </w:pPr>
      <w:r>
        <w:t>A laboratory report provides valuable information.</w:t>
      </w:r>
    </w:p>
    <w:p w14:paraId="2E362AB9" w14:textId="77777777" w:rsidR="009B6162" w:rsidRDefault="009B6162" w:rsidP="009B6162">
      <w:pPr>
        <w:pStyle w:val="NormalWeb"/>
      </w:pPr>
      <w:r>
        <w:t>But it represents only one sample collected at one moment in time.</w:t>
      </w:r>
    </w:p>
    <w:p w14:paraId="6F11B9C5" w14:textId="77777777" w:rsidR="009B6162" w:rsidRDefault="009B6162" w:rsidP="009B6162">
      <w:pPr>
        <w:pStyle w:val="NormalWeb"/>
      </w:pPr>
      <w:r>
        <w:t>Water continues changing long after the laboratory report has been completed.</w:t>
      </w:r>
    </w:p>
    <w:p w14:paraId="1610AE1C" w14:textId="77777777" w:rsidR="009B6162" w:rsidRDefault="009B6162" w:rsidP="009B6162">
      <w:pPr>
        <w:pStyle w:val="NormalWeb"/>
      </w:pPr>
      <w:r>
        <w:t>Understanding trends over time is often more valuable than relying on a single report.</w:t>
      </w:r>
    </w:p>
    <w:p w14:paraId="18F41F19" w14:textId="77777777" w:rsidR="009B6162" w:rsidRDefault="009B6162" w:rsidP="009B6162">
      <w:r>
        <w:rPr>
          <w:noProof/>
        </w:rPr>
        <mc:AlternateContent>
          <mc:Choice Requires="wps">
            <w:drawing>
              <wp:inline distT="0" distB="0" distL="0" distR="0" wp14:anchorId="37672601" wp14:editId="0B29D194">
                <wp:extent cx="6492240" cy="635"/>
                <wp:effectExtent l="0" t="0" r="10160" b="24765"/>
                <wp:docPr id="1263964844"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7A1E1C8" id="Rectangle 30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859BB07" w14:textId="77777777" w:rsidR="009B6162" w:rsidRDefault="009B6162" w:rsidP="009B6162">
      <w:pPr>
        <w:pStyle w:val="Heading1"/>
      </w:pPr>
      <w:r>
        <w:t>Myth #6</w:t>
      </w:r>
    </w:p>
    <w:p w14:paraId="5568D72E" w14:textId="77777777" w:rsidR="009B6162" w:rsidRDefault="009B6162" w:rsidP="009B6162">
      <w:pPr>
        <w:pStyle w:val="Heading2"/>
      </w:pPr>
      <w:r>
        <w:t>"One Number Explains Everything"</w:t>
      </w:r>
    </w:p>
    <w:p w14:paraId="3213DF2C" w14:textId="77777777" w:rsidR="009B6162" w:rsidRDefault="009B6162" w:rsidP="009B6162">
      <w:pPr>
        <w:pStyle w:val="NormalWeb"/>
      </w:pPr>
      <w:r>
        <w:t>Perhaps the biggest misconception of all is believing that one water quality parameter tells the complete story.</w:t>
      </w:r>
    </w:p>
    <w:p w14:paraId="3F655E32" w14:textId="77777777" w:rsidR="009B6162" w:rsidRDefault="009B6162" w:rsidP="009B6162">
      <w:pPr>
        <w:pStyle w:val="NormalWeb"/>
      </w:pPr>
      <w:r>
        <w:t>It doesn't.</w:t>
      </w:r>
    </w:p>
    <w:p w14:paraId="2EDB7B62" w14:textId="77777777" w:rsidR="009B6162" w:rsidRDefault="009B6162" w:rsidP="009B6162">
      <w:pPr>
        <w:pStyle w:val="NormalWeb"/>
      </w:pPr>
      <w:r>
        <w:t>pH.</w:t>
      </w:r>
    </w:p>
    <w:p w14:paraId="35192290" w14:textId="77777777" w:rsidR="009B6162" w:rsidRDefault="009B6162" w:rsidP="009B6162">
      <w:pPr>
        <w:pStyle w:val="NormalWeb"/>
      </w:pPr>
      <w:r>
        <w:t>Temperature.</w:t>
      </w:r>
    </w:p>
    <w:p w14:paraId="204FBE7D" w14:textId="77777777" w:rsidR="009B6162" w:rsidRDefault="009B6162" w:rsidP="009B6162">
      <w:pPr>
        <w:pStyle w:val="NormalWeb"/>
      </w:pPr>
      <w:r>
        <w:t>Dissolved oxygen.</w:t>
      </w:r>
    </w:p>
    <w:p w14:paraId="2E4B8286" w14:textId="77777777" w:rsidR="009B6162" w:rsidRDefault="009B6162" w:rsidP="009B6162">
      <w:pPr>
        <w:pStyle w:val="NormalWeb"/>
      </w:pPr>
      <w:r>
        <w:t>Alkalinity.</w:t>
      </w:r>
    </w:p>
    <w:p w14:paraId="21DB229A" w14:textId="77777777" w:rsidR="009B6162" w:rsidRDefault="009B6162" w:rsidP="009B6162">
      <w:pPr>
        <w:pStyle w:val="NormalWeb"/>
      </w:pPr>
      <w:r>
        <w:t>Hardness.</w:t>
      </w:r>
    </w:p>
    <w:p w14:paraId="6ECB3234" w14:textId="77777777" w:rsidR="009B6162" w:rsidRDefault="009B6162" w:rsidP="009B6162">
      <w:pPr>
        <w:pStyle w:val="NormalWeb"/>
      </w:pPr>
      <w:r>
        <w:t>Conductivity.</w:t>
      </w:r>
    </w:p>
    <w:p w14:paraId="0451E0F1" w14:textId="77777777" w:rsidR="009B6162" w:rsidRDefault="009B6162" w:rsidP="009B6162">
      <w:pPr>
        <w:pStyle w:val="NormalWeb"/>
      </w:pPr>
      <w:r>
        <w:t>Biological activity.</w:t>
      </w:r>
    </w:p>
    <w:p w14:paraId="542F2E2E" w14:textId="77777777" w:rsidR="009B6162" w:rsidRDefault="009B6162" w:rsidP="009B6162">
      <w:pPr>
        <w:pStyle w:val="NormalWeb"/>
      </w:pPr>
      <w:r>
        <w:t>Nutrients.</w:t>
      </w:r>
    </w:p>
    <w:p w14:paraId="310B7021" w14:textId="77777777" w:rsidR="009B6162" w:rsidRDefault="009B6162" w:rsidP="009B6162">
      <w:pPr>
        <w:pStyle w:val="NormalWeb"/>
      </w:pPr>
      <w:r>
        <w:lastRenderedPageBreak/>
        <w:t>Each contributes to the overall behaviour of the water.</w:t>
      </w:r>
    </w:p>
    <w:p w14:paraId="1ED97E87" w14:textId="77777777" w:rsidR="009B6162" w:rsidRDefault="009B6162" w:rsidP="009B6162">
      <w:pPr>
        <w:pStyle w:val="NormalWeb"/>
      </w:pPr>
      <w:r>
        <w:t>The real understanding comes from examining how they work together.</w:t>
      </w:r>
    </w:p>
    <w:p w14:paraId="18D7C109" w14:textId="77777777" w:rsidR="009B6162" w:rsidRDefault="009B6162" w:rsidP="009B6162">
      <w:r>
        <w:rPr>
          <w:noProof/>
        </w:rPr>
        <mc:AlternateContent>
          <mc:Choice Requires="wps">
            <w:drawing>
              <wp:inline distT="0" distB="0" distL="0" distR="0" wp14:anchorId="5E59CCBE" wp14:editId="361074C8">
                <wp:extent cx="6492240" cy="635"/>
                <wp:effectExtent l="0" t="0" r="10160" b="24765"/>
                <wp:docPr id="865546398"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1997DB3" id="Rectangle 30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8152E65" w14:textId="77777777" w:rsidR="009B6162" w:rsidRDefault="009B6162" w:rsidP="009B6162">
      <w:pPr>
        <w:pStyle w:val="Heading1"/>
      </w:pPr>
      <w:r>
        <w:t>THE FOUNDER'S NOTEBOOK</w:t>
      </w:r>
    </w:p>
    <w:p w14:paraId="4FA18E0A" w14:textId="77777777" w:rsidR="009B6162" w:rsidRDefault="009B6162" w:rsidP="009B6162">
      <w:pPr>
        <w:pStyle w:val="Heading2"/>
      </w:pPr>
      <w:r>
        <w:t>The Biggest Mistake We Can Make</w:t>
      </w:r>
    </w:p>
    <w:p w14:paraId="03D2FC10" w14:textId="77777777" w:rsidR="009B6162" w:rsidRDefault="009B6162" w:rsidP="009B6162">
      <w:pPr>
        <w:pStyle w:val="NormalWeb"/>
      </w:pPr>
      <w:r>
        <w:t>One of the biggest mistakes I have seen throughout my career is making decisions based on assumptions instead of understanding.</w:t>
      </w:r>
    </w:p>
    <w:p w14:paraId="501CB0E7" w14:textId="77777777" w:rsidR="009B6162" w:rsidRDefault="009B6162" w:rsidP="009B6162">
      <w:pPr>
        <w:pStyle w:val="NormalWeb"/>
      </w:pPr>
      <w:r>
        <w:t>Assuming clear water is clean.</w:t>
      </w:r>
    </w:p>
    <w:p w14:paraId="77BB6582" w14:textId="77777777" w:rsidR="009B6162" w:rsidRDefault="009B6162" w:rsidP="009B6162">
      <w:pPr>
        <w:pStyle w:val="NormalWeb"/>
      </w:pPr>
      <w:r>
        <w:t>Assuming one laboratory report tells the whole story.</w:t>
      </w:r>
    </w:p>
    <w:p w14:paraId="6B321307" w14:textId="77777777" w:rsidR="009B6162" w:rsidRDefault="009B6162" w:rsidP="009B6162">
      <w:pPr>
        <w:pStyle w:val="NormalWeb"/>
      </w:pPr>
      <w:r>
        <w:t>Assuming one pH fits every application.</w:t>
      </w:r>
    </w:p>
    <w:p w14:paraId="7B10D579" w14:textId="77777777" w:rsidR="009B6162" w:rsidRDefault="009B6162" w:rsidP="009B6162">
      <w:pPr>
        <w:pStyle w:val="NormalWeb"/>
      </w:pPr>
      <w:r>
        <w:t>Assuming one treatment technology works everywhere.</w:t>
      </w:r>
    </w:p>
    <w:p w14:paraId="4FDA6C61" w14:textId="77777777" w:rsidR="009B6162" w:rsidRDefault="009B6162" w:rsidP="009B6162">
      <w:pPr>
        <w:pStyle w:val="NormalWeb"/>
      </w:pPr>
      <w:r>
        <w:t>Water has taught us to question assumptions.</w:t>
      </w:r>
    </w:p>
    <w:p w14:paraId="097CB4F6" w14:textId="77777777" w:rsidR="009B6162" w:rsidRDefault="009B6162" w:rsidP="009B6162">
      <w:pPr>
        <w:pStyle w:val="NormalWeb"/>
      </w:pPr>
      <w:r>
        <w:t>Every project begins with learning.</w:t>
      </w:r>
    </w:p>
    <w:p w14:paraId="1036EE2D" w14:textId="77777777" w:rsidR="009B6162" w:rsidRDefault="009B6162" w:rsidP="009B6162">
      <w:pPr>
        <w:pStyle w:val="NormalWeb"/>
      </w:pPr>
      <w:r>
        <w:t>Every recommendation begins with understanding.</w:t>
      </w:r>
    </w:p>
    <w:p w14:paraId="265BFFA7" w14:textId="77777777" w:rsidR="009B6162" w:rsidRDefault="009B6162" w:rsidP="009B6162">
      <w:pPr>
        <w:pStyle w:val="NormalWeb"/>
      </w:pPr>
      <w:r>
        <w:t>That philosophy has served both our customers and our company well for many years.</w:t>
      </w:r>
    </w:p>
    <w:p w14:paraId="326B7233" w14:textId="77777777" w:rsidR="009B6162" w:rsidRDefault="009B6162" w:rsidP="009B6162">
      <w:r>
        <w:rPr>
          <w:noProof/>
        </w:rPr>
        <mc:AlternateContent>
          <mc:Choice Requires="wps">
            <w:drawing>
              <wp:inline distT="0" distB="0" distL="0" distR="0" wp14:anchorId="305CFBBE" wp14:editId="7A326EC1">
                <wp:extent cx="6492240" cy="635"/>
                <wp:effectExtent l="0" t="0" r="10160" b="24765"/>
                <wp:docPr id="122250557"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BB5B74B" id="Rectangle 30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F08E1C5" w14:textId="77777777" w:rsidR="009B6162" w:rsidRDefault="009B6162" w:rsidP="009B6162">
      <w:pPr>
        <w:pStyle w:val="Heading1"/>
      </w:pPr>
      <w:r>
        <w:t>PUROXI INSIGHT</w:t>
      </w:r>
    </w:p>
    <w:p w14:paraId="72CA3B33" w14:textId="77777777" w:rsidR="009B6162" w:rsidRDefault="009B6162" w:rsidP="009B6162">
      <w:pPr>
        <w:pStyle w:val="NormalWeb"/>
      </w:pPr>
      <w:r>
        <w:rPr>
          <w:rStyle w:val="Strong"/>
        </w:rPr>
        <w:t>The more we learn about water, the more we realize that simple answers rarely solve complex water problems.</w:t>
      </w:r>
    </w:p>
    <w:p w14:paraId="534DFE4D" w14:textId="77777777" w:rsidR="009B6162" w:rsidRDefault="009B6162" w:rsidP="009B6162">
      <w:r>
        <w:rPr>
          <w:noProof/>
        </w:rPr>
        <mc:AlternateContent>
          <mc:Choice Requires="wps">
            <w:drawing>
              <wp:inline distT="0" distB="0" distL="0" distR="0" wp14:anchorId="7BCFCDEF" wp14:editId="6E1C3259">
                <wp:extent cx="6492240" cy="635"/>
                <wp:effectExtent l="0" t="0" r="10160" b="24765"/>
                <wp:docPr id="1167421467"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30E19AC" id="Rectangle 30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221A3AA" w14:textId="77777777" w:rsidR="009B6162" w:rsidRDefault="009B6162" w:rsidP="009B6162">
      <w:pPr>
        <w:pStyle w:val="Heading1"/>
      </w:pPr>
      <w:r>
        <w:t>DID YOU KNOW?</w:t>
      </w:r>
    </w:p>
    <w:p w14:paraId="0F90ACD8" w14:textId="77777777" w:rsidR="009B6162" w:rsidRDefault="009B6162" w:rsidP="009B6162">
      <w:pPr>
        <w:pStyle w:val="NormalWeb"/>
      </w:pPr>
      <w:r>
        <w:t>Two water sources can have exactly the same pH and still behave completely differently because of differences in temperature, dissolved oxygen, alkalinity, hardness, mineral content, biological activity, and countless other factors.</w:t>
      </w:r>
    </w:p>
    <w:p w14:paraId="3C438627" w14:textId="77777777" w:rsidR="009B6162" w:rsidRDefault="009B6162" w:rsidP="009B6162">
      <w:r>
        <w:rPr>
          <w:noProof/>
        </w:rPr>
        <w:lastRenderedPageBreak/>
        <mc:AlternateContent>
          <mc:Choice Requires="wps">
            <w:drawing>
              <wp:inline distT="0" distB="0" distL="0" distR="0" wp14:anchorId="4AC46928" wp14:editId="6C0301DD">
                <wp:extent cx="6492240" cy="635"/>
                <wp:effectExtent l="0" t="0" r="10160" b="24765"/>
                <wp:docPr id="39433318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3810763" id="Rectangle 30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57E5C0A" w14:textId="77777777" w:rsidR="009B6162" w:rsidRDefault="009B6162" w:rsidP="009B6162">
      <w:pPr>
        <w:pStyle w:val="Heading1"/>
      </w:pPr>
      <w:r>
        <w:t>PRACTICAL TIP</w:t>
      </w:r>
    </w:p>
    <w:p w14:paraId="5B9DA540" w14:textId="77777777" w:rsidR="009B6162" w:rsidRDefault="009B6162" w:rsidP="009B6162">
      <w:pPr>
        <w:pStyle w:val="NormalWeb"/>
      </w:pPr>
      <w:r>
        <w:t>Whenever someone tells you there is one perfect number or one universal solution for water treatment, ask:</w:t>
      </w:r>
    </w:p>
    <w:p w14:paraId="49D97C3D" w14:textId="77777777" w:rsidR="009B6162" w:rsidRDefault="009B6162" w:rsidP="009B6162">
      <w:pPr>
        <w:pStyle w:val="NormalWeb"/>
      </w:pPr>
      <w:r>
        <w:rPr>
          <w:rStyle w:val="Strong"/>
        </w:rPr>
        <w:t>"Under what conditions?"</w:t>
      </w:r>
    </w:p>
    <w:p w14:paraId="378010E5" w14:textId="77777777" w:rsidR="009B6162" w:rsidRDefault="009B6162" w:rsidP="009B6162">
      <w:pPr>
        <w:pStyle w:val="NormalWeb"/>
      </w:pPr>
      <w:r>
        <w:t>Water science is about understanding relationships—not memorizing numbers.</w:t>
      </w:r>
    </w:p>
    <w:p w14:paraId="4714E7C6" w14:textId="77777777" w:rsidR="009B6162" w:rsidRDefault="009B6162" w:rsidP="009B6162">
      <w:r>
        <w:rPr>
          <w:noProof/>
        </w:rPr>
        <mc:AlternateContent>
          <mc:Choice Requires="wps">
            <w:drawing>
              <wp:inline distT="0" distB="0" distL="0" distR="0" wp14:anchorId="4A6B6F6C" wp14:editId="169E70E8">
                <wp:extent cx="6492240" cy="635"/>
                <wp:effectExtent l="0" t="0" r="10160" b="24765"/>
                <wp:docPr id="1174045001"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E4FBE72" id="Rectangle 29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80C74D2" w14:textId="77777777" w:rsidR="009B6162" w:rsidRDefault="009B6162" w:rsidP="009B6162">
      <w:pPr>
        <w:pStyle w:val="Heading1"/>
      </w:pPr>
      <w:r>
        <w:t>PULL QUOTE</w:t>
      </w:r>
    </w:p>
    <w:p w14:paraId="60EA4041" w14:textId="77777777" w:rsidR="009B6162" w:rsidRDefault="009B6162" w:rsidP="009B6162">
      <w:pPr>
        <w:pStyle w:val="NormalWeb"/>
        <w:rPr>
          <w:rStyle w:val="Strong"/>
        </w:rPr>
      </w:pPr>
      <w:r>
        <w:rPr>
          <w:rStyle w:val="Strong"/>
        </w:rPr>
        <w:t>Good water management begins the moment we stop making assumptions and start asking better questions.</w:t>
      </w:r>
    </w:p>
    <w:p w14:paraId="42E0BFC5" w14:textId="401D1625" w:rsidR="000F0E8E" w:rsidRDefault="000F0E8E" w:rsidP="000F0E8E">
      <w:pPr>
        <w:pStyle w:val="NormalWeb"/>
        <w:jc w:val="center"/>
      </w:pPr>
      <w:r>
        <w:rPr>
          <w:noProof/>
        </w:rPr>
        <w:drawing>
          <wp:inline distT="0" distB="0" distL="0" distR="0" wp14:anchorId="36E76E12" wp14:editId="3BC15135">
            <wp:extent cx="5188734" cy="3459156"/>
            <wp:effectExtent l="0" t="0" r="5715" b="0"/>
            <wp:docPr id="8209225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5"/>
                    <a:stretch>
                      <a:fillRect/>
                    </a:stretch>
                  </pic:blipFill>
                  <pic:spPr>
                    <a:xfrm>
                      <a:off x="0" y="0"/>
                      <a:ext cx="5229079" cy="3486052"/>
                    </a:xfrm>
                    <a:prstGeom prst="rect">
                      <a:avLst/>
                    </a:prstGeom>
                  </pic:spPr>
                </pic:pic>
              </a:graphicData>
            </a:graphic>
          </wp:inline>
        </w:drawing>
      </w:r>
    </w:p>
    <w:p w14:paraId="21DCF93C" w14:textId="77777777" w:rsidR="000F0E8E" w:rsidRDefault="000F0E8E" w:rsidP="000F0E8E">
      <w:pPr>
        <w:pStyle w:val="Heading2"/>
      </w:pPr>
      <w:r>
        <w:rPr>
          <w:rStyle w:val="Strong"/>
          <w:b/>
          <w:bCs/>
        </w:rPr>
        <w:t>MYTHS vs FACTS</w:t>
      </w:r>
    </w:p>
    <w:p w14:paraId="35523CD4" w14:textId="77777777" w:rsidR="000F0E8E" w:rsidRDefault="000F0E8E" w:rsidP="000F0E8E">
      <w:pPr>
        <w:pStyle w:val="NormalWeb"/>
      </w:pPr>
      <w:r>
        <w:t>Split into two columns.</w:t>
      </w:r>
    </w:p>
    <w:p w14:paraId="2EF4562D" w14:textId="77777777" w:rsidR="000F0E8E" w:rsidRDefault="000F0E8E" w:rsidP="000F0E8E">
      <w:pPr>
        <w:pStyle w:val="Heading3"/>
      </w:pPr>
      <w:r>
        <w:lastRenderedPageBreak/>
        <w:t>MYTHS</w:t>
      </w:r>
    </w:p>
    <w:p w14:paraId="6E9AC8EC" w14:textId="77777777" w:rsidR="000F0E8E" w:rsidRDefault="000F0E8E" w:rsidP="000F0E8E">
      <w:pPr>
        <w:pStyle w:val="NormalWeb"/>
      </w:pPr>
      <w:r>
        <w:rPr>
          <w:rFonts w:ascii="Apple Color Emoji" w:hAnsi="Apple Color Emoji" w:cs="Apple Color Emoji"/>
        </w:rPr>
        <w:t>❌</w:t>
      </w:r>
      <w:r>
        <w:t xml:space="preserve"> pH 7 is always perfect.</w:t>
      </w:r>
    </w:p>
    <w:p w14:paraId="431AF800" w14:textId="77777777" w:rsidR="000F0E8E" w:rsidRDefault="000F0E8E" w:rsidP="000F0E8E">
      <w:pPr>
        <w:pStyle w:val="NormalWeb"/>
      </w:pPr>
      <w:r>
        <w:rPr>
          <w:rFonts w:ascii="Apple Color Emoji" w:hAnsi="Apple Color Emoji" w:cs="Apple Color Emoji"/>
        </w:rPr>
        <w:t>❌</w:t>
      </w:r>
      <w:r>
        <w:t xml:space="preserve"> Clear water is clean.</w:t>
      </w:r>
    </w:p>
    <w:p w14:paraId="7CA8F1FC" w14:textId="77777777" w:rsidR="000F0E8E" w:rsidRDefault="000F0E8E" w:rsidP="000F0E8E">
      <w:pPr>
        <w:pStyle w:val="NormalWeb"/>
      </w:pPr>
      <w:r>
        <w:rPr>
          <w:rFonts w:ascii="Apple Color Emoji" w:hAnsi="Apple Color Emoji" w:cs="Apple Color Emoji"/>
        </w:rPr>
        <w:t>❌</w:t>
      </w:r>
      <w:r>
        <w:t xml:space="preserve"> Clean water is nutritional.</w:t>
      </w:r>
    </w:p>
    <w:p w14:paraId="78585684" w14:textId="77777777" w:rsidR="000F0E8E" w:rsidRDefault="000F0E8E" w:rsidP="000F0E8E">
      <w:pPr>
        <w:pStyle w:val="NormalWeb"/>
      </w:pPr>
      <w:r>
        <w:rPr>
          <w:rFonts w:ascii="Apple Color Emoji" w:hAnsi="Apple Color Emoji" w:cs="Apple Color Emoji"/>
        </w:rPr>
        <w:t>❌</w:t>
      </w:r>
      <w:r>
        <w:t xml:space="preserve"> pH never changes.</w:t>
      </w:r>
    </w:p>
    <w:p w14:paraId="6FFBFD76" w14:textId="77777777" w:rsidR="000F0E8E" w:rsidRDefault="000F0E8E" w:rsidP="000F0E8E">
      <w:pPr>
        <w:pStyle w:val="NormalWeb"/>
      </w:pPr>
      <w:r>
        <w:rPr>
          <w:rFonts w:ascii="Apple Color Emoji" w:hAnsi="Apple Color Emoji" w:cs="Apple Color Emoji"/>
        </w:rPr>
        <w:t>❌</w:t>
      </w:r>
      <w:r>
        <w:t xml:space="preserve"> One laboratory report tells the whole story.</w:t>
      </w:r>
    </w:p>
    <w:p w14:paraId="31378D48" w14:textId="77777777" w:rsidR="000F0E8E" w:rsidRDefault="000F0E8E" w:rsidP="000F0E8E">
      <w:pPr>
        <w:pStyle w:val="NormalWeb"/>
      </w:pPr>
      <w:r>
        <w:rPr>
          <w:rFonts w:ascii="Apple Color Emoji" w:hAnsi="Apple Color Emoji" w:cs="Apple Color Emoji"/>
        </w:rPr>
        <w:t>❌</w:t>
      </w:r>
      <w:r>
        <w:t xml:space="preserve"> One number explains everything.</w:t>
      </w:r>
    </w:p>
    <w:p w14:paraId="3B33CEE9" w14:textId="77777777" w:rsidR="000F0E8E" w:rsidRDefault="000F0E8E" w:rsidP="000F0E8E">
      <w:pPr>
        <w:pStyle w:val="Heading3"/>
      </w:pPr>
      <w:r>
        <w:t>FACTS</w:t>
      </w:r>
    </w:p>
    <w:p w14:paraId="4D958C9F" w14:textId="77777777" w:rsidR="000F0E8E" w:rsidRDefault="000F0E8E" w:rsidP="000F0E8E">
      <w:pPr>
        <w:pStyle w:val="NormalWeb"/>
      </w:pPr>
      <w:r>
        <w:rPr>
          <w:rFonts w:ascii="Apple Color Emoji" w:hAnsi="Apple Color Emoji" w:cs="Apple Color Emoji"/>
        </w:rPr>
        <w:t>✅</w:t>
      </w:r>
      <w:r>
        <w:t xml:space="preserve"> Different applications require different water chemistry.</w:t>
      </w:r>
    </w:p>
    <w:p w14:paraId="7D4090A4" w14:textId="77777777" w:rsidR="000F0E8E" w:rsidRDefault="000F0E8E" w:rsidP="000F0E8E">
      <w:pPr>
        <w:pStyle w:val="NormalWeb"/>
      </w:pPr>
      <w:r>
        <w:rPr>
          <w:rFonts w:ascii="Apple Color Emoji" w:hAnsi="Apple Color Emoji" w:cs="Apple Color Emoji"/>
        </w:rPr>
        <w:t>✅</w:t>
      </w:r>
      <w:r>
        <w:t xml:space="preserve"> Clear water can still contain contaminants.</w:t>
      </w:r>
    </w:p>
    <w:p w14:paraId="30F9DE76" w14:textId="77777777" w:rsidR="000F0E8E" w:rsidRDefault="000F0E8E" w:rsidP="000F0E8E">
      <w:pPr>
        <w:pStyle w:val="NormalWeb"/>
      </w:pPr>
      <w:r>
        <w:rPr>
          <w:rFonts w:ascii="Apple Color Emoji" w:hAnsi="Apple Color Emoji" w:cs="Apple Color Emoji"/>
        </w:rPr>
        <w:t>✅</w:t>
      </w:r>
      <w:r>
        <w:t xml:space="preserve"> Clean water is not always optimized for production.</w:t>
      </w:r>
    </w:p>
    <w:p w14:paraId="7CD82A82" w14:textId="77777777" w:rsidR="000F0E8E" w:rsidRDefault="000F0E8E" w:rsidP="000F0E8E">
      <w:pPr>
        <w:pStyle w:val="NormalWeb"/>
      </w:pPr>
      <w:r>
        <w:rPr>
          <w:rFonts w:ascii="Apple Color Emoji" w:hAnsi="Apple Color Emoji" w:cs="Apple Color Emoji"/>
        </w:rPr>
        <w:t>✅</w:t>
      </w:r>
      <w:r>
        <w:t xml:space="preserve"> Water chemistry changes continuously.</w:t>
      </w:r>
    </w:p>
    <w:p w14:paraId="0BE3AEAC" w14:textId="77777777" w:rsidR="000F0E8E" w:rsidRDefault="000F0E8E" w:rsidP="000F0E8E">
      <w:pPr>
        <w:pStyle w:val="NormalWeb"/>
      </w:pPr>
      <w:r>
        <w:rPr>
          <w:rFonts w:ascii="Apple Color Emoji" w:hAnsi="Apple Color Emoji" w:cs="Apple Color Emoji"/>
        </w:rPr>
        <w:t>✅</w:t>
      </w:r>
      <w:r>
        <w:t xml:space="preserve"> Trends are more valuable than single measurements.</w:t>
      </w:r>
    </w:p>
    <w:p w14:paraId="38B0B01C" w14:textId="77777777" w:rsidR="000F0E8E" w:rsidRDefault="000F0E8E" w:rsidP="000F0E8E">
      <w:pPr>
        <w:pStyle w:val="NormalWeb"/>
      </w:pPr>
      <w:r>
        <w:rPr>
          <w:rFonts w:ascii="Apple Color Emoji" w:hAnsi="Apple Color Emoji" w:cs="Apple Color Emoji"/>
        </w:rPr>
        <w:t>✅</w:t>
      </w:r>
      <w:r>
        <w:t xml:space="preserve"> Water behaves as an interconnected system.</w:t>
      </w:r>
    </w:p>
    <w:p w14:paraId="6D6101C7" w14:textId="77777777" w:rsidR="000F0E8E" w:rsidRDefault="000F0E8E" w:rsidP="000F0E8E">
      <w:pPr>
        <w:pStyle w:val="NormalWeb"/>
      </w:pPr>
    </w:p>
    <w:p w14:paraId="3D8E26CE" w14:textId="77777777" w:rsidR="000F0E8E" w:rsidRDefault="000F0E8E" w:rsidP="000F0E8E">
      <w:pPr>
        <w:pStyle w:val="Heading2"/>
      </w:pPr>
      <w:r>
        <w:rPr>
          <w:rStyle w:val="Strong"/>
          <w:b/>
          <w:bCs/>
        </w:rPr>
        <w:t>Treatment Performance</w:t>
      </w:r>
    </w:p>
    <w:p w14:paraId="4665F475" w14:textId="721776D5" w:rsidR="003D7839" w:rsidRDefault="003D7839" w:rsidP="000F0E8E"/>
    <w:p w14:paraId="3A46BFF7" w14:textId="77777777" w:rsidR="004B60EC" w:rsidRDefault="004B60EC" w:rsidP="000F0E8E"/>
    <w:p w14:paraId="5EC2A80C" w14:textId="77777777" w:rsidR="004B60EC" w:rsidRDefault="004B60EC" w:rsidP="000F0E8E"/>
    <w:p w14:paraId="1501DD00" w14:textId="77777777" w:rsidR="004B60EC" w:rsidRDefault="004B60EC" w:rsidP="000F0E8E"/>
    <w:p w14:paraId="50AD90E7" w14:textId="77777777" w:rsidR="000F0E8E" w:rsidRDefault="000F0E8E" w:rsidP="000F0E8E">
      <w:pPr>
        <w:pStyle w:val="Heading1"/>
      </w:pPr>
      <w:r>
        <w:lastRenderedPageBreak/>
        <w:t>CHAPTER 9</w:t>
      </w:r>
    </w:p>
    <w:p w14:paraId="2D9CD4A5" w14:textId="77777777" w:rsidR="000F0E8E" w:rsidRDefault="000F0E8E" w:rsidP="000F0E8E">
      <w:pPr>
        <w:pStyle w:val="Heading1"/>
      </w:pPr>
      <w:r>
        <w:t>Practical Tips for Managing pH</w:t>
      </w:r>
    </w:p>
    <w:p w14:paraId="749698E7" w14:textId="77777777" w:rsidR="000F0E8E" w:rsidRDefault="000F0E8E" w:rsidP="000F0E8E">
      <w:pPr>
        <w:pStyle w:val="NormalWeb"/>
      </w:pPr>
      <w:r>
        <w:t>Understanding pH is important.</w:t>
      </w:r>
    </w:p>
    <w:p w14:paraId="5074C363" w14:textId="77777777" w:rsidR="000F0E8E" w:rsidRDefault="000F0E8E" w:rsidP="000F0E8E">
      <w:pPr>
        <w:pStyle w:val="NormalWeb"/>
      </w:pPr>
      <w:r>
        <w:t>Managing it effectively is even more important.</w:t>
      </w:r>
    </w:p>
    <w:p w14:paraId="2A789557" w14:textId="77777777" w:rsidR="000F0E8E" w:rsidRDefault="000F0E8E" w:rsidP="000F0E8E">
      <w:pPr>
        <w:pStyle w:val="NormalWeb"/>
      </w:pPr>
      <w:r>
        <w:t>One of the greatest lessons water has taught us is that successful water management rarely comes from reacting to a single laboratory result. It comes from developing good habits, asking better questions, and understanding how water changes over time.</w:t>
      </w:r>
    </w:p>
    <w:p w14:paraId="6F06056A" w14:textId="77777777" w:rsidR="000F0E8E" w:rsidRDefault="000F0E8E" w:rsidP="000F0E8E">
      <w:pPr>
        <w:pStyle w:val="NormalWeb"/>
      </w:pPr>
      <w:r>
        <w:t>The following practical recommendations are based on scientific principles and years of field experience across agriculture, aquaculture, industry, municipal water systems, environmental water management, and drinking water applications.</w:t>
      </w:r>
    </w:p>
    <w:p w14:paraId="550AB967" w14:textId="77777777" w:rsidR="000F0E8E" w:rsidRDefault="000F0E8E" w:rsidP="000F0E8E">
      <w:r>
        <w:rPr>
          <w:noProof/>
        </w:rPr>
        <mc:AlternateContent>
          <mc:Choice Requires="wps">
            <w:drawing>
              <wp:inline distT="0" distB="0" distL="0" distR="0" wp14:anchorId="0FE9FF24" wp14:editId="1EEDB5A3">
                <wp:extent cx="6492240" cy="635"/>
                <wp:effectExtent l="0" t="0" r="10160" b="24765"/>
                <wp:docPr id="278851784"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77B2D43" id="Rectangle 39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777950A" w14:textId="77777777" w:rsidR="000F0E8E" w:rsidRDefault="000F0E8E" w:rsidP="000F0E8E">
      <w:pPr>
        <w:pStyle w:val="Heading1"/>
      </w:pPr>
      <w:r>
        <w:t>Start by Understanding Your Water</w:t>
      </w:r>
    </w:p>
    <w:p w14:paraId="619D5455" w14:textId="77777777" w:rsidR="000F0E8E" w:rsidRDefault="000F0E8E" w:rsidP="000F0E8E">
      <w:pPr>
        <w:pStyle w:val="NormalWeb"/>
      </w:pPr>
      <w:r>
        <w:t>Before making any changes, understand the source of your water.</w:t>
      </w:r>
    </w:p>
    <w:p w14:paraId="6BB92774" w14:textId="77777777" w:rsidR="000F0E8E" w:rsidRDefault="000F0E8E" w:rsidP="000F0E8E">
      <w:pPr>
        <w:pStyle w:val="NormalWeb"/>
      </w:pPr>
      <w:r>
        <w:t>Ask yourself:</w:t>
      </w:r>
    </w:p>
    <w:p w14:paraId="392B8088" w14:textId="77777777" w:rsidR="000F0E8E" w:rsidRDefault="000F0E8E" w:rsidP="000F0E8E">
      <w:pPr>
        <w:numPr>
          <w:ilvl w:val="0"/>
          <w:numId w:val="23"/>
        </w:numPr>
        <w:spacing w:before="100" w:beforeAutospacing="1" w:after="100" w:afterAutospacing="1" w:line="240" w:lineRule="auto"/>
      </w:pPr>
      <w:r>
        <w:t xml:space="preserve">Is it groundwater? </w:t>
      </w:r>
    </w:p>
    <w:p w14:paraId="54EEB0C1" w14:textId="77777777" w:rsidR="000F0E8E" w:rsidRDefault="000F0E8E" w:rsidP="000F0E8E">
      <w:pPr>
        <w:numPr>
          <w:ilvl w:val="0"/>
          <w:numId w:val="23"/>
        </w:numPr>
        <w:spacing w:before="100" w:beforeAutospacing="1" w:after="100" w:afterAutospacing="1" w:line="240" w:lineRule="auto"/>
      </w:pPr>
      <w:r>
        <w:t xml:space="preserve">Is it surface water? </w:t>
      </w:r>
    </w:p>
    <w:p w14:paraId="63FFC3AA" w14:textId="77777777" w:rsidR="000F0E8E" w:rsidRDefault="000F0E8E" w:rsidP="000F0E8E">
      <w:pPr>
        <w:numPr>
          <w:ilvl w:val="0"/>
          <w:numId w:val="23"/>
        </w:numPr>
        <w:spacing w:before="100" w:beforeAutospacing="1" w:after="100" w:afterAutospacing="1" w:line="240" w:lineRule="auto"/>
      </w:pPr>
      <w:r>
        <w:t xml:space="preserve">Does it come from a municipal supply? </w:t>
      </w:r>
    </w:p>
    <w:p w14:paraId="66022BA5" w14:textId="77777777" w:rsidR="000F0E8E" w:rsidRDefault="000F0E8E" w:rsidP="000F0E8E">
      <w:pPr>
        <w:numPr>
          <w:ilvl w:val="0"/>
          <w:numId w:val="23"/>
        </w:numPr>
        <w:spacing w:before="100" w:beforeAutospacing="1" w:after="100" w:afterAutospacing="1" w:line="240" w:lineRule="auto"/>
      </w:pPr>
      <w:r>
        <w:t xml:space="preserve">Has it recently changed? </w:t>
      </w:r>
    </w:p>
    <w:p w14:paraId="7C513F71" w14:textId="77777777" w:rsidR="000F0E8E" w:rsidRDefault="000F0E8E" w:rsidP="000F0E8E">
      <w:pPr>
        <w:numPr>
          <w:ilvl w:val="0"/>
          <w:numId w:val="23"/>
        </w:numPr>
        <w:spacing w:before="100" w:beforeAutospacing="1" w:after="100" w:afterAutospacing="1" w:line="240" w:lineRule="auto"/>
      </w:pPr>
      <w:r>
        <w:t xml:space="preserve">What seasonal influences affect it? </w:t>
      </w:r>
    </w:p>
    <w:p w14:paraId="53FBBE79" w14:textId="77777777" w:rsidR="000F0E8E" w:rsidRDefault="000F0E8E" w:rsidP="000F0E8E">
      <w:pPr>
        <w:pStyle w:val="NormalWeb"/>
      </w:pPr>
      <w:r>
        <w:t>Every successful water treatment program begins by understanding the source.</w:t>
      </w:r>
    </w:p>
    <w:p w14:paraId="7BC6FB80" w14:textId="77777777" w:rsidR="000F0E8E" w:rsidRDefault="000F0E8E" w:rsidP="000F0E8E">
      <w:r>
        <w:rPr>
          <w:noProof/>
        </w:rPr>
        <mc:AlternateContent>
          <mc:Choice Requires="wps">
            <w:drawing>
              <wp:inline distT="0" distB="0" distL="0" distR="0" wp14:anchorId="205DF27A" wp14:editId="4F2BF801">
                <wp:extent cx="6492240" cy="635"/>
                <wp:effectExtent l="0" t="0" r="10160" b="24765"/>
                <wp:docPr id="1786130047"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2D8E7F7" id="Rectangle 39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BAB4BA6" w14:textId="77777777" w:rsidR="000F0E8E" w:rsidRDefault="000F0E8E" w:rsidP="000F0E8E">
      <w:pPr>
        <w:pStyle w:val="Heading1"/>
      </w:pPr>
      <w:r>
        <w:t>Never Rely on One Test</w:t>
      </w:r>
    </w:p>
    <w:p w14:paraId="1581D33C" w14:textId="77777777" w:rsidR="000F0E8E" w:rsidRDefault="000F0E8E" w:rsidP="000F0E8E">
      <w:pPr>
        <w:pStyle w:val="NormalWeb"/>
      </w:pPr>
      <w:r>
        <w:t>A single laboratory report is valuable.</w:t>
      </w:r>
    </w:p>
    <w:p w14:paraId="3091538E" w14:textId="77777777" w:rsidR="000F0E8E" w:rsidRDefault="000F0E8E" w:rsidP="000F0E8E">
      <w:pPr>
        <w:pStyle w:val="NormalWeb"/>
      </w:pPr>
      <w:r>
        <w:t>Several laboratory reports collected over time are far more valuable.</w:t>
      </w:r>
    </w:p>
    <w:p w14:paraId="523F2F40" w14:textId="77777777" w:rsidR="000F0E8E" w:rsidRDefault="000F0E8E" w:rsidP="000F0E8E">
      <w:pPr>
        <w:pStyle w:val="NormalWeb"/>
      </w:pPr>
      <w:r>
        <w:t>Water changes continuously.</w:t>
      </w:r>
    </w:p>
    <w:p w14:paraId="5D047AB9" w14:textId="77777777" w:rsidR="000F0E8E" w:rsidRDefault="000F0E8E" w:rsidP="000F0E8E">
      <w:pPr>
        <w:pStyle w:val="NormalWeb"/>
      </w:pPr>
      <w:r>
        <w:t>Seasonal monitoring allows you to identify trends before they become problems.</w:t>
      </w:r>
    </w:p>
    <w:p w14:paraId="0FE4E832" w14:textId="77777777" w:rsidR="000F0E8E" w:rsidRDefault="000F0E8E" w:rsidP="000F0E8E">
      <w:pPr>
        <w:pStyle w:val="NormalWeb"/>
      </w:pPr>
      <w:r>
        <w:lastRenderedPageBreak/>
        <w:t>Whenever possible, maintain a historical record of your water quality.</w:t>
      </w:r>
    </w:p>
    <w:p w14:paraId="5BAC8999" w14:textId="77777777" w:rsidR="000F0E8E" w:rsidRDefault="000F0E8E" w:rsidP="000F0E8E">
      <w:pPr>
        <w:pStyle w:val="NormalWeb"/>
      </w:pPr>
      <w:r>
        <w:t>The water itself will often reveal important patterns.</w:t>
      </w:r>
    </w:p>
    <w:p w14:paraId="05279EB5" w14:textId="77777777" w:rsidR="000F0E8E" w:rsidRDefault="000F0E8E" w:rsidP="000F0E8E">
      <w:r>
        <w:rPr>
          <w:noProof/>
        </w:rPr>
        <mc:AlternateContent>
          <mc:Choice Requires="wps">
            <w:drawing>
              <wp:inline distT="0" distB="0" distL="0" distR="0" wp14:anchorId="64D6155A" wp14:editId="03FE197B">
                <wp:extent cx="6492240" cy="1270"/>
                <wp:effectExtent l="0" t="0" r="10160" b="24130"/>
                <wp:docPr id="65277263"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34DF388" id="Rectangle 395" o:spid="_x0000_s1026" style="width:511.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" filled="f">
                <v:path arrowok="t"/>
                <w10:anchorlock/>
              </v:rect>
            </w:pict>
          </mc:Fallback>
        </mc:AlternateContent>
      </w:r>
    </w:p>
    <w:p w14:paraId="5C003D59" w14:textId="77777777" w:rsidR="000F0E8E" w:rsidRDefault="000F0E8E" w:rsidP="000F0E8E">
      <w:pPr>
        <w:pStyle w:val="Heading1"/>
      </w:pPr>
      <w:r>
        <w:t>Record More Than pH</w:t>
      </w:r>
    </w:p>
    <w:p w14:paraId="103E76FF" w14:textId="77777777" w:rsidR="000F0E8E" w:rsidRDefault="000F0E8E" w:rsidP="000F0E8E">
      <w:pPr>
        <w:pStyle w:val="NormalWeb"/>
      </w:pPr>
      <w:r>
        <w:t>When testing water, don't stop at pH.</w:t>
      </w:r>
    </w:p>
    <w:p w14:paraId="4767CB2F" w14:textId="77777777" w:rsidR="000F0E8E" w:rsidRDefault="000F0E8E" w:rsidP="000F0E8E">
      <w:pPr>
        <w:pStyle w:val="NormalWeb"/>
      </w:pPr>
      <w:r>
        <w:t>Also record:</w:t>
      </w:r>
    </w:p>
    <w:p w14:paraId="73EAACE7" w14:textId="77777777" w:rsidR="000F0E8E" w:rsidRDefault="000F0E8E" w:rsidP="000F0E8E">
      <w:pPr>
        <w:numPr>
          <w:ilvl w:val="0"/>
          <w:numId w:val="24"/>
        </w:numPr>
        <w:spacing w:before="100" w:beforeAutospacing="1" w:after="100" w:afterAutospacing="1" w:line="240" w:lineRule="auto"/>
      </w:pPr>
      <w:r>
        <w:t xml:space="preserve">Water temperature </w:t>
      </w:r>
    </w:p>
    <w:p w14:paraId="0CF80A2A" w14:textId="77777777" w:rsidR="000F0E8E" w:rsidRDefault="000F0E8E" w:rsidP="000F0E8E">
      <w:pPr>
        <w:numPr>
          <w:ilvl w:val="0"/>
          <w:numId w:val="24"/>
        </w:numPr>
        <w:spacing w:before="100" w:beforeAutospacing="1" w:after="100" w:afterAutospacing="1" w:line="240" w:lineRule="auto"/>
      </w:pPr>
      <w:r>
        <w:t xml:space="preserve">Dissolved oxygen </w:t>
      </w:r>
    </w:p>
    <w:p w14:paraId="22AAA47B" w14:textId="77777777" w:rsidR="000F0E8E" w:rsidRDefault="000F0E8E" w:rsidP="000F0E8E">
      <w:pPr>
        <w:numPr>
          <w:ilvl w:val="0"/>
          <w:numId w:val="24"/>
        </w:numPr>
        <w:spacing w:before="100" w:beforeAutospacing="1" w:after="100" w:afterAutospacing="1" w:line="240" w:lineRule="auto"/>
      </w:pPr>
      <w:r>
        <w:t xml:space="preserve">Conductivity </w:t>
      </w:r>
    </w:p>
    <w:p w14:paraId="0774D782" w14:textId="77777777" w:rsidR="000F0E8E" w:rsidRDefault="000F0E8E" w:rsidP="000F0E8E">
      <w:pPr>
        <w:numPr>
          <w:ilvl w:val="0"/>
          <w:numId w:val="24"/>
        </w:numPr>
        <w:spacing w:before="100" w:beforeAutospacing="1" w:after="100" w:afterAutospacing="1" w:line="240" w:lineRule="auto"/>
      </w:pPr>
      <w:r>
        <w:t xml:space="preserve">Hardness </w:t>
      </w:r>
    </w:p>
    <w:p w14:paraId="287C3B05" w14:textId="77777777" w:rsidR="000F0E8E" w:rsidRDefault="000F0E8E" w:rsidP="000F0E8E">
      <w:pPr>
        <w:numPr>
          <w:ilvl w:val="0"/>
          <w:numId w:val="24"/>
        </w:numPr>
        <w:spacing w:before="100" w:beforeAutospacing="1" w:after="100" w:afterAutospacing="1" w:line="240" w:lineRule="auto"/>
      </w:pPr>
      <w:r>
        <w:t xml:space="preserve">Alkalinity </w:t>
      </w:r>
    </w:p>
    <w:p w14:paraId="40F0E969" w14:textId="77777777" w:rsidR="000F0E8E" w:rsidRDefault="000F0E8E" w:rsidP="000F0E8E">
      <w:pPr>
        <w:numPr>
          <w:ilvl w:val="0"/>
          <w:numId w:val="24"/>
        </w:numPr>
        <w:spacing w:before="100" w:beforeAutospacing="1" w:after="100" w:afterAutospacing="1" w:line="240" w:lineRule="auto"/>
      </w:pPr>
      <w:r>
        <w:t xml:space="preserve">Iron </w:t>
      </w:r>
    </w:p>
    <w:p w14:paraId="75373CA1" w14:textId="77777777" w:rsidR="000F0E8E" w:rsidRDefault="000F0E8E" w:rsidP="000F0E8E">
      <w:pPr>
        <w:numPr>
          <w:ilvl w:val="0"/>
          <w:numId w:val="24"/>
        </w:numPr>
        <w:spacing w:before="100" w:beforeAutospacing="1" w:after="100" w:afterAutospacing="1" w:line="240" w:lineRule="auto"/>
      </w:pPr>
      <w:r>
        <w:t xml:space="preserve">Manganese </w:t>
      </w:r>
    </w:p>
    <w:p w14:paraId="631DE45F" w14:textId="77777777" w:rsidR="000F0E8E" w:rsidRDefault="000F0E8E" w:rsidP="000F0E8E">
      <w:pPr>
        <w:numPr>
          <w:ilvl w:val="0"/>
          <w:numId w:val="24"/>
        </w:numPr>
        <w:spacing w:before="100" w:beforeAutospacing="1" w:after="100" w:afterAutospacing="1" w:line="240" w:lineRule="auto"/>
      </w:pPr>
      <w:r>
        <w:t xml:space="preserve">Colour </w:t>
      </w:r>
    </w:p>
    <w:p w14:paraId="0CCF0255" w14:textId="77777777" w:rsidR="000F0E8E" w:rsidRDefault="000F0E8E" w:rsidP="000F0E8E">
      <w:pPr>
        <w:numPr>
          <w:ilvl w:val="0"/>
          <w:numId w:val="24"/>
        </w:numPr>
        <w:spacing w:before="100" w:beforeAutospacing="1" w:after="100" w:afterAutospacing="1" w:line="240" w:lineRule="auto"/>
      </w:pPr>
      <w:r>
        <w:t xml:space="preserve">Odour </w:t>
      </w:r>
    </w:p>
    <w:p w14:paraId="7C9926FB" w14:textId="77777777" w:rsidR="000F0E8E" w:rsidRDefault="000F0E8E" w:rsidP="000F0E8E">
      <w:pPr>
        <w:numPr>
          <w:ilvl w:val="0"/>
          <w:numId w:val="24"/>
        </w:numPr>
        <w:spacing w:before="100" w:beforeAutospacing="1" w:after="100" w:afterAutospacing="1" w:line="240" w:lineRule="auto"/>
      </w:pPr>
      <w:r>
        <w:t xml:space="preserve">Water clarity </w:t>
      </w:r>
    </w:p>
    <w:p w14:paraId="1A795C8D" w14:textId="77777777" w:rsidR="000F0E8E" w:rsidRDefault="000F0E8E" w:rsidP="000F0E8E">
      <w:pPr>
        <w:numPr>
          <w:ilvl w:val="0"/>
          <w:numId w:val="24"/>
        </w:numPr>
        <w:spacing w:before="100" w:beforeAutospacing="1" w:after="100" w:afterAutospacing="1" w:line="240" w:lineRule="auto"/>
      </w:pPr>
      <w:r>
        <w:t xml:space="preserve">Weather conditions </w:t>
      </w:r>
    </w:p>
    <w:p w14:paraId="3CE06052" w14:textId="77777777" w:rsidR="000F0E8E" w:rsidRDefault="000F0E8E" w:rsidP="000F0E8E">
      <w:pPr>
        <w:numPr>
          <w:ilvl w:val="0"/>
          <w:numId w:val="24"/>
        </w:numPr>
        <w:spacing w:before="100" w:beforeAutospacing="1" w:after="100" w:afterAutospacing="1" w:line="240" w:lineRule="auto"/>
      </w:pPr>
      <w:r>
        <w:t xml:space="preserve">Time of year </w:t>
      </w:r>
    </w:p>
    <w:p w14:paraId="06DBEE21" w14:textId="77777777" w:rsidR="000F0E8E" w:rsidRDefault="000F0E8E" w:rsidP="000F0E8E">
      <w:pPr>
        <w:pStyle w:val="NormalWeb"/>
      </w:pPr>
      <w:r>
        <w:t>These observations often explain changes that pH alone cannot.</w:t>
      </w:r>
    </w:p>
    <w:p w14:paraId="3E4B0E47" w14:textId="77777777" w:rsidR="000F0E8E" w:rsidRDefault="000F0E8E" w:rsidP="000F0E8E">
      <w:r>
        <w:rPr>
          <w:noProof/>
        </w:rPr>
        <mc:AlternateContent>
          <mc:Choice Requires="wps">
            <w:drawing>
              <wp:inline distT="0" distB="0" distL="0" distR="0" wp14:anchorId="462439DB" wp14:editId="76CC6CE8">
                <wp:extent cx="6492240" cy="635"/>
                <wp:effectExtent l="0" t="0" r="10160" b="24765"/>
                <wp:docPr id="1655050587"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C02FAB0" id="Rectangle 39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06F8CA9" w14:textId="77777777" w:rsidR="000F0E8E" w:rsidRDefault="000F0E8E" w:rsidP="000F0E8E">
      <w:pPr>
        <w:pStyle w:val="Heading1"/>
      </w:pPr>
      <w:r>
        <w:t>Understand Before You Adjust</w:t>
      </w:r>
    </w:p>
    <w:p w14:paraId="32742B8D" w14:textId="77777777" w:rsidR="000F0E8E" w:rsidRDefault="000F0E8E" w:rsidP="000F0E8E">
      <w:pPr>
        <w:pStyle w:val="NormalWeb"/>
      </w:pPr>
      <w:r>
        <w:t>One of the biggest mistakes in water treatment is adjusting water chemistry before understanding why it changed.</w:t>
      </w:r>
    </w:p>
    <w:p w14:paraId="2DB7993D" w14:textId="77777777" w:rsidR="000F0E8E" w:rsidRDefault="000F0E8E" w:rsidP="000F0E8E">
      <w:pPr>
        <w:pStyle w:val="NormalWeb"/>
      </w:pPr>
      <w:r>
        <w:t>A changing pH is often a symptom.</w:t>
      </w:r>
    </w:p>
    <w:p w14:paraId="777E8AE7" w14:textId="77777777" w:rsidR="000F0E8E" w:rsidRDefault="000F0E8E" w:rsidP="000F0E8E">
      <w:pPr>
        <w:pStyle w:val="NormalWeb"/>
      </w:pPr>
      <w:r>
        <w:t>Not the problem.</w:t>
      </w:r>
    </w:p>
    <w:p w14:paraId="4CA3C6A3" w14:textId="77777777" w:rsidR="000F0E8E" w:rsidRDefault="000F0E8E" w:rsidP="000F0E8E">
      <w:pPr>
        <w:pStyle w:val="NormalWeb"/>
      </w:pPr>
      <w:r>
        <w:t>Before making corrections, determine what caused the change.</w:t>
      </w:r>
    </w:p>
    <w:p w14:paraId="42084BAF" w14:textId="77777777" w:rsidR="000F0E8E" w:rsidRDefault="000F0E8E" w:rsidP="000F0E8E">
      <w:pPr>
        <w:pStyle w:val="NormalWeb"/>
      </w:pPr>
      <w:r>
        <w:t>Treating the cause usually produces better long-term results than simply correcting the symptom.</w:t>
      </w:r>
    </w:p>
    <w:p w14:paraId="534C44B3" w14:textId="77777777" w:rsidR="000F0E8E" w:rsidRDefault="000F0E8E" w:rsidP="000F0E8E">
      <w:r>
        <w:rPr>
          <w:noProof/>
        </w:rPr>
        <mc:AlternateContent>
          <mc:Choice Requires="wps">
            <w:drawing>
              <wp:inline distT="0" distB="0" distL="0" distR="0" wp14:anchorId="1B7B0522" wp14:editId="59809EC6">
                <wp:extent cx="6492240" cy="635"/>
                <wp:effectExtent l="0" t="0" r="10160" b="24765"/>
                <wp:docPr id="680072179"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210D2F0" id="Rectangle 39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FF475D9" w14:textId="77777777" w:rsidR="000F0E8E" w:rsidRDefault="000F0E8E" w:rsidP="000F0E8E">
      <w:pPr>
        <w:pStyle w:val="Heading1"/>
      </w:pPr>
      <w:r>
        <w:lastRenderedPageBreak/>
        <w:t>Define Your Objective</w:t>
      </w:r>
    </w:p>
    <w:p w14:paraId="5059D21C" w14:textId="77777777" w:rsidR="000F0E8E" w:rsidRDefault="000F0E8E" w:rsidP="000F0E8E">
      <w:pPr>
        <w:pStyle w:val="NormalWeb"/>
      </w:pPr>
      <w:r>
        <w:t>Every adjustment should have a purpose.</w:t>
      </w:r>
    </w:p>
    <w:p w14:paraId="20DE5291" w14:textId="77777777" w:rsidR="000F0E8E" w:rsidRDefault="000F0E8E" w:rsidP="000F0E8E">
      <w:pPr>
        <w:pStyle w:val="NormalWeb"/>
      </w:pPr>
      <w:r>
        <w:t>Ask yourself:</w:t>
      </w:r>
    </w:p>
    <w:p w14:paraId="0C1248B7" w14:textId="77777777" w:rsidR="000F0E8E" w:rsidRDefault="000F0E8E" w:rsidP="000F0E8E">
      <w:pPr>
        <w:pStyle w:val="NormalWeb"/>
      </w:pPr>
      <w:r>
        <w:t>What am I trying to accomplish?</w:t>
      </w:r>
    </w:p>
    <w:p w14:paraId="347C4543" w14:textId="77777777" w:rsidR="000F0E8E" w:rsidRDefault="000F0E8E" w:rsidP="000F0E8E">
      <w:pPr>
        <w:pStyle w:val="NormalWeb"/>
      </w:pPr>
      <w:r>
        <w:t>Am I trying to improve:</w:t>
      </w:r>
    </w:p>
    <w:p w14:paraId="1E79D855" w14:textId="77777777" w:rsidR="000F0E8E" w:rsidRDefault="000F0E8E" w:rsidP="000F0E8E">
      <w:pPr>
        <w:numPr>
          <w:ilvl w:val="0"/>
          <w:numId w:val="25"/>
        </w:numPr>
        <w:spacing w:before="100" w:beforeAutospacing="1" w:after="100" w:afterAutospacing="1" w:line="240" w:lineRule="auto"/>
      </w:pPr>
      <w:r>
        <w:t xml:space="preserve">Production? </w:t>
      </w:r>
    </w:p>
    <w:p w14:paraId="436D092C" w14:textId="77777777" w:rsidR="000F0E8E" w:rsidRDefault="000F0E8E" w:rsidP="000F0E8E">
      <w:pPr>
        <w:numPr>
          <w:ilvl w:val="0"/>
          <w:numId w:val="25"/>
        </w:numPr>
        <w:spacing w:before="100" w:beforeAutospacing="1" w:after="100" w:afterAutospacing="1" w:line="240" w:lineRule="auto"/>
      </w:pPr>
      <w:r>
        <w:t xml:space="preserve">Water quality? </w:t>
      </w:r>
    </w:p>
    <w:p w14:paraId="4905C416" w14:textId="77777777" w:rsidR="000F0E8E" w:rsidRDefault="000F0E8E" w:rsidP="000F0E8E">
      <w:pPr>
        <w:numPr>
          <w:ilvl w:val="0"/>
          <w:numId w:val="25"/>
        </w:numPr>
        <w:spacing w:before="100" w:beforeAutospacing="1" w:after="100" w:afterAutospacing="1" w:line="240" w:lineRule="auto"/>
      </w:pPr>
      <w:r>
        <w:t xml:space="preserve">Animal health? </w:t>
      </w:r>
    </w:p>
    <w:p w14:paraId="7D40576E" w14:textId="77777777" w:rsidR="000F0E8E" w:rsidRDefault="000F0E8E" w:rsidP="000F0E8E">
      <w:pPr>
        <w:numPr>
          <w:ilvl w:val="0"/>
          <w:numId w:val="25"/>
        </w:numPr>
        <w:spacing w:before="100" w:beforeAutospacing="1" w:after="100" w:afterAutospacing="1" w:line="240" w:lineRule="auto"/>
      </w:pPr>
      <w:r>
        <w:t xml:space="preserve">Crop performance? </w:t>
      </w:r>
    </w:p>
    <w:p w14:paraId="28671631" w14:textId="77777777" w:rsidR="000F0E8E" w:rsidRDefault="000F0E8E" w:rsidP="000F0E8E">
      <w:pPr>
        <w:numPr>
          <w:ilvl w:val="0"/>
          <w:numId w:val="25"/>
        </w:numPr>
        <w:spacing w:before="100" w:beforeAutospacing="1" w:after="100" w:afterAutospacing="1" w:line="240" w:lineRule="auto"/>
      </w:pPr>
      <w:r>
        <w:t xml:space="preserve">Equipment protection? </w:t>
      </w:r>
    </w:p>
    <w:p w14:paraId="15CB199D" w14:textId="77777777" w:rsidR="000F0E8E" w:rsidRDefault="000F0E8E" w:rsidP="000F0E8E">
      <w:pPr>
        <w:numPr>
          <w:ilvl w:val="0"/>
          <w:numId w:val="25"/>
        </w:numPr>
        <w:spacing w:before="100" w:beforeAutospacing="1" w:after="100" w:afterAutospacing="1" w:line="240" w:lineRule="auto"/>
      </w:pPr>
      <w:r>
        <w:t xml:space="preserve">Treatment efficiency? </w:t>
      </w:r>
    </w:p>
    <w:p w14:paraId="2BA25E46" w14:textId="77777777" w:rsidR="000F0E8E" w:rsidRDefault="000F0E8E" w:rsidP="000F0E8E">
      <w:pPr>
        <w:pStyle w:val="NormalWeb"/>
      </w:pPr>
      <w:r>
        <w:t>Clear objectives lead to better decisions.</w:t>
      </w:r>
    </w:p>
    <w:p w14:paraId="0F076CCA" w14:textId="77777777" w:rsidR="000F0E8E" w:rsidRDefault="000F0E8E" w:rsidP="000F0E8E">
      <w:r>
        <w:rPr>
          <w:noProof/>
        </w:rPr>
        <mc:AlternateContent>
          <mc:Choice Requires="wps">
            <w:drawing>
              <wp:inline distT="0" distB="0" distL="0" distR="0" wp14:anchorId="3657FF53" wp14:editId="68EAF47B">
                <wp:extent cx="6492240" cy="635"/>
                <wp:effectExtent l="0" t="0" r="10160" b="24765"/>
                <wp:docPr id="40970883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D9AEF19" id="Rectangle 38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AE52E31" w14:textId="77777777" w:rsidR="000F0E8E" w:rsidRDefault="000F0E8E" w:rsidP="000F0E8E">
      <w:pPr>
        <w:pStyle w:val="Heading1"/>
      </w:pPr>
      <w:r>
        <w:t>Monitor the Results</w:t>
      </w:r>
    </w:p>
    <w:p w14:paraId="3529D91B" w14:textId="77777777" w:rsidR="000F0E8E" w:rsidRDefault="000F0E8E" w:rsidP="000F0E8E">
      <w:pPr>
        <w:pStyle w:val="NormalWeb"/>
      </w:pPr>
      <w:r>
        <w:t>Whenever changes are made to water chemistry, monitor the results carefully.</w:t>
      </w:r>
    </w:p>
    <w:p w14:paraId="217AA957" w14:textId="77777777" w:rsidR="000F0E8E" w:rsidRDefault="000F0E8E" w:rsidP="000F0E8E">
      <w:pPr>
        <w:pStyle w:val="NormalWeb"/>
      </w:pPr>
      <w:r>
        <w:t>Observe the water.</w:t>
      </w:r>
    </w:p>
    <w:p w14:paraId="79BF41D9" w14:textId="77777777" w:rsidR="000F0E8E" w:rsidRDefault="000F0E8E" w:rsidP="000F0E8E">
      <w:pPr>
        <w:pStyle w:val="NormalWeb"/>
      </w:pPr>
      <w:r>
        <w:t>Observe the equipment.</w:t>
      </w:r>
    </w:p>
    <w:p w14:paraId="394E1A78" w14:textId="77777777" w:rsidR="000F0E8E" w:rsidRDefault="000F0E8E" w:rsidP="000F0E8E">
      <w:pPr>
        <w:pStyle w:val="NormalWeb"/>
      </w:pPr>
      <w:r>
        <w:t>Observe the production system.</w:t>
      </w:r>
    </w:p>
    <w:p w14:paraId="045A3202" w14:textId="77777777" w:rsidR="000F0E8E" w:rsidRDefault="000F0E8E" w:rsidP="000F0E8E">
      <w:pPr>
        <w:pStyle w:val="NormalWeb"/>
      </w:pPr>
      <w:r>
        <w:t>Observe the animals.</w:t>
      </w:r>
    </w:p>
    <w:p w14:paraId="133D23FC" w14:textId="77777777" w:rsidR="000F0E8E" w:rsidRDefault="000F0E8E" w:rsidP="000F0E8E">
      <w:pPr>
        <w:pStyle w:val="NormalWeb"/>
      </w:pPr>
      <w:r>
        <w:t>Observe the crops.</w:t>
      </w:r>
    </w:p>
    <w:p w14:paraId="2B9A494C" w14:textId="77777777" w:rsidR="000F0E8E" w:rsidRDefault="000F0E8E" w:rsidP="000F0E8E">
      <w:pPr>
        <w:pStyle w:val="NormalWeb"/>
      </w:pPr>
      <w:r>
        <w:t>Water management is an ongoing process of observation, learning, and refinement.</w:t>
      </w:r>
    </w:p>
    <w:p w14:paraId="58FABEC7" w14:textId="77777777" w:rsidR="000F0E8E" w:rsidRDefault="000F0E8E" w:rsidP="000F0E8E">
      <w:r>
        <w:rPr>
          <w:noProof/>
        </w:rPr>
        <mc:AlternateContent>
          <mc:Choice Requires="wps">
            <w:drawing>
              <wp:inline distT="0" distB="0" distL="0" distR="0" wp14:anchorId="18B21104" wp14:editId="02438360">
                <wp:extent cx="6492240" cy="635"/>
                <wp:effectExtent l="0" t="0" r="10160" b="24765"/>
                <wp:docPr id="355949259"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09D4279" id="Rectangle 38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2675ADCA" w14:textId="77777777" w:rsidR="000F0E8E" w:rsidRDefault="000F0E8E" w:rsidP="000F0E8E">
      <w:pPr>
        <w:pStyle w:val="Heading1"/>
      </w:pPr>
      <w:r>
        <w:t>Protect Your Investment</w:t>
      </w:r>
    </w:p>
    <w:p w14:paraId="0B98DB87" w14:textId="77777777" w:rsidR="000F0E8E" w:rsidRDefault="000F0E8E" w:rsidP="000F0E8E">
      <w:pPr>
        <w:pStyle w:val="NormalWeb"/>
      </w:pPr>
      <w:r>
        <w:t>Water treatment equipment performs best when the water itself is understood.</w:t>
      </w:r>
    </w:p>
    <w:p w14:paraId="022A85EA" w14:textId="77777777" w:rsidR="000F0E8E" w:rsidRDefault="000F0E8E" w:rsidP="000F0E8E">
      <w:pPr>
        <w:pStyle w:val="NormalWeb"/>
      </w:pPr>
      <w:r>
        <w:t>Routine maintenance.</w:t>
      </w:r>
    </w:p>
    <w:p w14:paraId="34601A81" w14:textId="77777777" w:rsidR="000F0E8E" w:rsidRDefault="000F0E8E" w:rsidP="000F0E8E">
      <w:pPr>
        <w:pStyle w:val="NormalWeb"/>
      </w:pPr>
      <w:r>
        <w:lastRenderedPageBreak/>
        <w:t>Routine testing.</w:t>
      </w:r>
    </w:p>
    <w:p w14:paraId="65E59F0E" w14:textId="77777777" w:rsidR="000F0E8E" w:rsidRDefault="000F0E8E" w:rsidP="000F0E8E">
      <w:pPr>
        <w:pStyle w:val="NormalWeb"/>
      </w:pPr>
      <w:r>
        <w:t>Routine observation.</w:t>
      </w:r>
    </w:p>
    <w:p w14:paraId="3513C4E9" w14:textId="77777777" w:rsidR="000F0E8E" w:rsidRDefault="000F0E8E" w:rsidP="000F0E8E">
      <w:pPr>
        <w:pStyle w:val="NormalWeb"/>
      </w:pPr>
      <w:r>
        <w:t>These simple practices often prevent costly problems before they occur.</w:t>
      </w:r>
    </w:p>
    <w:p w14:paraId="5275FCE7" w14:textId="77777777" w:rsidR="000F0E8E" w:rsidRDefault="000F0E8E" w:rsidP="000F0E8E">
      <w:pPr>
        <w:pStyle w:val="NormalWeb"/>
      </w:pPr>
      <w:r>
        <w:t>Good water management protects both the water and the investment made in treatment equipment.</w:t>
      </w:r>
    </w:p>
    <w:p w14:paraId="13741717" w14:textId="77777777" w:rsidR="000F0E8E" w:rsidRDefault="000F0E8E" w:rsidP="000F0E8E">
      <w:r>
        <w:rPr>
          <w:noProof/>
        </w:rPr>
        <mc:AlternateContent>
          <mc:Choice Requires="wps">
            <w:drawing>
              <wp:inline distT="0" distB="0" distL="0" distR="0" wp14:anchorId="7313A0D6" wp14:editId="530E1CF7">
                <wp:extent cx="6492240" cy="635"/>
                <wp:effectExtent l="0" t="0" r="10160" b="24765"/>
                <wp:docPr id="1493668249"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49A9266" id="Rectangle 38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7A699C8" w14:textId="77777777" w:rsidR="000F0E8E" w:rsidRDefault="000F0E8E" w:rsidP="000F0E8E">
      <w:pPr>
        <w:pStyle w:val="Heading1"/>
      </w:pPr>
      <w:r>
        <w:t>Continue Learning</w:t>
      </w:r>
    </w:p>
    <w:p w14:paraId="7D6671FB" w14:textId="77777777" w:rsidR="000F0E8E" w:rsidRDefault="000F0E8E" w:rsidP="000F0E8E">
      <w:pPr>
        <w:pStyle w:val="NormalWeb"/>
      </w:pPr>
      <w:r>
        <w:t>Water science continues to evolve.</w:t>
      </w:r>
    </w:p>
    <w:p w14:paraId="5E2FB2B4" w14:textId="77777777" w:rsidR="000F0E8E" w:rsidRDefault="000F0E8E" w:rsidP="000F0E8E">
      <w:pPr>
        <w:pStyle w:val="NormalWeb"/>
      </w:pPr>
      <w:r>
        <w:t>New technologies.</w:t>
      </w:r>
    </w:p>
    <w:p w14:paraId="66E77B48" w14:textId="77777777" w:rsidR="000F0E8E" w:rsidRDefault="000F0E8E" w:rsidP="000F0E8E">
      <w:pPr>
        <w:pStyle w:val="NormalWeb"/>
      </w:pPr>
      <w:r>
        <w:t>New research.</w:t>
      </w:r>
    </w:p>
    <w:p w14:paraId="59715577" w14:textId="77777777" w:rsidR="000F0E8E" w:rsidRDefault="000F0E8E" w:rsidP="000F0E8E">
      <w:pPr>
        <w:pStyle w:val="NormalWeb"/>
      </w:pPr>
      <w:r>
        <w:t>New treatment methods.</w:t>
      </w:r>
    </w:p>
    <w:p w14:paraId="6BE8AE0A" w14:textId="77777777" w:rsidR="000F0E8E" w:rsidRDefault="000F0E8E" w:rsidP="000F0E8E">
      <w:pPr>
        <w:pStyle w:val="NormalWeb"/>
      </w:pPr>
      <w:r>
        <w:t>New understanding.</w:t>
      </w:r>
    </w:p>
    <w:p w14:paraId="5869A07B" w14:textId="77777777" w:rsidR="000F0E8E" w:rsidRDefault="000F0E8E" w:rsidP="000F0E8E">
      <w:pPr>
        <w:pStyle w:val="NormalWeb"/>
      </w:pPr>
      <w:r>
        <w:t>One of the most valuable investments you can make is continuing your education.</w:t>
      </w:r>
    </w:p>
    <w:p w14:paraId="673E6945" w14:textId="77777777" w:rsidR="000F0E8E" w:rsidRDefault="000F0E8E" w:rsidP="000F0E8E">
      <w:pPr>
        <w:pStyle w:val="NormalWeb"/>
      </w:pPr>
      <w:r>
        <w:t>The more you understand your water, the more confident your decisions become.</w:t>
      </w:r>
    </w:p>
    <w:p w14:paraId="60596D0E" w14:textId="77777777" w:rsidR="000F0E8E" w:rsidRDefault="000F0E8E" w:rsidP="000F0E8E">
      <w:r>
        <w:rPr>
          <w:noProof/>
        </w:rPr>
        <mc:AlternateContent>
          <mc:Choice Requires="wps">
            <w:drawing>
              <wp:inline distT="0" distB="0" distL="0" distR="0" wp14:anchorId="5F7A1DCC" wp14:editId="6AD614CA">
                <wp:extent cx="6492240" cy="635"/>
                <wp:effectExtent l="0" t="0" r="10160" b="24765"/>
                <wp:docPr id="930807175"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38A328A" id="Rectangle 38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1B9AEFD" w14:textId="77777777" w:rsidR="000F0E8E" w:rsidRDefault="000F0E8E" w:rsidP="000F0E8E">
      <w:pPr>
        <w:pStyle w:val="Heading1"/>
      </w:pPr>
      <w:r>
        <w:t>THE FOUNDER'S NOTEBOOK</w:t>
      </w:r>
    </w:p>
    <w:p w14:paraId="2B7B183F" w14:textId="77777777" w:rsidR="000F0E8E" w:rsidRDefault="000F0E8E" w:rsidP="000F0E8E">
      <w:pPr>
        <w:pStyle w:val="Heading2"/>
      </w:pPr>
      <w:r>
        <w:t>Water Rewards Those Who Pay Attention</w:t>
      </w:r>
    </w:p>
    <w:p w14:paraId="2C5DF7CA" w14:textId="77777777" w:rsidR="000F0E8E" w:rsidRDefault="000F0E8E" w:rsidP="000F0E8E">
      <w:pPr>
        <w:pStyle w:val="NormalWeb"/>
      </w:pPr>
      <w:r>
        <w:t>One thing I have learned over the years is that water is remarkably consistent.</w:t>
      </w:r>
    </w:p>
    <w:p w14:paraId="2BF7BE20" w14:textId="77777777" w:rsidR="000F0E8E" w:rsidRDefault="000F0E8E" w:rsidP="000F0E8E">
      <w:pPr>
        <w:pStyle w:val="NormalWeb"/>
      </w:pPr>
      <w:r>
        <w:t>It always follows the laws of nature.</w:t>
      </w:r>
    </w:p>
    <w:p w14:paraId="5A459EE0" w14:textId="77777777" w:rsidR="000F0E8E" w:rsidRDefault="000F0E8E" w:rsidP="000F0E8E">
      <w:pPr>
        <w:pStyle w:val="NormalWeb"/>
      </w:pPr>
      <w:r>
        <w:t>If something changes, there is usually a reason.</w:t>
      </w:r>
    </w:p>
    <w:p w14:paraId="3BECDBA1" w14:textId="77777777" w:rsidR="000F0E8E" w:rsidRDefault="000F0E8E" w:rsidP="000F0E8E">
      <w:pPr>
        <w:pStyle w:val="NormalWeb"/>
      </w:pPr>
      <w:r>
        <w:t>The challenge is taking the time to find it.</w:t>
      </w:r>
    </w:p>
    <w:p w14:paraId="08B28AAE" w14:textId="77777777" w:rsidR="000F0E8E" w:rsidRDefault="000F0E8E" w:rsidP="000F0E8E">
      <w:pPr>
        <w:pStyle w:val="NormalWeb"/>
      </w:pPr>
      <w:r>
        <w:t>The producers who consistently achieve the best results are not necessarily those with the most expensive equipment.</w:t>
      </w:r>
    </w:p>
    <w:p w14:paraId="447EEADC" w14:textId="77777777" w:rsidR="000F0E8E" w:rsidRDefault="000F0E8E" w:rsidP="000F0E8E">
      <w:pPr>
        <w:pStyle w:val="NormalWeb"/>
      </w:pPr>
      <w:r>
        <w:lastRenderedPageBreak/>
        <w:t>They are usually the ones who observe their water, keep good records, ask questions, and continually learn from what the water is telling them.</w:t>
      </w:r>
    </w:p>
    <w:p w14:paraId="5404D5DC" w14:textId="77777777" w:rsidR="000F0E8E" w:rsidRDefault="000F0E8E" w:rsidP="000F0E8E">
      <w:pPr>
        <w:pStyle w:val="NormalWeb"/>
      </w:pPr>
      <w:r>
        <w:t>Water rewards people who pay attention.</w:t>
      </w:r>
    </w:p>
    <w:p w14:paraId="588D2DE4" w14:textId="77777777" w:rsidR="000F0E8E" w:rsidRDefault="000F0E8E" w:rsidP="000F0E8E">
      <w:r>
        <w:rPr>
          <w:noProof/>
        </w:rPr>
        <mc:AlternateContent>
          <mc:Choice Requires="wps">
            <w:drawing>
              <wp:inline distT="0" distB="0" distL="0" distR="0" wp14:anchorId="31E888FD" wp14:editId="40DC1246">
                <wp:extent cx="6492240" cy="635"/>
                <wp:effectExtent l="0" t="0" r="10160" b="24765"/>
                <wp:docPr id="240073993"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83A2ABE" id="Rectangle 38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3B265CEB" w14:textId="77777777" w:rsidR="000F0E8E" w:rsidRDefault="000F0E8E" w:rsidP="000F0E8E">
      <w:pPr>
        <w:pStyle w:val="Heading1"/>
      </w:pPr>
      <w:r>
        <w:t>PUROXI INSIGHT</w:t>
      </w:r>
    </w:p>
    <w:p w14:paraId="49C77C16" w14:textId="77777777" w:rsidR="000F0E8E" w:rsidRDefault="000F0E8E" w:rsidP="000F0E8E">
      <w:pPr>
        <w:pStyle w:val="NormalWeb"/>
      </w:pPr>
      <w:r>
        <w:rPr>
          <w:rStyle w:val="Strong"/>
        </w:rPr>
        <w:t>Good water management is not built on reacting to problems. It is built on understanding trends, asking questions, and making informed decisions before problems develop.</w:t>
      </w:r>
    </w:p>
    <w:p w14:paraId="04F0343C" w14:textId="77777777" w:rsidR="000F0E8E" w:rsidRDefault="000F0E8E" w:rsidP="000F0E8E">
      <w:r>
        <w:rPr>
          <w:noProof/>
        </w:rPr>
        <mc:AlternateContent>
          <mc:Choice Requires="wps">
            <w:drawing>
              <wp:inline distT="0" distB="0" distL="0" distR="0" wp14:anchorId="55B5E264" wp14:editId="3DBB03CC">
                <wp:extent cx="6492240" cy="635"/>
                <wp:effectExtent l="0" t="0" r="10160" b="24765"/>
                <wp:docPr id="1801791397"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D9675FE" id="Rectangle 37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0E1085EA" w14:textId="77777777" w:rsidR="000F0E8E" w:rsidRDefault="000F0E8E" w:rsidP="000F0E8E">
      <w:pPr>
        <w:pStyle w:val="Heading1"/>
      </w:pPr>
      <w:r>
        <w:t>DID YOU KNOW?</w:t>
      </w:r>
    </w:p>
    <w:p w14:paraId="2AEE2A9D" w14:textId="77777777" w:rsidR="000F0E8E" w:rsidRDefault="000F0E8E" w:rsidP="000F0E8E">
      <w:pPr>
        <w:pStyle w:val="NormalWeb"/>
      </w:pPr>
      <w:r>
        <w:t>Many of the most expensive water problems begin as small changes that go unnoticed. Regular observation and routine monitoring often identify these changes long before they become costly.</w:t>
      </w:r>
    </w:p>
    <w:p w14:paraId="0DE5A341" w14:textId="77777777" w:rsidR="000F0E8E" w:rsidRDefault="000F0E8E" w:rsidP="000F0E8E">
      <w:r>
        <w:rPr>
          <w:noProof/>
        </w:rPr>
        <mc:AlternateContent>
          <mc:Choice Requires="wps">
            <w:drawing>
              <wp:inline distT="0" distB="0" distL="0" distR="0" wp14:anchorId="4A8D9169" wp14:editId="34103CFE">
                <wp:extent cx="6492240" cy="635"/>
                <wp:effectExtent l="0" t="0" r="10160" b="24765"/>
                <wp:docPr id="700375847"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38FE1BE" id="Rectangle 37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3DB49C67" w14:textId="77777777" w:rsidR="000F0E8E" w:rsidRDefault="000F0E8E" w:rsidP="000F0E8E">
      <w:pPr>
        <w:pStyle w:val="Heading1"/>
      </w:pPr>
      <w:r>
        <w:t>PRACTICAL CHECKLIST</w:t>
      </w:r>
    </w:p>
    <w:p w14:paraId="54E0E034" w14:textId="77777777" w:rsidR="000F0E8E" w:rsidRDefault="000F0E8E" w:rsidP="000F0E8E">
      <w:pPr>
        <w:pStyle w:val="NormalWeb"/>
      </w:pPr>
      <w:r>
        <w:t>Before making any adjustment to your water, ask yourself:</w:t>
      </w:r>
    </w:p>
    <w:p w14:paraId="5205FAFD" w14:textId="77777777" w:rsidR="000F0E8E" w:rsidRDefault="000F0E8E" w:rsidP="000F0E8E">
      <w:pPr>
        <w:pStyle w:val="NormalWeb"/>
      </w:pPr>
      <w:r>
        <w:rPr>
          <w:rFonts w:ascii="Segoe UI Symbol" w:hAnsi="Segoe UI Symbol" w:cs="Segoe UI Symbol"/>
        </w:rPr>
        <w:t>☐</w:t>
      </w:r>
      <w:r>
        <w:t xml:space="preserve"> Do I understand my water source?</w:t>
      </w:r>
    </w:p>
    <w:p w14:paraId="4A7A9C6B" w14:textId="77777777" w:rsidR="000F0E8E" w:rsidRDefault="000F0E8E" w:rsidP="000F0E8E">
      <w:pPr>
        <w:pStyle w:val="NormalWeb"/>
      </w:pPr>
      <w:r>
        <w:rPr>
          <w:rFonts w:ascii="Segoe UI Symbol" w:hAnsi="Segoe UI Symbol" w:cs="Segoe UI Symbol"/>
        </w:rPr>
        <w:t>☐</w:t>
      </w:r>
      <w:r>
        <w:t xml:space="preserve"> Have I confirmed the laboratory results?</w:t>
      </w:r>
    </w:p>
    <w:p w14:paraId="5CCF8CE9" w14:textId="77777777" w:rsidR="000F0E8E" w:rsidRDefault="000F0E8E" w:rsidP="000F0E8E">
      <w:pPr>
        <w:pStyle w:val="NormalWeb"/>
      </w:pPr>
      <w:r>
        <w:rPr>
          <w:rFonts w:ascii="Segoe UI Symbol" w:hAnsi="Segoe UI Symbol" w:cs="Segoe UI Symbol"/>
        </w:rPr>
        <w:t>☐</w:t>
      </w:r>
      <w:r>
        <w:t xml:space="preserve"> Have I looked at other water quality parameters?</w:t>
      </w:r>
    </w:p>
    <w:p w14:paraId="215DB0E5" w14:textId="77777777" w:rsidR="000F0E8E" w:rsidRDefault="000F0E8E" w:rsidP="000F0E8E">
      <w:pPr>
        <w:pStyle w:val="NormalWeb"/>
      </w:pPr>
      <w:r>
        <w:rPr>
          <w:rFonts w:ascii="Segoe UI Symbol" w:hAnsi="Segoe UI Symbol" w:cs="Segoe UI Symbol"/>
        </w:rPr>
        <w:t>☐</w:t>
      </w:r>
      <w:r>
        <w:t xml:space="preserve"> Do I understand why the pH changed?</w:t>
      </w:r>
    </w:p>
    <w:p w14:paraId="22580A66" w14:textId="77777777" w:rsidR="000F0E8E" w:rsidRDefault="000F0E8E" w:rsidP="000F0E8E">
      <w:pPr>
        <w:pStyle w:val="NormalWeb"/>
      </w:pPr>
      <w:r>
        <w:rPr>
          <w:rFonts w:ascii="Segoe UI Symbol" w:hAnsi="Segoe UI Symbol" w:cs="Segoe UI Symbol"/>
        </w:rPr>
        <w:t>☐</w:t>
      </w:r>
      <w:r>
        <w:t xml:space="preserve"> Have I clearly defined my objective?</w:t>
      </w:r>
    </w:p>
    <w:p w14:paraId="2693B04A" w14:textId="77777777" w:rsidR="000F0E8E" w:rsidRDefault="000F0E8E" w:rsidP="000F0E8E">
      <w:pPr>
        <w:pStyle w:val="NormalWeb"/>
      </w:pPr>
      <w:r>
        <w:rPr>
          <w:rFonts w:ascii="Segoe UI Symbol" w:hAnsi="Segoe UI Symbol" w:cs="Segoe UI Symbol"/>
        </w:rPr>
        <w:t>☐</w:t>
      </w:r>
      <w:r>
        <w:t xml:space="preserve"> Am I treating the cause rather than the symptom?</w:t>
      </w:r>
    </w:p>
    <w:p w14:paraId="0ADEDA6E" w14:textId="77777777" w:rsidR="000F0E8E" w:rsidRDefault="000F0E8E" w:rsidP="000F0E8E">
      <w:pPr>
        <w:pStyle w:val="NormalWeb"/>
      </w:pPr>
      <w:r>
        <w:rPr>
          <w:rFonts w:ascii="Segoe UI Symbol" w:hAnsi="Segoe UI Symbol" w:cs="Segoe UI Symbol"/>
        </w:rPr>
        <w:t>☐</w:t>
      </w:r>
      <w:r>
        <w:t xml:space="preserve"> Do I have a plan to monitor the results?</w:t>
      </w:r>
    </w:p>
    <w:p w14:paraId="226E75BF" w14:textId="77777777" w:rsidR="000F0E8E" w:rsidRDefault="000F0E8E" w:rsidP="000F0E8E">
      <w:pPr>
        <w:pStyle w:val="NormalWeb"/>
      </w:pPr>
      <w:r>
        <w:t>If you answered "No" to any of these questions, gather more information before making significant changes.</w:t>
      </w:r>
    </w:p>
    <w:p w14:paraId="02A7D451" w14:textId="77777777" w:rsidR="000F0E8E" w:rsidRDefault="000F0E8E" w:rsidP="000F0E8E">
      <w:r>
        <w:rPr>
          <w:noProof/>
        </w:rPr>
        <w:lastRenderedPageBreak/>
        <mc:AlternateContent>
          <mc:Choice Requires="wps">
            <w:drawing>
              <wp:inline distT="0" distB="0" distL="0" distR="0" wp14:anchorId="6E009990" wp14:editId="2810197B">
                <wp:extent cx="6492240" cy="635"/>
                <wp:effectExtent l="0" t="0" r="10160" b="24765"/>
                <wp:docPr id="671428324"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AE2C40B" id="Rectangle 37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7B88D62D" w14:textId="77777777" w:rsidR="000F0E8E" w:rsidRDefault="000F0E8E" w:rsidP="000F0E8E">
      <w:pPr>
        <w:pStyle w:val="Heading1"/>
      </w:pPr>
      <w:r>
        <w:t>PULL QUOTE</w:t>
      </w:r>
    </w:p>
    <w:p w14:paraId="29E61FD1" w14:textId="0387F416" w:rsidR="003D7839" w:rsidRDefault="000F0E8E" w:rsidP="004B60EC">
      <w:pPr>
        <w:pStyle w:val="NormalWeb"/>
      </w:pPr>
      <w:r>
        <w:rPr>
          <w:rStyle w:val="Strong"/>
        </w:rPr>
        <w:t>The best water managers are not the ones who react the fastest. They are the ones who understand the water the best.</w:t>
      </w:r>
    </w:p>
    <w:p w14:paraId="0867F201" w14:textId="66960467" w:rsidR="003D7839" w:rsidRDefault="00EB1EFD" w:rsidP="004B60EC">
      <w:pPr>
        <w:pStyle w:val="Heading1"/>
        <w:jc w:val="center"/>
      </w:pPr>
      <w:r>
        <w:rPr>
          <w:noProof/>
        </w:rPr>
        <w:drawing>
          <wp:inline distT="0" distB="0" distL="0" distR="0" wp14:anchorId="7437F39A" wp14:editId="5113A85C">
            <wp:extent cx="6410528" cy="4273685"/>
            <wp:effectExtent l="0" t="0" r="3175" b="6350"/>
            <wp:docPr id="52540990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6"/>
                    <a:stretch>
                      <a:fillRect/>
                    </a:stretch>
                  </pic:blipFill>
                  <pic:spPr>
                    <a:xfrm>
                      <a:off x="0" y="0"/>
                      <a:ext cx="6499838" cy="4333225"/>
                    </a:xfrm>
                    <a:prstGeom prst="rect">
                      <a:avLst/>
                    </a:prstGeom>
                  </pic:spPr>
                </pic:pic>
              </a:graphicData>
            </a:graphic>
          </wp:inline>
        </w:drawing>
      </w:r>
    </w:p>
    <w:p w14:paraId="0A9809D8" w14:textId="77777777" w:rsidR="00EB1EFD" w:rsidRDefault="00EB1EFD" w:rsidP="00EB1EFD">
      <w:pPr>
        <w:pStyle w:val="NormalWeb"/>
        <w:rPr>
          <w:rStyle w:val="Emphasis"/>
          <w:b/>
          <w:bCs/>
        </w:rPr>
      </w:pPr>
      <w:r w:rsidRPr="004B60EC">
        <w:rPr>
          <w:rStyle w:val="Emphasis"/>
          <w:b/>
          <w:bCs/>
        </w:rPr>
        <w:t>Successful water management is an ongoing process of observation, understanding, adjustment, and continuous improvement.</w:t>
      </w:r>
    </w:p>
    <w:p w14:paraId="5174174B" w14:textId="77777777" w:rsidR="004B60EC" w:rsidRDefault="004B60EC" w:rsidP="004B60EC">
      <w:pPr>
        <w:pStyle w:val="Heading1"/>
      </w:pPr>
    </w:p>
    <w:p w14:paraId="58390937" w14:textId="3DE40CB5" w:rsidR="004B60EC" w:rsidRDefault="004B60EC" w:rsidP="004B60EC">
      <w:pPr>
        <w:pStyle w:val="Heading1"/>
        <w:jc w:val="center"/>
      </w:pPr>
      <w:r>
        <w:rPr>
          <w:noProof/>
        </w:rPr>
        <w:drawing>
          <wp:inline distT="0" distB="0" distL="0" distR="0" wp14:anchorId="70C85A63" wp14:editId="502A77D8">
            <wp:extent cx="5422198" cy="3614799"/>
            <wp:effectExtent l="0" t="0" r="1270" b="5080"/>
            <wp:docPr id="129668780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7"/>
                    <a:stretch>
                      <a:fillRect/>
                    </a:stretch>
                  </pic:blipFill>
                  <pic:spPr>
                    <a:xfrm>
                      <a:off x="0" y="0"/>
                      <a:ext cx="5442260" cy="3628174"/>
                    </a:xfrm>
                    <a:prstGeom prst="rect">
                      <a:avLst/>
                    </a:prstGeom>
                  </pic:spPr>
                </pic:pic>
              </a:graphicData>
            </a:graphic>
          </wp:inline>
        </w:drawing>
      </w:r>
    </w:p>
    <w:p w14:paraId="7CEE5403" w14:textId="5B76F09F" w:rsidR="004B60EC" w:rsidRDefault="004B60EC" w:rsidP="004B60EC">
      <w:pPr>
        <w:pStyle w:val="Heading1"/>
      </w:pPr>
      <w:r>
        <w:t>CHAPTER 10</w:t>
      </w:r>
    </w:p>
    <w:p w14:paraId="5E19E276" w14:textId="77777777" w:rsidR="004B60EC" w:rsidRDefault="004B60EC" w:rsidP="004B60EC">
      <w:pPr>
        <w:pStyle w:val="Heading1"/>
      </w:pPr>
      <w:r>
        <w:t>What Is Your Water Trying to Tell You?</w:t>
      </w:r>
    </w:p>
    <w:p w14:paraId="2211ADF3" w14:textId="77777777" w:rsidR="004B60EC" w:rsidRDefault="004B60EC" w:rsidP="004B60EC">
      <w:pPr>
        <w:pStyle w:val="NormalWeb"/>
      </w:pPr>
      <w:r>
        <w:t>Every water source has a story.</w:t>
      </w:r>
    </w:p>
    <w:p w14:paraId="1B4AF808" w14:textId="77777777" w:rsidR="004B60EC" w:rsidRDefault="004B60EC" w:rsidP="004B60EC">
      <w:pPr>
        <w:pStyle w:val="NormalWeb"/>
      </w:pPr>
      <w:r>
        <w:t>Throughout this publication we have explored one of the most important chapters of that story—</w:t>
      </w:r>
      <w:r>
        <w:rPr>
          <w:rStyle w:val="Strong"/>
        </w:rPr>
        <w:t>pH</w:t>
      </w:r>
      <w:r>
        <w:t>.</w:t>
      </w:r>
    </w:p>
    <w:p w14:paraId="2619F997" w14:textId="77777777" w:rsidR="004B60EC" w:rsidRDefault="004B60EC" w:rsidP="004B60EC">
      <w:pPr>
        <w:pStyle w:val="NormalWeb"/>
      </w:pPr>
      <w:r>
        <w:t>We have learned that pH is much more than a number on a laboratory report.</w:t>
      </w:r>
    </w:p>
    <w:p w14:paraId="4D88CF8D" w14:textId="77777777" w:rsidR="004B60EC" w:rsidRDefault="004B60EC" w:rsidP="004B60EC">
      <w:pPr>
        <w:pStyle w:val="NormalWeb"/>
      </w:pPr>
      <w:r>
        <w:t>It influences chemistry.</w:t>
      </w:r>
    </w:p>
    <w:p w14:paraId="148F28D2" w14:textId="77777777" w:rsidR="004B60EC" w:rsidRDefault="004B60EC" w:rsidP="004B60EC">
      <w:pPr>
        <w:pStyle w:val="NormalWeb"/>
      </w:pPr>
      <w:r>
        <w:t>Biology.</w:t>
      </w:r>
    </w:p>
    <w:p w14:paraId="531DB689" w14:textId="77777777" w:rsidR="004B60EC" w:rsidRDefault="004B60EC" w:rsidP="004B60EC">
      <w:pPr>
        <w:pStyle w:val="NormalWeb"/>
      </w:pPr>
      <w:r>
        <w:t>Treatment efficiency.</w:t>
      </w:r>
    </w:p>
    <w:p w14:paraId="35F09317" w14:textId="77777777" w:rsidR="004B60EC" w:rsidRDefault="004B60EC" w:rsidP="004B60EC">
      <w:pPr>
        <w:pStyle w:val="NormalWeb"/>
      </w:pPr>
      <w:r>
        <w:t>Corrosion.</w:t>
      </w:r>
    </w:p>
    <w:p w14:paraId="6947B3B7" w14:textId="77777777" w:rsidR="004B60EC" w:rsidRDefault="004B60EC" w:rsidP="004B60EC">
      <w:pPr>
        <w:pStyle w:val="NormalWeb"/>
      </w:pPr>
      <w:r>
        <w:t>Scale formation.</w:t>
      </w:r>
    </w:p>
    <w:p w14:paraId="7EC675ED" w14:textId="77777777" w:rsidR="004B60EC" w:rsidRDefault="004B60EC" w:rsidP="004B60EC">
      <w:pPr>
        <w:pStyle w:val="NormalWeb"/>
      </w:pPr>
      <w:r>
        <w:lastRenderedPageBreak/>
        <w:t>Agriculture.</w:t>
      </w:r>
    </w:p>
    <w:p w14:paraId="1EA70E5E" w14:textId="77777777" w:rsidR="004B60EC" w:rsidRDefault="004B60EC" w:rsidP="004B60EC">
      <w:pPr>
        <w:pStyle w:val="NormalWeb"/>
      </w:pPr>
      <w:r>
        <w:t>Aquaculture.</w:t>
      </w:r>
    </w:p>
    <w:p w14:paraId="09DEFD00" w14:textId="77777777" w:rsidR="004B60EC" w:rsidRDefault="004B60EC" w:rsidP="004B60EC">
      <w:pPr>
        <w:pStyle w:val="NormalWeb"/>
      </w:pPr>
      <w:r>
        <w:t>Industry.</w:t>
      </w:r>
    </w:p>
    <w:p w14:paraId="4A9C9C1A" w14:textId="77777777" w:rsidR="004B60EC" w:rsidRDefault="004B60EC" w:rsidP="004B60EC">
      <w:pPr>
        <w:pStyle w:val="NormalWeb"/>
      </w:pPr>
      <w:r>
        <w:t>Drinking water.</w:t>
      </w:r>
    </w:p>
    <w:p w14:paraId="751D66A3" w14:textId="77777777" w:rsidR="004B60EC" w:rsidRDefault="004B60EC" w:rsidP="004B60EC">
      <w:pPr>
        <w:pStyle w:val="NormalWeb"/>
      </w:pPr>
      <w:r>
        <w:t>And the overall health of aquatic environments.</w:t>
      </w:r>
    </w:p>
    <w:p w14:paraId="03F76937" w14:textId="77777777" w:rsidR="004B60EC" w:rsidRDefault="004B60EC" w:rsidP="004B60EC">
      <w:pPr>
        <w:pStyle w:val="NormalWeb"/>
      </w:pPr>
      <w:r>
        <w:t>Most importantly, we have learned that pH should never be viewed in isolation.</w:t>
      </w:r>
    </w:p>
    <w:p w14:paraId="458C08F8" w14:textId="77777777" w:rsidR="004B60EC" w:rsidRDefault="004B60EC" w:rsidP="004B60EC">
      <w:pPr>
        <w:pStyle w:val="NormalWeb"/>
      </w:pPr>
      <w:r>
        <w:t>It is one part of a much larger conversation taking place within the water.</w:t>
      </w:r>
    </w:p>
    <w:p w14:paraId="2840EF75" w14:textId="77777777" w:rsidR="004B60EC" w:rsidRDefault="004B60EC" w:rsidP="004B60EC">
      <w:pPr>
        <w:pStyle w:val="NormalWeb"/>
      </w:pPr>
      <w:r>
        <w:t>Understanding that conversation is where successful water management begins.</w:t>
      </w:r>
    </w:p>
    <w:p w14:paraId="5E2F1B6B" w14:textId="77777777" w:rsidR="004B60EC" w:rsidRDefault="004B60EC" w:rsidP="004B60EC">
      <w:r>
        <w:rPr>
          <w:noProof/>
        </w:rPr>
        <mc:AlternateContent>
          <mc:Choice Requires="wps">
            <w:drawing>
              <wp:inline distT="0" distB="0" distL="0" distR="0" wp14:anchorId="47EFC8EB" wp14:editId="54FBC80C">
                <wp:extent cx="6492240" cy="635"/>
                <wp:effectExtent l="0" t="0" r="10160" b="24765"/>
                <wp:docPr id="1792012897"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EA29146" id="Rectangle 37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03BAF63" w14:textId="77777777" w:rsidR="004B60EC" w:rsidRDefault="004B60EC" w:rsidP="004B60EC">
      <w:pPr>
        <w:pStyle w:val="Heading1"/>
      </w:pPr>
      <w:r>
        <w:t>Learning to Read the Story</w:t>
      </w:r>
    </w:p>
    <w:p w14:paraId="1CC448CD" w14:textId="77777777" w:rsidR="004B60EC" w:rsidRDefault="004B60EC" w:rsidP="004B60EC">
      <w:pPr>
        <w:pStyle w:val="NormalWeb"/>
      </w:pPr>
      <w:r>
        <w:t>Imagine picking up a book and reading only one sentence.</w:t>
      </w:r>
    </w:p>
    <w:p w14:paraId="3129A02A" w14:textId="77777777" w:rsidR="004B60EC" w:rsidRDefault="004B60EC" w:rsidP="004B60EC">
      <w:pPr>
        <w:pStyle w:val="NormalWeb"/>
      </w:pPr>
      <w:r>
        <w:t>You might understand a few words.</w:t>
      </w:r>
    </w:p>
    <w:p w14:paraId="24F22DDF" w14:textId="77777777" w:rsidR="004B60EC" w:rsidRDefault="004B60EC" w:rsidP="004B60EC">
      <w:pPr>
        <w:pStyle w:val="NormalWeb"/>
      </w:pPr>
      <w:r>
        <w:t>But you would never understand the story.</w:t>
      </w:r>
    </w:p>
    <w:p w14:paraId="79D689D7" w14:textId="77777777" w:rsidR="004B60EC" w:rsidRDefault="004B60EC" w:rsidP="004B60EC">
      <w:pPr>
        <w:pStyle w:val="NormalWeb"/>
      </w:pPr>
      <w:r>
        <w:t>Water is much the same.</w:t>
      </w:r>
    </w:p>
    <w:p w14:paraId="36730866" w14:textId="77777777" w:rsidR="004B60EC" w:rsidRDefault="004B60EC" w:rsidP="004B60EC">
      <w:pPr>
        <w:pStyle w:val="NormalWeb"/>
      </w:pPr>
      <w:r>
        <w:t>A single pH reading tells us something.</w:t>
      </w:r>
    </w:p>
    <w:p w14:paraId="7615FE4E" w14:textId="77777777" w:rsidR="004B60EC" w:rsidRDefault="004B60EC" w:rsidP="004B60EC">
      <w:pPr>
        <w:pStyle w:val="NormalWeb"/>
      </w:pPr>
      <w:r>
        <w:t>A laboratory report tells us more.</w:t>
      </w:r>
    </w:p>
    <w:p w14:paraId="44C9DA97" w14:textId="77777777" w:rsidR="004B60EC" w:rsidRDefault="004B60EC" w:rsidP="004B60EC">
      <w:pPr>
        <w:pStyle w:val="NormalWeb"/>
      </w:pPr>
      <w:r>
        <w:t>Years of observation tell us even more.</w:t>
      </w:r>
    </w:p>
    <w:p w14:paraId="0ED3AE0C" w14:textId="77777777" w:rsidR="004B60EC" w:rsidRDefault="004B60EC" w:rsidP="004B60EC">
      <w:pPr>
        <w:pStyle w:val="NormalWeb"/>
      </w:pPr>
      <w:r>
        <w:t>When we combine laboratory testing with practical experience, seasonal observations, and an understanding of the water source, we begin to see the complete picture.</w:t>
      </w:r>
    </w:p>
    <w:p w14:paraId="69C8B801" w14:textId="77777777" w:rsidR="004B60EC" w:rsidRDefault="004B60EC" w:rsidP="004B60EC">
      <w:pPr>
        <w:pStyle w:val="NormalWeb"/>
      </w:pPr>
      <w:r>
        <w:t>That picture allows us to make informed decisions rather than educated guesses.</w:t>
      </w:r>
    </w:p>
    <w:p w14:paraId="544800AA" w14:textId="77777777" w:rsidR="004B60EC" w:rsidRDefault="004B60EC" w:rsidP="004B60EC">
      <w:r>
        <w:rPr>
          <w:noProof/>
        </w:rPr>
        <mc:AlternateContent>
          <mc:Choice Requires="wps">
            <w:drawing>
              <wp:inline distT="0" distB="0" distL="0" distR="0" wp14:anchorId="5A3644AE" wp14:editId="6EF5BC9F">
                <wp:extent cx="6492240" cy="1270"/>
                <wp:effectExtent l="0" t="0" r="10160" b="24130"/>
                <wp:docPr id="578922028"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DC7A7DB" id="Rectangle 369" o:spid="_x0000_s1026" style="width:511.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" filled="f">
                <v:path arrowok="t"/>
                <w10:anchorlock/>
              </v:rect>
            </w:pict>
          </mc:Fallback>
        </mc:AlternateContent>
      </w:r>
    </w:p>
    <w:p w14:paraId="694E4EB9" w14:textId="77777777" w:rsidR="004B60EC" w:rsidRDefault="004B60EC" w:rsidP="004B60EC">
      <w:pPr>
        <w:pStyle w:val="Heading1"/>
      </w:pPr>
      <w:r>
        <w:t>The Questions We Should Be Asking</w:t>
      </w:r>
    </w:p>
    <w:p w14:paraId="7C2F0EA8" w14:textId="77777777" w:rsidR="004B60EC" w:rsidRDefault="004B60EC" w:rsidP="004B60EC">
      <w:pPr>
        <w:pStyle w:val="NormalWeb"/>
      </w:pPr>
      <w:r>
        <w:t>Instead of asking:</w:t>
      </w:r>
    </w:p>
    <w:p w14:paraId="3452421C" w14:textId="77777777" w:rsidR="004B60EC" w:rsidRDefault="004B60EC" w:rsidP="004B60EC">
      <w:pPr>
        <w:pStyle w:val="NormalWeb"/>
      </w:pPr>
      <w:r>
        <w:rPr>
          <w:rStyle w:val="Strong"/>
        </w:rPr>
        <w:lastRenderedPageBreak/>
        <w:t>"Is my pH good?"</w:t>
      </w:r>
    </w:p>
    <w:p w14:paraId="52BF0868" w14:textId="77777777" w:rsidR="004B60EC" w:rsidRDefault="004B60EC" w:rsidP="004B60EC">
      <w:pPr>
        <w:pStyle w:val="NormalWeb"/>
      </w:pPr>
      <w:r>
        <w:t>Perhaps we should ask:</w:t>
      </w:r>
    </w:p>
    <w:p w14:paraId="05B26EA1" w14:textId="77777777" w:rsidR="004B60EC" w:rsidRDefault="004B60EC" w:rsidP="004B60EC">
      <w:pPr>
        <w:numPr>
          <w:ilvl w:val="0"/>
          <w:numId w:val="26"/>
        </w:numPr>
        <w:spacing w:before="100" w:beforeAutospacing="1" w:after="100" w:afterAutospacing="1" w:line="240" w:lineRule="auto"/>
      </w:pPr>
      <w:r>
        <w:t xml:space="preserve">Why is my pH changing? </w:t>
      </w:r>
    </w:p>
    <w:p w14:paraId="294AB8BB" w14:textId="77777777" w:rsidR="004B60EC" w:rsidRDefault="004B60EC" w:rsidP="004B60EC">
      <w:pPr>
        <w:numPr>
          <w:ilvl w:val="0"/>
          <w:numId w:val="26"/>
        </w:numPr>
        <w:spacing w:before="100" w:beforeAutospacing="1" w:after="100" w:afterAutospacing="1" w:line="240" w:lineRule="auto"/>
      </w:pPr>
      <w:r>
        <w:t xml:space="preserve">What is influencing it? </w:t>
      </w:r>
    </w:p>
    <w:p w14:paraId="329DB826" w14:textId="77777777" w:rsidR="004B60EC" w:rsidRDefault="004B60EC" w:rsidP="004B60EC">
      <w:pPr>
        <w:numPr>
          <w:ilvl w:val="0"/>
          <w:numId w:val="26"/>
        </w:numPr>
        <w:spacing w:before="100" w:beforeAutospacing="1" w:after="100" w:afterAutospacing="1" w:line="240" w:lineRule="auto"/>
      </w:pPr>
      <w:r>
        <w:t xml:space="preserve">What other water quality parameters are changing at the same time? </w:t>
      </w:r>
    </w:p>
    <w:p w14:paraId="67AE57F4" w14:textId="77777777" w:rsidR="004B60EC" w:rsidRDefault="004B60EC" w:rsidP="004B60EC">
      <w:pPr>
        <w:numPr>
          <w:ilvl w:val="0"/>
          <w:numId w:val="26"/>
        </w:numPr>
        <w:spacing w:before="100" w:beforeAutospacing="1" w:after="100" w:afterAutospacing="1" w:line="240" w:lineRule="auto"/>
      </w:pPr>
      <w:r>
        <w:t xml:space="preserve">Is the water supporting the objective I am trying to achieve? </w:t>
      </w:r>
    </w:p>
    <w:p w14:paraId="267116CA" w14:textId="77777777" w:rsidR="004B60EC" w:rsidRDefault="004B60EC" w:rsidP="004B60EC">
      <w:pPr>
        <w:numPr>
          <w:ilvl w:val="0"/>
          <w:numId w:val="26"/>
        </w:numPr>
        <w:spacing w:before="100" w:beforeAutospacing="1" w:after="100" w:afterAutospacing="1" w:line="240" w:lineRule="auto"/>
      </w:pPr>
      <w:r>
        <w:t xml:space="preserve">What is my water trying to tell me? </w:t>
      </w:r>
    </w:p>
    <w:p w14:paraId="5B84137B" w14:textId="77777777" w:rsidR="004B60EC" w:rsidRDefault="004B60EC" w:rsidP="004B60EC">
      <w:pPr>
        <w:pStyle w:val="NormalWeb"/>
      </w:pPr>
      <w:r>
        <w:t>Those questions often produce better answers than simply focusing on a number.</w:t>
      </w:r>
    </w:p>
    <w:p w14:paraId="74EC3630" w14:textId="77777777" w:rsidR="004B60EC" w:rsidRDefault="004B60EC" w:rsidP="004B60EC">
      <w:r>
        <w:rPr>
          <w:noProof/>
        </w:rPr>
        <mc:AlternateContent>
          <mc:Choice Requires="wps">
            <w:drawing>
              <wp:inline distT="0" distB="0" distL="0" distR="0" wp14:anchorId="645211CD" wp14:editId="3B81D0D8">
                <wp:extent cx="6492240" cy="1270"/>
                <wp:effectExtent l="0" t="0" r="10160" b="24130"/>
                <wp:docPr id="1083944048"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9919DED" id="Rectangle 367" o:spid="_x0000_s1026" style="width:511.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" filled="f">
                <v:path arrowok="t"/>
                <w10:anchorlock/>
              </v:rect>
            </w:pict>
          </mc:Fallback>
        </mc:AlternateContent>
      </w:r>
    </w:p>
    <w:p w14:paraId="24E7CDD8" w14:textId="77777777" w:rsidR="004B60EC" w:rsidRDefault="004B60EC" w:rsidP="004B60EC">
      <w:pPr>
        <w:pStyle w:val="Heading1"/>
      </w:pPr>
      <w:r>
        <w:t>Water Is Constantly Teaching Us</w:t>
      </w:r>
    </w:p>
    <w:p w14:paraId="6BD09B6D" w14:textId="77777777" w:rsidR="004B60EC" w:rsidRDefault="004B60EC" w:rsidP="004B60EC">
      <w:pPr>
        <w:pStyle w:val="NormalWeb"/>
      </w:pPr>
      <w:r>
        <w:t>One of the greatest privileges of working with water is that it is always teaching us something new.</w:t>
      </w:r>
    </w:p>
    <w:p w14:paraId="3CE79B22" w14:textId="77777777" w:rsidR="004B60EC" w:rsidRDefault="004B60EC" w:rsidP="004B60EC">
      <w:pPr>
        <w:pStyle w:val="NormalWeb"/>
      </w:pPr>
      <w:r>
        <w:t>Every customer.</w:t>
      </w:r>
    </w:p>
    <w:p w14:paraId="1C374ED4" w14:textId="77777777" w:rsidR="004B60EC" w:rsidRDefault="004B60EC" w:rsidP="004B60EC">
      <w:pPr>
        <w:pStyle w:val="NormalWeb"/>
      </w:pPr>
      <w:r>
        <w:t>Every farm.</w:t>
      </w:r>
    </w:p>
    <w:p w14:paraId="10D7EEF0" w14:textId="77777777" w:rsidR="004B60EC" w:rsidRDefault="004B60EC" w:rsidP="004B60EC">
      <w:pPr>
        <w:pStyle w:val="NormalWeb"/>
      </w:pPr>
      <w:r>
        <w:t>Every lake.</w:t>
      </w:r>
    </w:p>
    <w:p w14:paraId="46F63172" w14:textId="77777777" w:rsidR="004B60EC" w:rsidRDefault="004B60EC" w:rsidP="004B60EC">
      <w:pPr>
        <w:pStyle w:val="NormalWeb"/>
      </w:pPr>
      <w:r>
        <w:t>Every reservoir.</w:t>
      </w:r>
    </w:p>
    <w:p w14:paraId="6DD3CE75" w14:textId="77777777" w:rsidR="004B60EC" w:rsidRDefault="004B60EC" w:rsidP="004B60EC">
      <w:pPr>
        <w:pStyle w:val="NormalWeb"/>
      </w:pPr>
      <w:r>
        <w:t>Every wastewater plant.</w:t>
      </w:r>
    </w:p>
    <w:p w14:paraId="71A45BDB" w14:textId="77777777" w:rsidR="004B60EC" w:rsidRDefault="004B60EC" w:rsidP="004B60EC">
      <w:pPr>
        <w:pStyle w:val="NormalWeb"/>
      </w:pPr>
      <w:r>
        <w:t>Every industrial process.</w:t>
      </w:r>
    </w:p>
    <w:p w14:paraId="4964DC6A" w14:textId="77777777" w:rsidR="004B60EC" w:rsidRDefault="004B60EC" w:rsidP="004B60EC">
      <w:pPr>
        <w:pStyle w:val="NormalWeb"/>
      </w:pPr>
      <w:r>
        <w:t>Every aquaculture facility.</w:t>
      </w:r>
    </w:p>
    <w:p w14:paraId="3D68B217" w14:textId="77777777" w:rsidR="004B60EC" w:rsidRDefault="004B60EC" w:rsidP="004B60EC">
      <w:pPr>
        <w:pStyle w:val="NormalWeb"/>
      </w:pPr>
      <w:r>
        <w:t>Every project adds another chapter to our understanding.</w:t>
      </w:r>
    </w:p>
    <w:p w14:paraId="7484DF30" w14:textId="77777777" w:rsidR="004B60EC" w:rsidRDefault="004B60EC" w:rsidP="004B60EC">
      <w:pPr>
        <w:pStyle w:val="NormalWeb"/>
      </w:pPr>
      <w:r>
        <w:t>The moment we believe we know everything about water is usually the moment water teaches us something new.</w:t>
      </w:r>
    </w:p>
    <w:p w14:paraId="2873358A" w14:textId="77777777" w:rsidR="004B60EC" w:rsidRDefault="004B60EC" w:rsidP="004B60EC">
      <w:pPr>
        <w:pStyle w:val="NormalWeb"/>
      </w:pPr>
      <w:r>
        <w:t>That is why learning never stops.</w:t>
      </w:r>
    </w:p>
    <w:p w14:paraId="66D9C7C5" w14:textId="77777777" w:rsidR="004B60EC" w:rsidRDefault="004B60EC" w:rsidP="004B60EC">
      <w:r>
        <w:rPr>
          <w:noProof/>
        </w:rPr>
        <mc:AlternateContent>
          <mc:Choice Requires="wps">
            <w:drawing>
              <wp:inline distT="0" distB="0" distL="0" distR="0" wp14:anchorId="7E35D378" wp14:editId="71FE9D19">
                <wp:extent cx="6492240" cy="1270"/>
                <wp:effectExtent l="0" t="0" r="10160" b="24130"/>
                <wp:docPr id="1474550134"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45E547A" id="Rectangle 365" o:spid="_x0000_s1026" style="width:511.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" filled="f">
                <v:path arrowok="t"/>
                <w10:anchorlock/>
              </v:rect>
            </w:pict>
          </mc:Fallback>
        </mc:AlternateContent>
      </w:r>
    </w:p>
    <w:p w14:paraId="4BD1CC33" w14:textId="77777777" w:rsidR="004B60EC" w:rsidRDefault="004B60EC" w:rsidP="004B60EC">
      <w:pPr>
        <w:pStyle w:val="Heading1"/>
      </w:pPr>
      <w:r>
        <w:t>The Puroxi Philosophy</w:t>
      </w:r>
    </w:p>
    <w:p w14:paraId="4A938F20" w14:textId="77777777" w:rsidR="004B60EC" w:rsidRDefault="004B60EC" w:rsidP="004B60EC">
      <w:pPr>
        <w:pStyle w:val="NormalWeb"/>
      </w:pPr>
      <w:r>
        <w:t>At Puroxi, our philosophy has remained remarkably simple.</w:t>
      </w:r>
    </w:p>
    <w:p w14:paraId="19E6AD39" w14:textId="77777777" w:rsidR="004B60EC" w:rsidRDefault="004B60EC" w:rsidP="004B60EC">
      <w:pPr>
        <w:pStyle w:val="NormalWeb"/>
      </w:pPr>
      <w:r>
        <w:lastRenderedPageBreak/>
        <w:t>We do not begin with products.</w:t>
      </w:r>
    </w:p>
    <w:p w14:paraId="41901B14" w14:textId="77777777" w:rsidR="004B60EC" w:rsidRDefault="004B60EC" w:rsidP="004B60EC">
      <w:pPr>
        <w:pStyle w:val="NormalWeb"/>
      </w:pPr>
      <w:r>
        <w:t>We begin with questions.</w:t>
      </w:r>
    </w:p>
    <w:p w14:paraId="506BB105" w14:textId="77777777" w:rsidR="004B60EC" w:rsidRDefault="004B60EC" w:rsidP="004B60EC">
      <w:pPr>
        <w:pStyle w:val="NormalWeb"/>
      </w:pPr>
      <w:r>
        <w:t>We seek to understand the water before recommending a solution.</w:t>
      </w:r>
    </w:p>
    <w:p w14:paraId="4E72F617" w14:textId="77777777" w:rsidR="004B60EC" w:rsidRDefault="004B60EC" w:rsidP="004B60EC">
      <w:pPr>
        <w:pStyle w:val="NormalWeb"/>
      </w:pPr>
      <w:r>
        <w:t xml:space="preserve">That philosophy has guided our work for more than two decades and continues to shape every publication in </w:t>
      </w:r>
      <w:r>
        <w:rPr>
          <w:rStyle w:val="Strong"/>
        </w:rPr>
        <w:t>The Puroxi Water Series</w:t>
      </w:r>
      <w:r>
        <w:t>.</w:t>
      </w:r>
    </w:p>
    <w:p w14:paraId="2B57B210" w14:textId="77777777" w:rsidR="004B60EC" w:rsidRDefault="004B60EC" w:rsidP="004B60EC">
      <w:pPr>
        <w:pStyle w:val="NormalWeb"/>
      </w:pPr>
      <w:r>
        <w:t>We believe:</w:t>
      </w:r>
    </w:p>
    <w:p w14:paraId="5E56E441" w14:textId="77777777" w:rsidR="004B60EC" w:rsidRDefault="004B60EC" w:rsidP="004B60EC">
      <w:pPr>
        <w:pStyle w:val="NormalWeb"/>
      </w:pPr>
      <w:r>
        <w:t>Understanding comes before recommendation.</w:t>
      </w:r>
    </w:p>
    <w:p w14:paraId="467F86A7" w14:textId="77777777" w:rsidR="004B60EC" w:rsidRDefault="004B60EC" w:rsidP="004B60EC">
      <w:pPr>
        <w:pStyle w:val="NormalWeb"/>
      </w:pPr>
      <w:r>
        <w:t>Observation comes before assumption.</w:t>
      </w:r>
    </w:p>
    <w:p w14:paraId="255D83DE" w14:textId="77777777" w:rsidR="004B60EC" w:rsidRDefault="004B60EC" w:rsidP="004B60EC">
      <w:pPr>
        <w:pStyle w:val="NormalWeb"/>
      </w:pPr>
      <w:r>
        <w:t>Knowledge comes before action.</w:t>
      </w:r>
    </w:p>
    <w:p w14:paraId="0F98B544" w14:textId="77777777" w:rsidR="004B60EC" w:rsidRDefault="004B60EC" w:rsidP="004B60EC">
      <w:pPr>
        <w:pStyle w:val="NormalWeb"/>
      </w:pPr>
      <w:r>
        <w:t>Because when we understand the water, better decisions naturally follow.</w:t>
      </w:r>
    </w:p>
    <w:p w14:paraId="706EAE78" w14:textId="77777777" w:rsidR="004B60EC" w:rsidRDefault="004B60EC" w:rsidP="004B60EC">
      <w:r>
        <w:rPr>
          <w:noProof/>
        </w:rPr>
        <mc:AlternateContent>
          <mc:Choice Requires="wps">
            <w:drawing>
              <wp:inline distT="0" distB="0" distL="0" distR="0" wp14:anchorId="4FDDC7AF" wp14:editId="0A426B4E">
                <wp:extent cx="6492240" cy="635"/>
                <wp:effectExtent l="0" t="0" r="10160" b="24765"/>
                <wp:docPr id="1351833480"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D269DD3" id="Rectangle 36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1281758" w14:textId="77777777" w:rsidR="004B60EC" w:rsidRDefault="004B60EC" w:rsidP="004B60EC">
      <w:pPr>
        <w:pStyle w:val="Heading1"/>
      </w:pPr>
      <w:r>
        <w:t>Looking Ahead</w:t>
      </w:r>
    </w:p>
    <w:p w14:paraId="5A147E6F" w14:textId="77777777" w:rsidR="004B60EC" w:rsidRDefault="004B60EC" w:rsidP="004B60EC">
      <w:pPr>
        <w:pStyle w:val="NormalWeb"/>
      </w:pPr>
      <w:r>
        <w:t>This publication has focused on one of the most important measurements in water science.</w:t>
      </w:r>
    </w:p>
    <w:p w14:paraId="5F433EA4" w14:textId="77777777" w:rsidR="004B60EC" w:rsidRDefault="004B60EC" w:rsidP="004B60EC">
      <w:pPr>
        <w:pStyle w:val="NormalWeb"/>
      </w:pPr>
      <w:r>
        <w:t xml:space="preserve">In future editions of </w:t>
      </w:r>
      <w:r>
        <w:rPr>
          <w:rStyle w:val="Strong"/>
        </w:rPr>
        <w:t>The Puroxi Water Series</w:t>
      </w:r>
      <w:r>
        <w:t>, we will continue exploring the many factors that work together to influence water quality, including:</w:t>
      </w:r>
    </w:p>
    <w:p w14:paraId="31C6FD02" w14:textId="77777777" w:rsidR="004B60EC" w:rsidRDefault="004B60EC" w:rsidP="004B60EC">
      <w:pPr>
        <w:numPr>
          <w:ilvl w:val="0"/>
          <w:numId w:val="27"/>
        </w:numPr>
        <w:spacing w:before="100" w:beforeAutospacing="1" w:after="100" w:afterAutospacing="1" w:line="240" w:lineRule="auto"/>
      </w:pPr>
      <w:r>
        <w:t xml:space="preserve">Dissolved Oxygen </w:t>
      </w:r>
    </w:p>
    <w:p w14:paraId="39E510FD" w14:textId="77777777" w:rsidR="004B60EC" w:rsidRDefault="004B60EC" w:rsidP="004B60EC">
      <w:pPr>
        <w:numPr>
          <w:ilvl w:val="0"/>
          <w:numId w:val="27"/>
        </w:numPr>
        <w:spacing w:before="100" w:beforeAutospacing="1" w:after="100" w:afterAutospacing="1" w:line="240" w:lineRule="auto"/>
      </w:pPr>
      <w:r>
        <w:t xml:space="preserve">Temperature </w:t>
      </w:r>
    </w:p>
    <w:p w14:paraId="23C99CE4" w14:textId="77777777" w:rsidR="004B60EC" w:rsidRDefault="004B60EC" w:rsidP="004B60EC">
      <w:pPr>
        <w:numPr>
          <w:ilvl w:val="0"/>
          <w:numId w:val="27"/>
        </w:numPr>
        <w:spacing w:before="100" w:beforeAutospacing="1" w:after="100" w:afterAutospacing="1" w:line="240" w:lineRule="auto"/>
      </w:pPr>
      <w:r>
        <w:t xml:space="preserve">ORP (Oxidation-Reduction Potential) </w:t>
      </w:r>
    </w:p>
    <w:p w14:paraId="0894AEA6" w14:textId="77777777" w:rsidR="004B60EC" w:rsidRDefault="004B60EC" w:rsidP="004B60EC">
      <w:pPr>
        <w:numPr>
          <w:ilvl w:val="0"/>
          <w:numId w:val="27"/>
        </w:numPr>
        <w:spacing w:before="100" w:beforeAutospacing="1" w:after="100" w:afterAutospacing="1" w:line="240" w:lineRule="auto"/>
      </w:pPr>
      <w:r>
        <w:t xml:space="preserve">Hardness </w:t>
      </w:r>
    </w:p>
    <w:p w14:paraId="4AFCC549" w14:textId="77777777" w:rsidR="004B60EC" w:rsidRDefault="004B60EC" w:rsidP="004B60EC">
      <w:pPr>
        <w:numPr>
          <w:ilvl w:val="0"/>
          <w:numId w:val="27"/>
        </w:numPr>
        <w:spacing w:before="100" w:beforeAutospacing="1" w:after="100" w:afterAutospacing="1" w:line="240" w:lineRule="auto"/>
      </w:pPr>
      <w:r>
        <w:t xml:space="preserve">Alkalinity </w:t>
      </w:r>
    </w:p>
    <w:p w14:paraId="5E295716" w14:textId="77777777" w:rsidR="004B60EC" w:rsidRDefault="004B60EC" w:rsidP="004B60EC">
      <w:pPr>
        <w:numPr>
          <w:ilvl w:val="0"/>
          <w:numId w:val="27"/>
        </w:numPr>
        <w:spacing w:before="100" w:beforeAutospacing="1" w:after="100" w:afterAutospacing="1" w:line="240" w:lineRule="auto"/>
      </w:pPr>
      <w:r>
        <w:t xml:space="preserve">Conductivity </w:t>
      </w:r>
    </w:p>
    <w:p w14:paraId="72FED176" w14:textId="77777777" w:rsidR="004B60EC" w:rsidRDefault="004B60EC" w:rsidP="004B60EC">
      <w:pPr>
        <w:numPr>
          <w:ilvl w:val="0"/>
          <w:numId w:val="27"/>
        </w:numPr>
        <w:spacing w:before="100" w:beforeAutospacing="1" w:after="100" w:afterAutospacing="1" w:line="240" w:lineRule="auto"/>
      </w:pPr>
      <w:r>
        <w:t xml:space="preserve">Iron and Manganese </w:t>
      </w:r>
    </w:p>
    <w:p w14:paraId="34B6A057" w14:textId="77777777" w:rsidR="004B60EC" w:rsidRDefault="004B60EC" w:rsidP="004B60EC">
      <w:pPr>
        <w:numPr>
          <w:ilvl w:val="0"/>
          <w:numId w:val="27"/>
        </w:numPr>
        <w:spacing w:before="100" w:beforeAutospacing="1" w:after="100" w:afterAutospacing="1" w:line="240" w:lineRule="auto"/>
      </w:pPr>
      <w:r>
        <w:t xml:space="preserve">Biological Activity </w:t>
      </w:r>
    </w:p>
    <w:p w14:paraId="5D3208D6" w14:textId="77777777" w:rsidR="004B60EC" w:rsidRDefault="004B60EC" w:rsidP="004B60EC">
      <w:pPr>
        <w:numPr>
          <w:ilvl w:val="0"/>
          <w:numId w:val="27"/>
        </w:numPr>
        <w:spacing w:before="100" w:beforeAutospacing="1" w:after="100" w:afterAutospacing="1" w:line="240" w:lineRule="auto"/>
      </w:pPr>
      <w:r>
        <w:t xml:space="preserve">Water Treatment Technologies </w:t>
      </w:r>
    </w:p>
    <w:p w14:paraId="6389F4C6" w14:textId="77777777" w:rsidR="004B60EC" w:rsidRDefault="004B60EC" w:rsidP="004B60EC">
      <w:pPr>
        <w:numPr>
          <w:ilvl w:val="0"/>
          <w:numId w:val="27"/>
        </w:numPr>
        <w:spacing w:before="100" w:beforeAutospacing="1" w:after="100" w:afterAutospacing="1" w:line="240" w:lineRule="auto"/>
      </w:pPr>
      <w:r>
        <w:t xml:space="preserve">Nanobubbles </w:t>
      </w:r>
    </w:p>
    <w:p w14:paraId="3E803383" w14:textId="77777777" w:rsidR="004B60EC" w:rsidRDefault="004B60EC" w:rsidP="004B60EC">
      <w:pPr>
        <w:numPr>
          <w:ilvl w:val="0"/>
          <w:numId w:val="27"/>
        </w:numPr>
        <w:spacing w:before="100" w:beforeAutospacing="1" w:after="100" w:afterAutospacing="1" w:line="240" w:lineRule="auto"/>
      </w:pPr>
      <w:r>
        <w:t xml:space="preserve">Hydrogen Peroxide </w:t>
      </w:r>
    </w:p>
    <w:p w14:paraId="5744EB6D" w14:textId="77777777" w:rsidR="004B60EC" w:rsidRDefault="004B60EC" w:rsidP="004B60EC">
      <w:pPr>
        <w:numPr>
          <w:ilvl w:val="0"/>
          <w:numId w:val="27"/>
        </w:numPr>
        <w:spacing w:before="100" w:beforeAutospacing="1" w:after="100" w:afterAutospacing="1" w:line="240" w:lineRule="auto"/>
      </w:pPr>
      <w:r>
        <w:t xml:space="preserve">Ozone </w:t>
      </w:r>
    </w:p>
    <w:p w14:paraId="0A088F57" w14:textId="77777777" w:rsidR="004B60EC" w:rsidRDefault="004B60EC" w:rsidP="004B60EC">
      <w:pPr>
        <w:numPr>
          <w:ilvl w:val="0"/>
          <w:numId w:val="27"/>
        </w:numPr>
        <w:spacing w:before="100" w:beforeAutospacing="1" w:after="100" w:afterAutospacing="1" w:line="240" w:lineRule="auto"/>
      </w:pPr>
      <w:r>
        <w:t xml:space="preserve">Ultrasonic Algae Control </w:t>
      </w:r>
    </w:p>
    <w:p w14:paraId="056FAED0" w14:textId="77777777" w:rsidR="004B60EC" w:rsidRDefault="004B60EC" w:rsidP="004B60EC">
      <w:pPr>
        <w:pStyle w:val="NormalWeb"/>
      </w:pPr>
      <w:r>
        <w:t>Each publication builds upon the last.</w:t>
      </w:r>
    </w:p>
    <w:p w14:paraId="28920980" w14:textId="77777777" w:rsidR="004B60EC" w:rsidRDefault="004B60EC" w:rsidP="004B60EC">
      <w:pPr>
        <w:pStyle w:val="NormalWeb"/>
      </w:pPr>
      <w:r>
        <w:t xml:space="preserve">Together they form the </w:t>
      </w:r>
      <w:r>
        <w:rPr>
          <w:rStyle w:val="Strong"/>
        </w:rPr>
        <w:t>Puroxi Knowledge System</w:t>
      </w:r>
      <w:r>
        <w:t>.</w:t>
      </w:r>
    </w:p>
    <w:p w14:paraId="0583463A" w14:textId="77777777" w:rsidR="004B60EC" w:rsidRDefault="004B60EC" w:rsidP="004B60EC">
      <w:r>
        <w:rPr>
          <w:noProof/>
        </w:rPr>
        <w:lastRenderedPageBreak/>
        <mc:AlternateContent>
          <mc:Choice Requires="wps">
            <w:drawing>
              <wp:inline distT="0" distB="0" distL="0" distR="0" wp14:anchorId="311B43F0" wp14:editId="7E0A154A">
                <wp:extent cx="6492240" cy="635"/>
                <wp:effectExtent l="0" t="0" r="10160" b="24765"/>
                <wp:docPr id="86548783"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1EA74D6" id="Rectangle 361"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829C091" w14:textId="77777777" w:rsidR="004B60EC" w:rsidRDefault="004B60EC" w:rsidP="004B60EC">
      <w:pPr>
        <w:pStyle w:val="Heading1"/>
      </w:pPr>
      <w:r>
        <w:t>THE FOUNDER'S NOTEBOOK</w:t>
      </w:r>
    </w:p>
    <w:p w14:paraId="14CD3593" w14:textId="77777777" w:rsidR="004B60EC" w:rsidRDefault="004B60EC" w:rsidP="004B60EC">
      <w:pPr>
        <w:pStyle w:val="Heading2"/>
      </w:pPr>
      <w:r>
        <w:t>Water Has Been My Greatest Teacher</w:t>
      </w:r>
    </w:p>
    <w:p w14:paraId="1F8CF30A" w14:textId="77777777" w:rsidR="004B60EC" w:rsidRDefault="004B60EC" w:rsidP="004B60EC">
      <w:pPr>
        <w:pStyle w:val="NormalWeb"/>
      </w:pPr>
      <w:r>
        <w:t>Over the years I have often been asked,</w:t>
      </w:r>
    </w:p>
    <w:p w14:paraId="7D5487AB" w14:textId="77777777" w:rsidR="004B60EC" w:rsidRDefault="004B60EC" w:rsidP="004B60EC">
      <w:pPr>
        <w:pStyle w:val="NormalWeb"/>
      </w:pPr>
      <w:r>
        <w:rPr>
          <w:rStyle w:val="Emphasis"/>
        </w:rPr>
        <w:t>"What is the most important thing you have learned about water?"</w:t>
      </w:r>
    </w:p>
    <w:p w14:paraId="2EE59E70" w14:textId="77777777" w:rsidR="004B60EC" w:rsidRDefault="004B60EC" w:rsidP="004B60EC">
      <w:pPr>
        <w:pStyle w:val="NormalWeb"/>
      </w:pPr>
      <w:r>
        <w:t>My answer has changed very little.</w:t>
      </w:r>
    </w:p>
    <w:p w14:paraId="39FBF725" w14:textId="77777777" w:rsidR="004B60EC" w:rsidRDefault="004B60EC" w:rsidP="004B60EC">
      <w:pPr>
        <w:pStyle w:val="NormalWeb"/>
      </w:pPr>
      <w:r>
        <w:rPr>
          <w:rStyle w:val="Strong"/>
        </w:rPr>
        <w:t>Water will tell you almost everything you need to know if you take the time to understand it.</w:t>
      </w:r>
    </w:p>
    <w:p w14:paraId="124512B9" w14:textId="77777777" w:rsidR="004B60EC" w:rsidRDefault="004B60EC" w:rsidP="004B60EC">
      <w:pPr>
        <w:pStyle w:val="NormalWeb"/>
      </w:pPr>
      <w:r>
        <w:t>It does not speak through words.</w:t>
      </w:r>
    </w:p>
    <w:p w14:paraId="7EEBF33C" w14:textId="77777777" w:rsidR="004B60EC" w:rsidRDefault="004B60EC" w:rsidP="004B60EC">
      <w:pPr>
        <w:pStyle w:val="NormalWeb"/>
      </w:pPr>
      <w:r>
        <w:t>It speaks through chemistry.</w:t>
      </w:r>
    </w:p>
    <w:p w14:paraId="3CDF2F32" w14:textId="77777777" w:rsidR="004B60EC" w:rsidRDefault="004B60EC" w:rsidP="004B60EC">
      <w:pPr>
        <w:pStyle w:val="NormalWeb"/>
      </w:pPr>
      <w:r>
        <w:t>Through biology.</w:t>
      </w:r>
    </w:p>
    <w:p w14:paraId="5922684E" w14:textId="77777777" w:rsidR="004B60EC" w:rsidRDefault="004B60EC" w:rsidP="004B60EC">
      <w:pPr>
        <w:pStyle w:val="NormalWeb"/>
      </w:pPr>
      <w:r>
        <w:t>Through temperature.</w:t>
      </w:r>
    </w:p>
    <w:p w14:paraId="18085BB2" w14:textId="77777777" w:rsidR="004B60EC" w:rsidRDefault="004B60EC" w:rsidP="004B60EC">
      <w:pPr>
        <w:pStyle w:val="NormalWeb"/>
      </w:pPr>
      <w:r>
        <w:t>Through dissolved oxygen.</w:t>
      </w:r>
    </w:p>
    <w:p w14:paraId="13B26999" w14:textId="77777777" w:rsidR="004B60EC" w:rsidRDefault="004B60EC" w:rsidP="004B60EC">
      <w:pPr>
        <w:pStyle w:val="NormalWeb"/>
      </w:pPr>
      <w:r>
        <w:t>Through pH.</w:t>
      </w:r>
    </w:p>
    <w:p w14:paraId="3E89D352" w14:textId="77777777" w:rsidR="004B60EC" w:rsidRDefault="004B60EC" w:rsidP="004B60EC">
      <w:pPr>
        <w:pStyle w:val="NormalWeb"/>
      </w:pPr>
      <w:r>
        <w:t>Through observation.</w:t>
      </w:r>
    </w:p>
    <w:p w14:paraId="487CC83B" w14:textId="77777777" w:rsidR="004B60EC" w:rsidRDefault="004B60EC" w:rsidP="004B60EC">
      <w:pPr>
        <w:pStyle w:val="NormalWeb"/>
      </w:pPr>
      <w:r>
        <w:t>The answers are usually there.</w:t>
      </w:r>
    </w:p>
    <w:p w14:paraId="761A584C" w14:textId="77777777" w:rsidR="004B60EC" w:rsidRDefault="004B60EC" w:rsidP="004B60EC">
      <w:pPr>
        <w:pStyle w:val="NormalWeb"/>
      </w:pPr>
      <w:r>
        <w:t>Our responsibility is to learn how to recognize them.</w:t>
      </w:r>
    </w:p>
    <w:p w14:paraId="6BBA45C8" w14:textId="77777777" w:rsidR="004B60EC" w:rsidRDefault="004B60EC" w:rsidP="004B60EC">
      <w:pPr>
        <w:pStyle w:val="NormalWeb"/>
      </w:pPr>
      <w:r>
        <w:t>That is why I continue to believe that understanding water is one of the best investments anyone can make.</w:t>
      </w:r>
    </w:p>
    <w:p w14:paraId="6413F254" w14:textId="77777777" w:rsidR="004B60EC" w:rsidRDefault="004B60EC" w:rsidP="004B60EC">
      <w:pPr>
        <w:pStyle w:val="NormalWeb"/>
      </w:pPr>
      <w:r>
        <w:t>Not only because it helps solve today's problems.</w:t>
      </w:r>
    </w:p>
    <w:p w14:paraId="6C447746" w14:textId="77777777" w:rsidR="004B60EC" w:rsidRDefault="004B60EC" w:rsidP="004B60EC">
      <w:pPr>
        <w:pStyle w:val="NormalWeb"/>
      </w:pPr>
      <w:r>
        <w:t>But because it helps prevent tomorrow's.</w:t>
      </w:r>
    </w:p>
    <w:p w14:paraId="19A0B4D0" w14:textId="77777777" w:rsidR="004B60EC" w:rsidRDefault="004B60EC" w:rsidP="004B60EC">
      <w:r>
        <w:rPr>
          <w:noProof/>
        </w:rPr>
        <mc:AlternateContent>
          <mc:Choice Requires="wps">
            <w:drawing>
              <wp:inline distT="0" distB="0" distL="0" distR="0" wp14:anchorId="63DFC68B" wp14:editId="1AD0BCB5">
                <wp:extent cx="6492240" cy="635"/>
                <wp:effectExtent l="0" t="0" r="10160" b="24765"/>
                <wp:docPr id="1421049292"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77F3301" id="Rectangle 359"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4545571E" w14:textId="77777777" w:rsidR="004B60EC" w:rsidRDefault="004B60EC" w:rsidP="004B60EC">
      <w:pPr>
        <w:pStyle w:val="Heading1"/>
      </w:pPr>
      <w:r>
        <w:t>THE PUROXI PRINCIPLE</w:t>
      </w:r>
    </w:p>
    <w:p w14:paraId="102C05A6" w14:textId="77777777" w:rsidR="004B60EC" w:rsidRDefault="004B60EC" w:rsidP="004B60EC">
      <w:pPr>
        <w:pStyle w:val="NormalWeb"/>
      </w:pPr>
      <w:r>
        <w:rPr>
          <w:rStyle w:val="Strong"/>
        </w:rPr>
        <w:t>Understanding always comes before recommendation.</w:t>
      </w:r>
    </w:p>
    <w:p w14:paraId="03E16C6D" w14:textId="77777777" w:rsidR="004B60EC" w:rsidRDefault="004B60EC" w:rsidP="004B60EC">
      <w:pPr>
        <w:pStyle w:val="NormalWeb"/>
      </w:pPr>
      <w:r>
        <w:lastRenderedPageBreak/>
        <w:t>Every successful water management program begins with understanding the water itself.</w:t>
      </w:r>
    </w:p>
    <w:p w14:paraId="7A095122" w14:textId="77777777" w:rsidR="004B60EC" w:rsidRDefault="004B60EC" w:rsidP="004B60EC">
      <w:pPr>
        <w:pStyle w:val="NormalWeb"/>
      </w:pPr>
      <w:r>
        <w:t>Before changing chemistry...</w:t>
      </w:r>
    </w:p>
    <w:p w14:paraId="527A86C0" w14:textId="77777777" w:rsidR="004B60EC" w:rsidRDefault="004B60EC" w:rsidP="004B60EC">
      <w:pPr>
        <w:pStyle w:val="NormalWeb"/>
      </w:pPr>
      <w:r>
        <w:t>Before purchasing equipment...</w:t>
      </w:r>
    </w:p>
    <w:p w14:paraId="41906844" w14:textId="77777777" w:rsidR="004B60EC" w:rsidRDefault="004B60EC" w:rsidP="004B60EC">
      <w:pPr>
        <w:pStyle w:val="NormalWeb"/>
      </w:pPr>
      <w:r>
        <w:t>Before increasing chemical dosage...</w:t>
      </w:r>
    </w:p>
    <w:p w14:paraId="5BFCBD7C" w14:textId="77777777" w:rsidR="004B60EC" w:rsidRDefault="004B60EC" w:rsidP="004B60EC">
      <w:pPr>
        <w:pStyle w:val="NormalWeb"/>
      </w:pPr>
      <w:r>
        <w:t>Before making expensive decisions...</w:t>
      </w:r>
    </w:p>
    <w:p w14:paraId="09FE3483" w14:textId="77777777" w:rsidR="004B60EC" w:rsidRDefault="004B60EC" w:rsidP="004B60EC">
      <w:pPr>
        <w:pStyle w:val="NormalWeb"/>
      </w:pPr>
      <w:r>
        <w:t>Take the time to understand what the water is trying to tell you.</w:t>
      </w:r>
    </w:p>
    <w:p w14:paraId="78313FBB" w14:textId="77777777" w:rsidR="004B60EC" w:rsidRDefault="004B60EC" w:rsidP="004B60EC">
      <w:pPr>
        <w:pStyle w:val="NormalWeb"/>
      </w:pPr>
      <w:r>
        <w:t>The water already knows the answer.</w:t>
      </w:r>
    </w:p>
    <w:p w14:paraId="1466E757" w14:textId="77777777" w:rsidR="004B60EC" w:rsidRDefault="004B60EC" w:rsidP="004B60EC">
      <w:pPr>
        <w:pStyle w:val="NormalWeb"/>
      </w:pPr>
      <w:r>
        <w:t>Our job is to learn how to listen.</w:t>
      </w:r>
    </w:p>
    <w:p w14:paraId="4AC5B891" w14:textId="77777777" w:rsidR="004B60EC" w:rsidRDefault="004B60EC" w:rsidP="004B60EC">
      <w:r>
        <w:rPr>
          <w:noProof/>
        </w:rPr>
        <mc:AlternateContent>
          <mc:Choice Requires="wps">
            <w:drawing>
              <wp:inline distT="0" distB="0" distL="0" distR="0" wp14:anchorId="54E4290B" wp14:editId="50077B2A">
                <wp:extent cx="6492240" cy="635"/>
                <wp:effectExtent l="0" t="0" r="10160" b="24765"/>
                <wp:docPr id="473648606"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D21D17A" id="Rectangle 357"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1E4662DA" w14:textId="77777777" w:rsidR="004B60EC" w:rsidRDefault="004B60EC" w:rsidP="004B60EC">
      <w:pPr>
        <w:pStyle w:val="Heading1"/>
      </w:pPr>
      <w:r>
        <w:t>PUROXI INSIGHT</w:t>
      </w:r>
    </w:p>
    <w:p w14:paraId="0D4B0650" w14:textId="77777777" w:rsidR="004B60EC" w:rsidRDefault="004B60EC" w:rsidP="004B60EC">
      <w:pPr>
        <w:pStyle w:val="NormalWeb"/>
      </w:pPr>
      <w:r>
        <w:rPr>
          <w:rStyle w:val="Strong"/>
        </w:rPr>
        <w:t>Every water source has its own fingerprint and DNA. Every water source has a story. The better we understand that story, the better our decisions become.</w:t>
      </w:r>
    </w:p>
    <w:p w14:paraId="123DD89F" w14:textId="77777777" w:rsidR="004B60EC" w:rsidRDefault="004B60EC" w:rsidP="004B60EC">
      <w:r>
        <w:rPr>
          <w:noProof/>
        </w:rPr>
        <mc:AlternateContent>
          <mc:Choice Requires="wps">
            <w:drawing>
              <wp:inline distT="0" distB="0" distL="0" distR="0" wp14:anchorId="4A0CD0E0" wp14:editId="68B5FA50">
                <wp:extent cx="6492240" cy="635"/>
                <wp:effectExtent l="0" t="0" r="10160" b="24765"/>
                <wp:docPr id="483383411"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422C04A" id="Rectangle 355"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69AC1005" w14:textId="77777777" w:rsidR="004B60EC" w:rsidRDefault="004B60EC" w:rsidP="004B60EC">
      <w:pPr>
        <w:pStyle w:val="Heading1"/>
      </w:pPr>
      <w:r>
        <w:t>CONTINUE THE CONVERSATION</w:t>
      </w:r>
    </w:p>
    <w:p w14:paraId="08EF7BDE" w14:textId="77777777" w:rsidR="004B60EC" w:rsidRDefault="004B60EC" w:rsidP="004B60EC">
      <w:pPr>
        <w:pStyle w:val="NormalWeb"/>
      </w:pPr>
      <w:r>
        <w:t xml:space="preserve">Every publication in </w:t>
      </w:r>
      <w:r>
        <w:rPr>
          <w:rStyle w:val="Strong"/>
        </w:rPr>
        <w:t>The Puroxi Water Series</w:t>
      </w:r>
      <w:r>
        <w:t xml:space="preserve"> is written to encourage curiosity, discussion, and a deeper understanding of water.</w:t>
      </w:r>
    </w:p>
    <w:p w14:paraId="666FA446" w14:textId="77777777" w:rsidR="004B60EC" w:rsidRDefault="004B60EC" w:rsidP="004B60EC">
      <w:pPr>
        <w:pStyle w:val="NormalWeb"/>
      </w:pPr>
      <w:r>
        <w:t>If this publication has caused you to think differently about pH or water chemistry, then it has achieved its purpose.</w:t>
      </w:r>
    </w:p>
    <w:p w14:paraId="63FE0D36" w14:textId="77777777" w:rsidR="004B60EC" w:rsidRDefault="004B60EC" w:rsidP="004B60EC">
      <w:pPr>
        <w:pStyle w:val="NormalWeb"/>
      </w:pPr>
      <w:r>
        <w:t>We invite you to:</w:t>
      </w:r>
    </w:p>
    <w:p w14:paraId="244DAD28" w14:textId="77777777" w:rsidR="004B60EC" w:rsidRDefault="004B60EC" w:rsidP="004B60EC">
      <w:pPr>
        <w:numPr>
          <w:ilvl w:val="0"/>
          <w:numId w:val="28"/>
        </w:numPr>
        <w:spacing w:before="100" w:beforeAutospacing="1" w:after="100" w:afterAutospacing="1" w:line="240" w:lineRule="auto"/>
      </w:pPr>
      <w:r>
        <w:t xml:space="preserve">Share this publication with others. </w:t>
      </w:r>
    </w:p>
    <w:p w14:paraId="52F89785" w14:textId="77777777" w:rsidR="004B60EC" w:rsidRDefault="004B60EC" w:rsidP="004B60EC">
      <w:pPr>
        <w:numPr>
          <w:ilvl w:val="0"/>
          <w:numId w:val="28"/>
        </w:numPr>
        <w:spacing w:before="100" w:beforeAutospacing="1" w:after="100" w:afterAutospacing="1" w:line="240" w:lineRule="auto"/>
      </w:pPr>
      <w:r>
        <w:t xml:space="preserve">Discuss it with your colleagues. </w:t>
      </w:r>
    </w:p>
    <w:p w14:paraId="25D9A7CE" w14:textId="77777777" w:rsidR="004B60EC" w:rsidRDefault="004B60EC" w:rsidP="004B60EC">
      <w:pPr>
        <w:numPr>
          <w:ilvl w:val="0"/>
          <w:numId w:val="28"/>
        </w:numPr>
        <w:spacing w:before="100" w:beforeAutospacing="1" w:after="100" w:afterAutospacing="1" w:line="240" w:lineRule="auto"/>
      </w:pPr>
      <w:r>
        <w:t xml:space="preserve">Ask questions. </w:t>
      </w:r>
    </w:p>
    <w:p w14:paraId="2A073F30" w14:textId="77777777" w:rsidR="004B60EC" w:rsidRDefault="004B60EC" w:rsidP="004B60EC">
      <w:pPr>
        <w:numPr>
          <w:ilvl w:val="0"/>
          <w:numId w:val="28"/>
        </w:numPr>
        <w:spacing w:before="100" w:beforeAutospacing="1" w:after="100" w:afterAutospacing="1" w:line="240" w:lineRule="auto"/>
      </w:pPr>
      <w:r>
        <w:t xml:space="preserve">Challenge assumptions. </w:t>
      </w:r>
    </w:p>
    <w:p w14:paraId="730FD480" w14:textId="77777777" w:rsidR="004B60EC" w:rsidRDefault="004B60EC" w:rsidP="004B60EC">
      <w:pPr>
        <w:numPr>
          <w:ilvl w:val="0"/>
          <w:numId w:val="28"/>
        </w:numPr>
        <w:spacing w:before="100" w:beforeAutospacing="1" w:after="100" w:afterAutospacing="1" w:line="240" w:lineRule="auto"/>
      </w:pPr>
      <w:r>
        <w:t xml:space="preserve">Continue learning. </w:t>
      </w:r>
    </w:p>
    <w:p w14:paraId="415817F4" w14:textId="77777777" w:rsidR="004B60EC" w:rsidRDefault="004B60EC" w:rsidP="004B60EC">
      <w:pPr>
        <w:pStyle w:val="NormalWeb"/>
      </w:pPr>
      <w:r>
        <w:t>Knowledge grows when it is shared.</w:t>
      </w:r>
    </w:p>
    <w:p w14:paraId="6B9BC33B" w14:textId="77777777" w:rsidR="004B60EC" w:rsidRDefault="004B60EC" w:rsidP="004B60EC">
      <w:r>
        <w:rPr>
          <w:noProof/>
        </w:rPr>
        <mc:AlternateContent>
          <mc:Choice Requires="wps">
            <w:drawing>
              <wp:inline distT="0" distB="0" distL="0" distR="0" wp14:anchorId="2850C035" wp14:editId="3CEA6F5F">
                <wp:extent cx="6492240" cy="635"/>
                <wp:effectExtent l="0" t="0" r="10160" b="24765"/>
                <wp:docPr id="2010271082"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24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80643C6" id="Rectangle 353" o:spid="_x0000_s1026" style="width:511.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" filled="f">
                <v:path arrowok="t"/>
                <w10:anchorlock/>
              </v:rect>
            </w:pict>
          </mc:Fallback>
        </mc:AlternateContent>
      </w:r>
    </w:p>
    <w:p w14:paraId="519D953C" w14:textId="2B496E79" w:rsidR="004B60EC" w:rsidRDefault="004B60EC" w:rsidP="004B60EC">
      <w:pPr>
        <w:pStyle w:val="Heading1"/>
      </w:pPr>
      <w:r>
        <w:lastRenderedPageBreak/>
        <w:t>QUOTE</w:t>
      </w:r>
    </w:p>
    <w:p w14:paraId="21756554" w14:textId="765B6548" w:rsidR="003D7839" w:rsidRDefault="004B60EC" w:rsidP="004B60EC">
      <w:pPr>
        <w:pStyle w:val="NormalWeb"/>
      </w:pPr>
      <w:r>
        <w:rPr>
          <w:rStyle w:val="Strong"/>
        </w:rPr>
        <w:t>Water has all the answers. Our responsibility is to learn how to ask the right questions.</w:t>
      </w:r>
    </w:p>
    <w:p w14:paraId="12706D4B" w14:textId="44DE5BD2" w:rsidR="00B975B1" w:rsidRDefault="00000000">
      <w:pPr>
        <w:pStyle w:val="Heading1"/>
      </w:pPr>
      <w:r>
        <w:t>Water Is an Investment, Not an Expense</w:t>
      </w:r>
    </w:p>
    <w:p w14:paraId="7E1D9C13" w14:textId="77777777" w:rsidR="00B975B1" w:rsidRDefault="00000000">
      <w:r>
        <w:t>The better question is not 'What does water cost?' The better question is 'What value does better water create?'</w:t>
      </w:r>
    </w:p>
    <w:p w14:paraId="50F99031" w14:textId="77777777" w:rsidR="00B975B1" w:rsidRDefault="00000000">
      <w:pPr>
        <w:pStyle w:val="Heading2"/>
      </w:pPr>
      <w:r>
        <w:t>THE PUROXI PRINCIPLE</w:t>
      </w:r>
    </w:p>
    <w:p w14:paraId="111D9B6B" w14:textId="77777777" w:rsidR="00B975B1" w:rsidRDefault="00000000">
      <w:pPr>
        <w:jc w:val="center"/>
      </w:pPr>
      <w:r>
        <w:rPr>
          <w:b/>
          <w:sz w:val="32"/>
        </w:rPr>
        <w:t>Water should never be judged by what it costs.</w:t>
      </w:r>
      <w:r>
        <w:rPr>
          <w:b/>
          <w:sz w:val="32"/>
        </w:rPr>
        <w:br/>
      </w:r>
      <w:r>
        <w:rPr>
          <w:b/>
          <w:sz w:val="32"/>
        </w:rPr>
        <w:br/>
        <w:t>It should be judged by the value it creates.</w:t>
      </w:r>
    </w:p>
    <w:p w14:paraId="2AAFB507" w14:textId="50F10EC9" w:rsidR="00B975B1" w:rsidRPr="004B60EC" w:rsidRDefault="00000000" w:rsidP="004B60EC">
      <w:pPr>
        <w:rPr>
          <w:b/>
          <w:bCs/>
          <w:color w:val="4F81BD" w:themeColor="accent1"/>
        </w:rPr>
      </w:pPr>
      <w:r w:rsidRPr="004B60EC">
        <w:rPr>
          <w:b/>
          <w:bCs/>
          <w:color w:val="4F81BD" w:themeColor="accent1"/>
        </w:rPr>
        <w:t>Continue the Conversation</w:t>
      </w:r>
    </w:p>
    <w:p w14:paraId="31C0A98E" w14:textId="77777777" w:rsidR="00B975B1" w:rsidRDefault="00000000">
      <w:r>
        <w:t>What aspect of water quality is most often overlooked in your industry?</w:t>
      </w:r>
      <w:r>
        <w:br/>
        <w:t>What topic should we cover next?</w:t>
      </w:r>
      <w:r>
        <w:br/>
      </w:r>
      <w:r>
        <w:br/>
        <w:t>Email: info@puroxi.com</w:t>
      </w:r>
      <w:r>
        <w:br/>
        <w:t>Subject: Please add me to the Puroxi Water Series</w:t>
      </w:r>
    </w:p>
    <w:p w14:paraId="47358886" w14:textId="77777777" w:rsidR="00B975B1" w:rsidRDefault="00000000">
      <w:pPr>
        <w:pStyle w:val="Heading2"/>
      </w:pPr>
      <w:r>
        <w:t>About Puroxi</w:t>
      </w:r>
    </w:p>
    <w:p w14:paraId="6BC351A5" w14:textId="77777777" w:rsidR="00B975B1" w:rsidRDefault="00000000">
      <w:r>
        <w:t>Every water source is unique.</w:t>
      </w:r>
      <w:r>
        <w:br/>
        <w:t>We begin by understanding your water.</w:t>
      </w:r>
    </w:p>
    <w:p w14:paraId="3F202665" w14:textId="77777777" w:rsidR="00B975B1" w:rsidRDefault="00000000">
      <w:pPr>
        <w:pStyle w:val="Heading2"/>
      </w:pPr>
      <w:r>
        <w:t>Related Publications</w:t>
      </w:r>
    </w:p>
    <w:p w14:paraId="60667F3A" w14:textId="53643707" w:rsidR="004B60EC" w:rsidRDefault="00000000" w:rsidP="004B60EC">
      <w:pPr>
        <w:spacing w:after="0"/>
      </w:pPr>
      <w:r>
        <w:t>Published: PWS-001</w:t>
      </w:r>
      <w:r>
        <w:br/>
      </w:r>
      <w:r w:rsidR="004B60EC">
        <w:t xml:space="preserve">Published: </w:t>
      </w:r>
      <w:r w:rsidR="004B60EC">
        <w:t>PWS-002</w:t>
      </w:r>
    </w:p>
    <w:p w14:paraId="3E2C84E4" w14:textId="06D76C53" w:rsidR="004B60EC" w:rsidRDefault="004B60EC" w:rsidP="004B60EC">
      <w:pPr>
        <w:spacing w:after="0"/>
      </w:pPr>
      <w:r>
        <w:t xml:space="preserve">Published: </w:t>
      </w:r>
      <w:r>
        <w:t>PWS-00</w:t>
      </w:r>
      <w:r>
        <w:t>3</w:t>
      </w:r>
    </w:p>
    <w:p w14:paraId="4F6DC97B" w14:textId="3633A452" w:rsidR="00B975B1" w:rsidRDefault="007C7FEE" w:rsidP="00A127A7">
      <w:pPr>
        <w:spacing w:line="240" w:lineRule="auto"/>
      </w:pPr>
      <w:r>
        <w:t>Coming Next: PWS-00</w:t>
      </w:r>
      <w:r>
        <w:t xml:space="preserve">4- </w:t>
      </w:r>
      <w:r>
        <w:t>Understanding Dissolved Oxygen</w:t>
      </w:r>
    </w:p>
    <w:p w14:paraId="41D756E4" w14:textId="77777777" w:rsidR="00B975B1" w:rsidRDefault="00000000">
      <w:pPr>
        <w:pStyle w:val="Heading2"/>
      </w:pPr>
      <w:r>
        <w:t>Publication Information</w:t>
      </w:r>
    </w:p>
    <w:p w14:paraId="7D2D2F2F" w14:textId="411011AE" w:rsidR="00B975B1" w:rsidRDefault="00000000">
      <w:r>
        <w:t>Publication: PWS-00</w:t>
      </w:r>
      <w:r w:rsidR="004B60EC">
        <w:t>3</w:t>
      </w:r>
      <w:r>
        <w:br/>
        <w:t>Category: Water Science</w:t>
      </w:r>
      <w:r>
        <w:br/>
        <w:t>Version: 1.0</w:t>
      </w:r>
      <w:r>
        <w:br/>
        <w:t>First Edition: July 2026</w:t>
      </w:r>
      <w:r>
        <w:br/>
        <w:t>Copyright © 2026 Puroxi Pure Water Global Inc.</w:t>
      </w:r>
    </w:p>
    <w:sectPr w:rsidR="00B975B1" w:rsidSect="00F01100">
      <w:headerReference w:type="default" r:id="rId18"/>
      <w:footerReference w:type="even" r:id="rId19"/>
      <w:footerReference w:type="default" r:id="rId20"/>
      <w:pgSz w:w="12240" w:h="15840"/>
      <w:pgMar w:top="135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61332C" w14:textId="77777777" w:rsidR="00104836" w:rsidRDefault="00104836" w:rsidP="00F01100">
      <w:pPr>
        <w:spacing w:after="0" w:line="240" w:lineRule="auto"/>
      </w:pPr>
      <w:r>
        <w:separator/>
      </w:r>
    </w:p>
  </w:endnote>
  <w:endnote w:type="continuationSeparator" w:id="0">
    <w:p w14:paraId="7886DF74" w14:textId="77777777" w:rsidR="00104836" w:rsidRDefault="00104836" w:rsidP="00F0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22093907"/>
      <w:docPartObj>
        <w:docPartGallery w:val="Page Numbers (Bottom of Page)"/>
        <w:docPartUnique/>
      </w:docPartObj>
    </w:sdtPr>
    <w:sdtContent>
      <w:p w14:paraId="157B09D0" w14:textId="6948AEEE" w:rsidR="00F01100" w:rsidRDefault="00F01100" w:rsidP="006D54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06FAF2" w14:textId="77777777" w:rsidR="00F01100" w:rsidRDefault="00F01100" w:rsidP="00F011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40566275"/>
      <w:docPartObj>
        <w:docPartGallery w:val="Page Numbers (Bottom of Page)"/>
        <w:docPartUnique/>
      </w:docPartObj>
    </w:sdtPr>
    <w:sdtContent>
      <w:p w14:paraId="22574BB3" w14:textId="05DEB714" w:rsidR="00F01100" w:rsidRDefault="00F01100" w:rsidP="006D54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EB70FC" w14:textId="77777777" w:rsidR="00F01100" w:rsidRDefault="00F01100" w:rsidP="00F01100">
    <w:pPr>
      <w:pStyle w:val="Footer"/>
      <w:ind w:right="360"/>
      <w:jc w:val="center"/>
    </w:pPr>
    <w:r>
      <w:t>PWS-001 | Water: The Most Overlooked Nutrient in Every Industry</w:t>
    </w:r>
  </w:p>
  <w:p w14:paraId="5C7C76EF" w14:textId="77777777" w:rsidR="00F01100" w:rsidRDefault="00F01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481E52" w14:textId="77777777" w:rsidR="00104836" w:rsidRDefault="00104836" w:rsidP="00F01100">
      <w:pPr>
        <w:spacing w:after="0" w:line="240" w:lineRule="auto"/>
      </w:pPr>
      <w:r>
        <w:separator/>
      </w:r>
    </w:p>
  </w:footnote>
  <w:footnote w:type="continuationSeparator" w:id="0">
    <w:p w14:paraId="11A9EE76" w14:textId="77777777" w:rsidR="00104836" w:rsidRDefault="00104836" w:rsidP="00F01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4C2F30" w14:textId="77777777" w:rsidR="00F01100" w:rsidRDefault="00F01100" w:rsidP="00F01100">
    <w:pPr>
      <w:pStyle w:val="Header"/>
    </w:pPr>
    <w:r>
      <w:t>THE PUROXI WATER SERIES                                                                                                     PWS-001</w:t>
    </w:r>
  </w:p>
  <w:p w14:paraId="0C6B1671" w14:textId="77777777" w:rsidR="00F01100" w:rsidRDefault="00F01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6DE14A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7323A"/>
    <w:multiLevelType w:val="multilevel"/>
    <w:tmpl w:val="33A0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321E46"/>
    <w:multiLevelType w:val="multilevel"/>
    <w:tmpl w:val="2980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556EFA"/>
    <w:multiLevelType w:val="multilevel"/>
    <w:tmpl w:val="6492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BE2B68"/>
    <w:multiLevelType w:val="multilevel"/>
    <w:tmpl w:val="D694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F7300F"/>
    <w:multiLevelType w:val="multilevel"/>
    <w:tmpl w:val="EF8C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0D190C"/>
    <w:multiLevelType w:val="multilevel"/>
    <w:tmpl w:val="369E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60249"/>
    <w:multiLevelType w:val="multilevel"/>
    <w:tmpl w:val="93C2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9E29D9"/>
    <w:multiLevelType w:val="multilevel"/>
    <w:tmpl w:val="47D8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CF7EE6"/>
    <w:multiLevelType w:val="multilevel"/>
    <w:tmpl w:val="3306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23E46"/>
    <w:multiLevelType w:val="multilevel"/>
    <w:tmpl w:val="6ADC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543771"/>
    <w:multiLevelType w:val="multilevel"/>
    <w:tmpl w:val="601C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210938"/>
    <w:multiLevelType w:val="multilevel"/>
    <w:tmpl w:val="B3FE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996BF4"/>
    <w:multiLevelType w:val="multilevel"/>
    <w:tmpl w:val="883A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332FD7"/>
    <w:multiLevelType w:val="multilevel"/>
    <w:tmpl w:val="2A8E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332D91"/>
    <w:multiLevelType w:val="multilevel"/>
    <w:tmpl w:val="8EBE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B162A2"/>
    <w:multiLevelType w:val="multilevel"/>
    <w:tmpl w:val="7D8C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366C7E"/>
    <w:multiLevelType w:val="multilevel"/>
    <w:tmpl w:val="B8D2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D6861"/>
    <w:multiLevelType w:val="multilevel"/>
    <w:tmpl w:val="53206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1E57B5"/>
    <w:multiLevelType w:val="multilevel"/>
    <w:tmpl w:val="17FA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22362">
    <w:abstractNumId w:val="8"/>
  </w:num>
  <w:num w:numId="2" w16cid:durableId="1277833094">
    <w:abstractNumId w:val="6"/>
  </w:num>
  <w:num w:numId="3" w16cid:durableId="775756180">
    <w:abstractNumId w:val="5"/>
  </w:num>
  <w:num w:numId="4" w16cid:durableId="925578872">
    <w:abstractNumId w:val="4"/>
  </w:num>
  <w:num w:numId="5" w16cid:durableId="1794133529">
    <w:abstractNumId w:val="7"/>
  </w:num>
  <w:num w:numId="6" w16cid:durableId="526410340">
    <w:abstractNumId w:val="3"/>
  </w:num>
  <w:num w:numId="7" w16cid:durableId="508325873">
    <w:abstractNumId w:val="2"/>
  </w:num>
  <w:num w:numId="8" w16cid:durableId="626276797">
    <w:abstractNumId w:val="1"/>
  </w:num>
  <w:num w:numId="9" w16cid:durableId="290749828">
    <w:abstractNumId w:val="0"/>
  </w:num>
  <w:num w:numId="10" w16cid:durableId="253631512">
    <w:abstractNumId w:val="21"/>
  </w:num>
  <w:num w:numId="11" w16cid:durableId="1252202993">
    <w:abstractNumId w:val="22"/>
  </w:num>
  <w:num w:numId="12" w16cid:durableId="1932276707">
    <w:abstractNumId w:val="23"/>
  </w:num>
  <w:num w:numId="13" w16cid:durableId="1525366112">
    <w:abstractNumId w:val="18"/>
  </w:num>
  <w:num w:numId="14" w16cid:durableId="2122263984">
    <w:abstractNumId w:val="9"/>
  </w:num>
  <w:num w:numId="15" w16cid:durableId="1842575259">
    <w:abstractNumId w:val="14"/>
  </w:num>
  <w:num w:numId="16" w16cid:durableId="1925456229">
    <w:abstractNumId w:val="20"/>
  </w:num>
  <w:num w:numId="17" w16cid:durableId="1592082588">
    <w:abstractNumId w:val="17"/>
  </w:num>
  <w:num w:numId="18" w16cid:durableId="630134031">
    <w:abstractNumId w:val="24"/>
  </w:num>
  <w:num w:numId="19" w16cid:durableId="2068020911">
    <w:abstractNumId w:val="12"/>
  </w:num>
  <w:num w:numId="20" w16cid:durableId="1262370075">
    <w:abstractNumId w:val="25"/>
  </w:num>
  <w:num w:numId="21" w16cid:durableId="2068995402">
    <w:abstractNumId w:val="19"/>
  </w:num>
  <w:num w:numId="22" w16cid:durableId="669215576">
    <w:abstractNumId w:val="26"/>
  </w:num>
  <w:num w:numId="23" w16cid:durableId="68506522">
    <w:abstractNumId w:val="27"/>
  </w:num>
  <w:num w:numId="24" w16cid:durableId="751899482">
    <w:abstractNumId w:val="10"/>
  </w:num>
  <w:num w:numId="25" w16cid:durableId="2083603444">
    <w:abstractNumId w:val="15"/>
  </w:num>
  <w:num w:numId="26" w16cid:durableId="702557580">
    <w:abstractNumId w:val="16"/>
  </w:num>
  <w:num w:numId="27" w16cid:durableId="2054572320">
    <w:abstractNumId w:val="13"/>
  </w:num>
  <w:num w:numId="28" w16cid:durableId="1958094993">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0E8E"/>
    <w:rsid w:val="00104836"/>
    <w:rsid w:val="0015074B"/>
    <w:rsid w:val="0029639D"/>
    <w:rsid w:val="002E774D"/>
    <w:rsid w:val="003263F9"/>
    <w:rsid w:val="00326F90"/>
    <w:rsid w:val="003D7839"/>
    <w:rsid w:val="004B60EC"/>
    <w:rsid w:val="0052373E"/>
    <w:rsid w:val="005B559C"/>
    <w:rsid w:val="006578FD"/>
    <w:rsid w:val="006B3370"/>
    <w:rsid w:val="006B417A"/>
    <w:rsid w:val="007C7FEE"/>
    <w:rsid w:val="007E749C"/>
    <w:rsid w:val="00823EA6"/>
    <w:rsid w:val="008D10C0"/>
    <w:rsid w:val="008D5224"/>
    <w:rsid w:val="008E3FAA"/>
    <w:rsid w:val="009B6162"/>
    <w:rsid w:val="00A127A7"/>
    <w:rsid w:val="00AA1D8D"/>
    <w:rsid w:val="00B47730"/>
    <w:rsid w:val="00B975B1"/>
    <w:rsid w:val="00BA04A8"/>
    <w:rsid w:val="00C005BE"/>
    <w:rsid w:val="00C55FF9"/>
    <w:rsid w:val="00C6016F"/>
    <w:rsid w:val="00CB0664"/>
    <w:rsid w:val="00D420AC"/>
    <w:rsid w:val="00DC194A"/>
    <w:rsid w:val="00E02B1F"/>
    <w:rsid w:val="00EB1EFD"/>
    <w:rsid w:val="00F01100"/>
    <w:rsid w:val="00F115B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7F9FCD5C"/>
  <w14:defaultImageDpi w14:val="300"/>
  <w15:docId w15:val="{EC8FD588-7E18-5F47-89B0-4BD8199E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F01100"/>
  </w:style>
  <w:style w:type="paragraph" w:styleId="NormalWeb">
    <w:name w:val="Normal (Web)"/>
    <w:basedOn w:val="Normal"/>
    <w:uiPriority w:val="99"/>
    <w:unhideWhenUsed/>
    <w:rsid w:val="00DC194A"/>
    <w:pPr>
      <w:spacing w:before="100" w:beforeAutospacing="1" w:after="100" w:afterAutospacing="1" w:line="240" w:lineRule="auto"/>
    </w:pPr>
    <w:rPr>
      <w:rFonts w:cs="Times New Roman"/>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7245</Words>
  <Characters>44123</Characters>
  <Application>Microsoft Office Word</Application>
  <DocSecurity>0</DocSecurity>
  <Lines>1050</Lines>
  <Paragraphs>175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Puroxi Pure</cp:lastModifiedBy>
  <cp:revision>2</cp:revision>
  <cp:lastPrinted>2026-07-14T20:20:00Z</cp:lastPrinted>
  <dcterms:created xsi:type="dcterms:W3CDTF">2026-07-14T20:54:00Z</dcterms:created>
  <dcterms:modified xsi:type="dcterms:W3CDTF">2026-07-14T20:54:00Z</dcterms:modified>
  <cp:category/>
</cp:coreProperties>
</file>